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Kentucky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Kentucky.</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