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KENTUCKY</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Kentucky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Kentucky.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