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TOPICS TO BE DISCUSSED:</w:t>
      </w:r>
    </w:p>
    <w:p>
      <w:pPr/>
      <w:r>
        <w:rPr>
          <w:rFonts w:ascii="Times New Roman" w:hAnsi="Times New Roman" w:eastAsia="Times New Roman" w:cs="Times New Roman"/>
          <w:sz w:val="24"/>
        </w:rPr>
        <w:t>[OPENING]</w:t>
      </w:r>
    </w:p>
    <w:p>
      <w:pPr/>
      <w:r>
        <w:rPr>
          <w:rFonts w:ascii="Times New Roman" w:hAnsi="Times New Roman" w:eastAsia="Times New Roman" w:cs="Times New Roman"/>
          <w:sz w:val="24"/>
        </w:rPr>
        <w:t>[INTRODUCTION]</w:t>
      </w:r>
    </w:p>
    <w:p>
      <w:pPr/>
      <w:r>
        <w:rPr>
          <w:rFonts w:ascii="Times New Roman" w:hAnsi="Times New Roman" w:eastAsia="Times New Roman" w:cs="Times New Roman"/>
          <w:sz w:val="24"/>
        </w:rPr>
        <w:t>[MEETING GOALS]</w:t>
      </w:r>
    </w:p>
    <w:p>
      <w:pPr/>
      <w:r>
        <w:rPr>
          <w:rFonts w:ascii="Times New Roman" w:hAnsi="Times New Roman" w:eastAsia="Times New Roman" w:cs="Times New Roman"/>
          <w:sz w:val="24"/>
        </w:rPr>
        <w:t>[ATTENDANCE]</w:t>
      </w:r>
    </w:p>
    <w:p>
      <w:pPr/>
      <w:r>
        <w:rPr>
          <w:rFonts w:ascii="Times New Roman" w:hAnsi="Times New Roman" w:eastAsia="Times New Roman" w:cs="Times New Roman"/>
          <w:sz w:val="24"/>
        </w:rPr>
        <w:t>[RECORD PRESENT ATTENDEES]</w:t>
      </w:r>
    </w:p>
    <w:p>
      <w:pPr/>
      <w:r>
        <w:rPr>
          <w:rFonts w:ascii="Times New Roman" w:hAnsi="Times New Roman" w:eastAsia="Times New Roman" w:cs="Times New Roman"/>
          <w:sz w:val="24"/>
        </w:rPr>
        <w:t>[RECORD NOTABLE ABSENTEES]</w:t>
      </w:r>
    </w:p>
    <w:p>
      <w:pPr/>
      <w:r>
        <w:rPr>
          <w:rFonts w:ascii="Times New Roman" w:hAnsi="Times New Roman" w:eastAsia="Times New Roman" w:cs="Times New Roman"/>
          <w:sz w:val="24"/>
        </w:rPr>
        <w:t>[AGENDA APPROVAL]</w:t>
      </w:r>
    </w:p>
    <w:p>
      <w:pPr/>
      <w:r>
        <w:rPr>
          <w:rFonts w:ascii="Times New Roman" w:hAnsi="Times New Roman" w:eastAsia="Times New Roman" w:cs="Times New Roman"/>
          <w:sz w:val="24"/>
        </w:rPr>
        <w:t>[REVIEW AGENDA]</w:t>
      </w:r>
    </w:p>
    <w:p>
      <w:pPr/>
      <w:r>
        <w:rPr>
          <w:rFonts w:ascii="Times New Roman" w:hAnsi="Times New Roman" w:eastAsia="Times New Roman" w:cs="Times New Roman"/>
          <w:sz w:val="24"/>
        </w:rPr>
        <w:t>[REQUESTS FOR ADDITIONS]</w:t>
      </w:r>
    </w:p>
    <w:p>
      <w:pPr/>
      <w:r>
        <w:rPr>
          <w:rFonts w:ascii="Times New Roman" w:hAnsi="Times New Roman" w:eastAsia="Times New Roman" w:cs="Times New Roman"/>
          <w:sz w:val="24"/>
        </w:rPr>
        <w:t>[VOTE TO APPROVE AGENDA]</w:t>
      </w:r>
    </w:p>
    <w:p>
      <w:pPr/>
      <w:r>
        <w:rPr>
          <w:rFonts w:ascii="Times New Roman" w:hAnsi="Times New Roman" w:eastAsia="Times New Roman" w:cs="Times New Roman"/>
          <w:sz w:val="24"/>
        </w:rPr>
        <w:t>[CLIENT INTRODUCTION]</w:t>
      </w:r>
    </w:p>
    <w:p>
      <w:pPr/>
      <w:r>
        <w:rPr>
          <w:rFonts w:ascii="Times New Roman" w:hAnsi="Times New Roman" w:eastAsia="Times New Roman" w:cs="Times New Roman"/>
          <w:sz w:val="24"/>
        </w:rPr>
        <w:t>[CLIENT INTRODUCES THEMSELVES TO THE TEAM]</w:t>
      </w:r>
    </w:p>
    <w:p>
      <w:pPr/>
      <w:r>
        <w:rPr>
          <w:rFonts w:ascii="Times New Roman" w:hAnsi="Times New Roman" w:eastAsia="Times New Roman" w:cs="Times New Roman"/>
          <w:sz w:val="24"/>
        </w:rPr>
        <w:t>[TEAM INTRODUCTIONS]</w:t>
      </w:r>
    </w:p>
    <w:p>
      <w:pPr/>
      <w:r>
        <w:rPr>
          <w:rFonts w:ascii="Times New Roman" w:hAnsi="Times New Roman" w:eastAsia="Times New Roman" w:cs="Times New Roman"/>
          <w:sz w:val="24"/>
        </w:rPr>
        <w:t>[PROJECT MANAGEMENT TEAM INTRODUCES THEMSELVES TO THE CLIENT]</w:t>
      </w:r>
    </w:p>
    <w:p>
      <w:pPr/>
      <w:r>
        <w:rPr>
          <w:rFonts w:ascii="Times New Roman" w:hAnsi="Times New Roman" w:eastAsia="Times New Roman" w:cs="Times New Roman"/>
          <w:sz w:val="24"/>
        </w:rPr>
        <w:t>[PROJECT SUMMARY]</w:t>
      </w:r>
    </w:p>
    <w:p>
      <w:pPr/>
      <w:r>
        <w:rPr>
          <w:rFonts w:ascii="Times New Roman" w:hAnsi="Times New Roman" w:eastAsia="Times New Roman" w:cs="Times New Roman"/>
          <w:sz w:val="24"/>
        </w:rPr>
        <w:t>[PROJECT MANAGER SUMMARIZES PROJECT]</w:t>
      </w:r>
    </w:p>
    <w:p>
      <w:pPr/>
      <w:r>
        <w:rPr>
          <w:rFonts w:ascii="Times New Roman" w:hAnsi="Times New Roman" w:eastAsia="Times New Roman" w:cs="Times New Roman"/>
          <w:sz w:val="24"/>
        </w:rPr>
        <w:t>[DISTRIBUTE RELEVANT REPORTS, DOCUMENTS, ETC.]</w:t>
      </w:r>
    </w:p>
    <w:p>
      <w:pPr/>
      <w:r>
        <w:rPr>
          <w:rFonts w:ascii="Times New Roman" w:hAnsi="Times New Roman" w:eastAsia="Times New Roman" w:cs="Times New Roman"/>
          <w:sz w:val="24"/>
        </w:rPr>
        <w:t>[PROJECT SCHEDULE]</w:t>
      </w:r>
    </w:p>
    <w:p>
      <w:pPr/>
      <w:r>
        <w:rPr>
          <w:rFonts w:ascii="Times New Roman" w:hAnsi="Times New Roman" w:eastAsia="Times New Roman" w:cs="Times New Roman"/>
          <w:sz w:val="24"/>
        </w:rPr>
        <w:t>[REVIEW FULL PROJECT SCHEDULE]</w:t>
      </w:r>
    </w:p>
    <w:p>
      <w:pPr/>
      <w:r>
        <w:rPr>
          <w:rFonts w:ascii="Times New Roman" w:hAnsi="Times New Roman" w:eastAsia="Times New Roman" w:cs="Times New Roman"/>
          <w:sz w:val="24"/>
        </w:rPr>
        <w:t>[PROJECT REPORTING</w:t>
      </w:r>
    </w:p>
    <w:p>
      <w:pPr/>
      <w:r>
        <w:rPr>
          <w:rFonts w:ascii="Times New Roman" w:hAnsi="Times New Roman" w:eastAsia="Times New Roman" w:cs="Times New Roman"/>
          <w:sz w:val="24"/>
        </w:rPr>
        <w:t>[DISCUSS FREQUENCY OF REPORTING AND UPDATES]</w:t>
      </w:r>
    </w:p>
    <w:p>
      <w:pPr/>
      <w:r>
        <w:rPr>
          <w:rFonts w:ascii="Times New Roman" w:hAnsi="Times New Roman" w:eastAsia="Times New Roman" w:cs="Times New Roman"/>
          <w:sz w:val="24"/>
        </w:rPr>
        <w:t>[VOTE ON FINAL DECISIONS]</w:t>
      </w:r>
    </w:p>
    <w:p>
      <w:pPr/>
      <w:r>
        <w:rPr>
          <w:rFonts w:ascii="Times New Roman" w:hAnsi="Times New Roman" w:eastAsia="Times New Roman" w:cs="Times New Roman"/>
          <w:sz w:val="24"/>
        </w:rPr>
        <w:t>[LEGAL]</w:t>
      </w:r>
    </w:p>
    <w:p>
      <w:pPr/>
      <w:r>
        <w:rPr>
          <w:rFonts w:ascii="Times New Roman" w:hAnsi="Times New Roman" w:eastAsia="Times New Roman" w:cs="Times New Roman"/>
          <w:sz w:val="24"/>
        </w:rPr>
        <w:t>[DISCUSS LEGAL ISSUES FACING THE PROJECT]</w:t>
      </w:r>
    </w:p>
    <w:p>
      <w:pPr/>
      <w:r>
        <w:rPr>
          <w:rFonts w:ascii="Times New Roman" w:hAnsi="Times New Roman" w:eastAsia="Times New Roman" w:cs="Times New Roman"/>
          <w:sz w:val="24"/>
        </w:rPr>
        <w:t>[OTHER ITEMS]</w:t>
      </w:r>
    </w:p>
    <w:p>
      <w:pPr/>
      <w:r>
        <w:rPr>
          <w:rFonts w:ascii="Times New Roman" w:hAnsi="Times New Roman" w:eastAsia="Times New Roman" w:cs="Times New Roman"/>
          <w:sz w:val="24"/>
        </w:rPr>
        <w:t>[DISCUSS ANY OTHER ITEMS OF BUSINESS]</w:t>
      </w:r>
    </w:p>
    <w:p>
      <w:pPr/>
      <w:r>
        <w:rPr>
          <w:rFonts w:ascii="Times New Roman" w:hAnsi="Times New Roman" w:eastAsia="Times New Roman" w:cs="Times New Roman"/>
          <w:sz w:val="24"/>
        </w:rPr>
        <w:t>[ADJOURNMENT]</w:t>
      </w:r>
    </w:p>
    <w:p>
      <w:pPr/>
      <w:r>
        <w:rPr>
          <w:rFonts w:ascii="Times New Roman" w:hAnsi="Times New Roman" w:eastAsia="Times New Roman" w:cs="Times New Roman"/>
          <w:sz w:val="24"/>
        </w:rPr>
        <w:t>[MEETING LEADER APPROVES MEETING MINUTES]</w:t>
      </w:r>
    </w:p>
    <w:p>
      <w:pPr>
        <w:spacing w:before="40" w:after="40"/>
      </w:pPr>
      <w:r>
        <w:rPr>
          <w:rFonts w:ascii="Times New Roman" w:hAnsi="Times New Roman" w:eastAsia="Times New Roman" w:cs="Times New Roman"/>
          <w:sz w:val="24"/>
        </w:rPr>
        <w:t>[MEETING LEADER ENDS MEETING]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