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rFonts w:ascii="Times New Roman" w:hAnsi="Times New Roman" w:eastAsia="Times New Roman" w:cs="Times New Roman"/>
          <w:b/>
          <w:sz w:val="24"/>
        </w:rPr>
        <w:tab/>
        <w:t>LIMITED LIABILTY COMPANY MEETING MINUTES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[LLC NAME]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I. MEETING DETAILS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Meeting Leader: </w:t>
      </w:r>
      <w:r>
        <w:rPr>
          <w:rFonts w:ascii="Times New Roman" w:hAnsi="Times New Roman" w:eastAsia="Times New Roman" w:cs="Times New Roman"/>
          <w:sz w:val="24"/>
        </w:rPr>
        <w:t>[LEADER'S NAME]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Secretary: </w:t>
      </w:r>
      <w:r>
        <w:rPr>
          <w:rFonts w:ascii="Times New Roman" w:hAnsi="Times New Roman" w:eastAsia="Times New Roman" w:cs="Times New Roman"/>
          <w:sz w:val="24"/>
        </w:rPr>
        <w:t>[SECRETARY’S NAME]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Date: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Time: </w:t>
      </w:r>
      <w:r>
        <w:rPr>
          <w:rFonts w:ascii="Times New Roman" w:hAnsi="Times New Roman" w:eastAsia="Times New Roman" w:cs="Times New Roman"/>
          <w:sz w:val="24"/>
        </w:rPr>
        <w:t>[TIME]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Location: </w:t>
      </w:r>
      <w:r>
        <w:rPr>
          <w:rFonts w:ascii="Times New Roman" w:hAnsi="Times New Roman" w:eastAsia="Times New Roman" w:cs="Times New Roman"/>
          <w:sz w:val="24"/>
        </w:rPr>
        <w:t>[LOCATION NAME]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Street Address: </w:t>
      </w:r>
      <w:r>
        <w:rPr>
          <w:rFonts w:ascii="Times New Roman" w:hAnsi="Times New Roman" w:eastAsia="Times New Roman" w:cs="Times New Roman"/>
          <w:sz w:val="24"/>
        </w:rPr>
        <w:t>[STREET ADDRESS]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City: </w:t>
      </w:r>
      <w:r>
        <w:rPr>
          <w:rFonts w:ascii="Times New Roman" w:hAnsi="Times New Roman" w:eastAsia="Times New Roman" w:cs="Times New Roman"/>
          <w:sz w:val="24"/>
        </w:rPr>
        <w:t>[CITY]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State: </w:t>
      </w:r>
      <w:r>
        <w:rPr>
          <w:rFonts w:ascii="Times New Roman" w:hAnsi="Times New Roman" w:eastAsia="Times New Roman" w:cs="Times New Roman"/>
          <w:sz w:val="24"/>
        </w:rPr>
        <w:t xml:space="preserve">[STATE] </w:t>
      </w:r>
      <w:r>
        <w:rPr>
          <w:rFonts w:ascii="Times New Roman" w:hAnsi="Times New Roman" w:eastAsia="Times New Roman" w:cs="Times New Roman"/>
          <w:sz w:val="24"/>
        </w:rPr>
        <w:t xml:space="preserve"> Zip: </w:t>
      </w:r>
      <w:r>
        <w:rPr>
          <w:rFonts w:ascii="Times New Roman" w:hAnsi="Times New Roman" w:eastAsia="Times New Roman" w:cs="Times New Roman"/>
          <w:sz w:val="24"/>
        </w:rPr>
        <w:t>[ZIP 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II. ROLL CALL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[ENTER WHO IS IN PRESENT AND WHO IS ABSENT]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III. CALL TO ORDER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[APPROVAL OF PREVIOUS MINUTES AND THE CURRENT MEETING’S AGENDA]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IV. OLD BUSINESS</w:t>
      </w:r>
      <w:r>
        <w:rPr>
          <w:rFonts w:ascii="Times New Roman" w:hAnsi="Times New Roman" w:eastAsia="Times New Roman" w:cs="Times New Roman"/>
          <w:sz w:val="24"/>
        </w:rPr>
        <w:t xml:space="preserve">.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[LIST ANY OUTSTANDING MATTERS, DESCRIBE THE ISSUES AND RECORD VOTES]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V. NEW BUSINESS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[ANY NEW ITEMS, REPORTS, FINANCIAL STATEMENTS, ETC.]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VI. OTHER ITEMS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[ANNOUNCEMENTS, NOMINATIONS, OR OTHER BUSINESS MATTERS]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VII. ADJOURNMENT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[ENTER WHEN THE MEETING ENDED]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Submitted by: </w:t>
      </w:r>
      <w:r>
        <w:rPr>
          <w:rFonts w:ascii="Times New Roman" w:hAnsi="Times New Roman" w:eastAsia="Times New Roman" w:cs="Times New Roman"/>
          <w:sz w:val="24"/>
        </w:rPr>
        <w:t>______________________</w:t>
      </w:r>
      <w:r>
        <w:rPr>
          <w:rFonts w:ascii="Times New Roman" w:hAnsi="Times New Roman" w:eastAsia="Times New Roman" w:cs="Times New Roman"/>
          <w:sz w:val="24"/>
        </w:rPr>
        <w:t xml:space="preserve">             Print Name: </w:t>
      </w:r>
      <w:r>
        <w:rPr>
          <w:rFonts w:ascii="Times New Roman" w:hAnsi="Times New Roman" w:eastAsia="Times New Roman" w:cs="Times New Roman"/>
          <w:sz w:val="24"/>
        </w:rPr>
        <w:t>[SUBMITTER NAME]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Approved by: </w:t>
      </w:r>
      <w:r>
        <w:rPr>
          <w:rFonts w:ascii="Times New Roman" w:hAnsi="Times New Roman" w:eastAsia="Times New Roman" w:cs="Times New Roman"/>
          <w:sz w:val="24"/>
        </w:rPr>
        <w:t>______________________</w:t>
      </w:r>
      <w:r>
        <w:rPr>
          <w:rFonts w:ascii="Times New Roman" w:hAnsi="Times New Roman" w:eastAsia="Times New Roman" w:cs="Times New Roman"/>
          <w:sz w:val="24"/>
        </w:rPr>
        <w:t xml:space="preserve">               Print Name: </w:t>
      </w:r>
      <w:r>
        <w:rPr>
          <w:rFonts w:ascii="Times New Roman" w:hAnsi="Times New Roman" w:eastAsia="Times New Roman" w:cs="Times New Roman"/>
          <w:sz w:val="24"/>
        </w:rPr>
        <w:t>[APPROVER'S NAME]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