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Lactation/Breastfeeding Policy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will be provided reasonable unpaid break time, or permitted to use paid break time, meal time, or both, each day, to allow her to express breast milk for her nursing child for up to two years after the child’s birth.</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possible, the Company will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room or other location in close proximity to her work area,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toilet stall, where she can express breast milk in privacy. The Company has designated [location] as the location for employees to express milk.</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Employees are encouraged to speak with their supervisors or Human Resources to discuss their nursing break time needs and any lactation-related health conditions.</w:t>
      </w:r>
    </w:p>
    <w:p>
      <w:pPr>
        <w:keepNext w:val="0"/>
        <w:spacing w:before="120" w:after="0" w:line="260" w:lineRule="exact"/>
        <w:ind w:left="360" w:right="0" w:firstLine="0"/>
        <w:jc w:val="left"/>
      </w:pPr>
      <w:r>
        <w:rPr>
          <w:rFonts w:ascii="Times New Roman" w:hAnsi="Times New Roman" w:eastAsia="Times New Roman" w:cs="Times New Roman"/>
          <w:b w:val="0"/>
          <w:sz w:val="24"/>
        </w:rPr>
        <w:t>4.</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Company prohibits discrimination against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based on her expressing breast milk in the workplace.</w:t>
      </w:r>
    </w:p>
    <w:p>
      <w:pPr>
        <w:keepNext w:val="0"/>
        <w:spacing w:before="120" w:after="0" w:line="260" w:lineRule="exact"/>
        <w:ind w:left="360" w:right="0" w:firstLine="0"/>
        <w:jc w:val="left"/>
      </w:pPr>
      <w:r>
        <w:rPr>
          <w:rFonts w:ascii="Times New Roman" w:hAnsi="Times New Roman" w:eastAsia="Times New Roman" w:cs="Times New Roman"/>
          <w:b w:val="0"/>
          <w:sz w:val="24"/>
        </w:rPr>
        <w:t>5.</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Employees who believe that the Company has discriminated against them because they have expressed milk in the workplace must participate in nonbinding mediation with the Company before beginning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action. Employees are encouraged to speak with their supervisors or Human Resources to discuss possible violations of this policy and nonbinding mediation.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