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Lactation/Breastfeeding Policy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1.</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will be provided reasonable break times, or permitted to use paid break time, meal time, or both, each day, to allow her to express breast milk for her nursing child for up to one year after the child's birth.</w:t>
      </w:r>
    </w:p>
    <w:p>
      <w:pPr>
        <w:keepNext w:val="0"/>
        <w:spacing w:before="120" w:after="0" w:line="260" w:lineRule="exact"/>
        <w:ind w:left="360" w:right="0" w:firstLine="0"/>
        <w:jc w:val="left"/>
      </w:pPr>
      <w:r>
        <w:rPr>
          <w:rFonts w:ascii="Times New Roman" w:hAnsi="Times New Roman" w:eastAsia="Times New Roman" w:cs="Times New Roman"/>
          <w:b w:val="0"/>
          <w:sz w:val="24"/>
        </w:rPr>
        <w:t>2.</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If possible, the Company will provide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room or other location near her work area,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toilet stall, which includes access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electrical outlet, where she can express breast milk in privacy. The Company has designated [location] as the location for employees to express milk.</w:t>
      </w:r>
    </w:p>
    <w:p>
      <w:pPr>
        <w:keepNext w:val="0"/>
        <w:spacing w:before="120" w:after="0" w:line="260" w:lineRule="exact"/>
        <w:ind w:left="360" w:right="0" w:firstLine="0"/>
        <w:jc w:val="left"/>
      </w:pPr>
      <w:r>
        <w:rPr>
          <w:rFonts w:ascii="Times New Roman" w:hAnsi="Times New Roman" w:eastAsia="Times New Roman" w:cs="Times New Roman"/>
          <w:b w:val="0"/>
          <w:sz w:val="24"/>
        </w:rPr>
        <w:t>3.</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Employees are encouraged to speak with their supervisors or Human Resources to discuss their nursing break time needs and any lactation–related health conditions.</w:t>
      </w:r>
    </w:p>
    <w:p>
      <w:pPr>
        <w:keepNext w:val="0"/>
        <w:spacing w:before="120" w:after="0" w:line="260" w:lineRule="exact"/>
        <w:ind w:left="360" w:right="0" w:firstLine="0"/>
        <w:jc w:val="left"/>
      </w:pPr>
      <w:r>
        <w:rPr>
          <w:rFonts w:ascii="Times New Roman" w:hAnsi="Times New Roman" w:eastAsia="Times New Roman" w:cs="Times New Roman"/>
          <w:b w:val="0"/>
          <w:sz w:val="24"/>
        </w:rPr>
        <w:t>4.</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Company prohibits retaliation against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for asserting her right to express breast milk in the workplace.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