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Lactation/Breastfeeding Policy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1.</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Employees will be provided reasonable break time to express milk while at work, as frequently as they need to express milk, for up to three years following the birth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Employees are permitted to use regularly scheduled paid break time or meal time for expressing milk. If this time is not adequate, or employees do not elect to use this paid break or meal time, employees will be provided with other [paid / unpaid] reasonable break time to express milk.</w:t>
      </w:r>
    </w:p>
    <w:p>
      <w:pPr>
        <w:keepNext w:val="0"/>
        <w:spacing w:before="120" w:after="0" w:line="260" w:lineRule="exact"/>
        <w:ind w:left="360" w:right="0" w:firstLine="0"/>
        <w:jc w:val="left"/>
      </w:pPr>
      <w:r>
        <w:rPr>
          <w:rFonts w:ascii="Times New Roman" w:hAnsi="Times New Roman" w:eastAsia="Times New Roman" w:cs="Times New Roman"/>
          <w:b w:val="0"/>
          <w:sz w:val="24"/>
        </w:rPr>
        <w:t>2.</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Company has designated [location] as the location for employees to express milk.</w:t>
      </w:r>
    </w:p>
    <w:p>
      <w:pPr>
        <w:keepNext w:val="0"/>
        <w:spacing w:before="120" w:after="0" w:line="260" w:lineRule="exact"/>
        <w:ind w:left="360" w:right="0" w:firstLine="0"/>
        <w:jc w:val="left"/>
      </w:pPr>
      <w:r>
        <w:rPr>
          <w:rFonts w:ascii="Times New Roman" w:hAnsi="Times New Roman" w:eastAsia="Times New Roman" w:cs="Times New Roman"/>
          <w:b w:val="0"/>
          <w:sz w:val="24"/>
        </w:rPr>
        <w:t>3.</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Employees are encouraged to speak with their supervisors or Human Resources to discuss their nursing break time needs and to learn more about lactation breaks and the location for taking such breaks.</w:t>
      </w:r>
    </w:p>
    <w:p>
      <w:pPr>
        <w:keepNext w:val="0"/>
        <w:spacing w:before="120" w:after="0" w:line="260" w:lineRule="exact"/>
        <w:ind w:left="360" w:right="0" w:firstLine="0"/>
        <w:jc w:val="left"/>
      </w:pPr>
      <w:r>
        <w:rPr>
          <w:rFonts w:ascii="Times New Roman" w:hAnsi="Times New Roman" w:eastAsia="Times New Roman" w:cs="Times New Roman"/>
          <w:b w:val="0"/>
          <w:sz w:val="24"/>
        </w:rPr>
        <w:t>4.</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Company prohibits discrimination in any way against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who chooses to express milk at work.</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