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Lactation/Breastfeeding Policy</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Employees will be provided reasonable break time to express milk while at work, as frequently as the employee needs to express milk, for up to one year following the birth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If possible, employees should use usual break and meal periods for expressing milk. If this time is not adequate, employees will be provided with other [paid / unpaid] reasonable break time to express milk.</w:t>
      </w:r>
    </w:p>
    <w:p>
      <w:pPr>
        <w:keepNext w:val="0"/>
        <w:spacing w:before="120" w:after="0" w:line="260" w:lineRule="exact"/>
        <w:ind w:left="360" w:right="0" w:firstLine="0"/>
        <w:jc w:val="left"/>
      </w:pPr>
      <w:r>
        <w:rPr>
          <w:rFonts w:ascii="Times New Roman" w:hAnsi="Times New Roman" w:eastAsia="Times New Roman" w:cs="Times New Roman"/>
          <w:b w:val="0"/>
          <w:sz w:val="24"/>
        </w:rPr>
        <w:t>2.</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Company has designated [location] as the location for employees to express milk.</w:t>
      </w:r>
    </w:p>
    <w:p>
      <w:pPr>
        <w:keepNext w:val="0"/>
        <w:spacing w:before="120" w:after="0" w:line="260" w:lineRule="exact"/>
        <w:ind w:left="360" w:right="0" w:firstLine="0"/>
        <w:jc w:val="left"/>
      </w:pPr>
      <w:r>
        <w:rPr>
          <w:rFonts w:ascii="Times New Roman" w:hAnsi="Times New Roman" w:eastAsia="Times New Roman" w:cs="Times New Roman"/>
          <w:b w:val="0"/>
          <w:sz w:val="24"/>
        </w:rPr>
        <w:t>3.</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Employees are encouraged to speak with their supervisors or Human Resources to discuss their nursing break time needs and to learn more about lactation breaks and the location for taking such breaks.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