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Lead Independent Director Charter</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Position of the Lead Independent Director.</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This Lead Director Charter (the “Charter”) has been adopted by the Board of Directors (the “Board”), and shall apply when the Chairman of the Board (“Chairman”) is not independent. In such cases,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Lead Independent Director shall be appointed to coordinate the activities of the non-management and independent directors of the Board, communicate with shareholders, improve the independence and effectiveness of the Board and its members and promote productive communication and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effective working relationship within the Board and between the Board and management. The Lead Independent Director shall assume the duties described in this Charter and such other tasks and responsibilities as the Board shall determine from time to time.</w:t>
      </w:r>
    </w:p>
    <w:p>
      <w:pPr>
        <w:keepNext w:val="0"/>
        <w:spacing w:before="120" w:after="0" w:line="260" w:lineRule="exact"/>
        <w:ind w:left="36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Appointment, Evaluation Removal and Term.</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Upon the appointment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Chairman that the Board determines is not independent, any member of the Board may nominate candidates for Lead Independent Director from among the independent members of the Board. The Lead Independent Director shall be elected by majority vote of the independent Directors of the Board. Although subject to reelection annually thereafter, the Lead Independent Director is not subject to term limits and is generally expected to serve for more than one year. 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annual basis, the non-management and independent directors of the board shall evaluate the Lead Independent Director’s performance under this Charter and provide the results of such evaluation to the Lead Independent Director and to the Compensation Committee. The Lead Independent Director may be removed or replaced at any time with or without cause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vote of the independent directors of the Board, or upon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determination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Board that the Chairman is independent and that the Lead Independent Director’s appointment should terminate.</w:t>
      </w:r>
    </w:p>
    <w:p>
      <w:pPr>
        <w:keepNext w:val="0"/>
        <w:spacing w:before="120" w:after="0" w:line="260" w:lineRule="exact"/>
        <w:ind w:left="36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Compensation.</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The Lead Independent Director shall continue to receive the full amount of compensation attributable to serving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non-management member of the Board. The Lead Independent Director shall also receive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additional retainer for assuming the duties under this title, as approved by the Board, upon advice of the Compensation Committee, which shall annually review relevant information and make recommendations regarding such compensation.</w:t>
      </w:r>
    </w:p>
    <w:p>
      <w:pPr>
        <w:keepNext w:val="0"/>
        <w:spacing w:before="120" w:after="0" w:line="260" w:lineRule="exact"/>
        <w:ind w:left="36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Responsibilities.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The Lead Independent Director shall have the following specific responsibilities:</w:t>
      </w:r>
    </w:p>
    <w:p>
      <w:pPr>
        <w:keepNext w:val="0"/>
        <w:spacing w:before="120" w:after="0" w:line="260" w:lineRule="exact"/>
        <w:ind w:left="720" w:right="0" w:firstLine="0"/>
        <w:jc w:val="left"/>
      </w:pP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Executive Sessions</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Lead Independent Director shall preside over executive sessions of the non-management and independent directors of the Board. The Lead Independent Director may call and set schedule and the agenda for meetings of the non-government and independent directors, provided that at least four executive sessions are scheduled per year. The Lead Independent Director shall assemble and approve materials provided to directors during each executive session. The Lead Independent Director may enlist the assistance of any other non-management or independent director in tasks related to record keeping, preparing for, or managing executive sessions, including appointing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independent director to preside over any executive session that the Lead Independent Director cannot attend.</w:t>
      </w:r>
    </w:p>
    <w:p>
      <w:pPr>
        <w:keepNext w:val="0"/>
        <w:spacing w:before="120" w:after="0" w:line="260" w:lineRule="exact"/>
        <w:ind w:left="72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Communication with Shareholders</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Lead Independent Director shall be designated to communicate with shareholders on behalf of the non-management and independent members of the Board. Contact information for the Lead Independent Director shall be posted on the Company’s website and in its annual proxy statement. The Lead Independent Director shall be responsible for communicating directly with shareholders and relaying shareholder concerns to non-management and independent members of the Board, the full Board or otherwise, as appropriate. The Lead Independent Director shall participate in other external communications with shareholders, other stakeholders and the media only as tasked by the Board.</w:t>
      </w:r>
    </w:p>
    <w:p>
      <w:pPr>
        <w:keepNext w:val="0"/>
        <w:spacing w:before="120" w:after="0" w:line="260" w:lineRule="exact"/>
        <w:ind w:left="72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Meetings of the Full Board</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Lead Independent Director shall preside at meetings of the Board when the Chairman is unavailable and shall act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liaison between the non-management and independent members of the Board and the full board, making sure the former’s concerns are adequately represented at Board meetings. The Lead Independent Director may propose items for inclusion in Board meeting agendas, advise the Chairman as to the sufficiency and timeliness of information submitted to Board members, and provide any additional assistance requested by the Chairman, in all cases subject to the Chairman’s final approval.</w:t>
      </w:r>
    </w:p>
    <w:p>
      <w:pPr>
        <w:keepNext w:val="0"/>
        <w:spacing w:before="120" w:after="0" w:line="260" w:lineRule="exact"/>
        <w:ind w:left="72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Communication and Performance Review of CEO</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As the ranking independent member of the Board of Directors, the Lead Independent Director shall be automatically appointed to the Compensation Committee and lead the annual performance evaluation of the CEO. The Lead Independent Director shall also,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executive session, annually conduct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formal performance evaluation of the CEO, the results of which the Lead Director shall communicate to the CEO and to the Compensation Committee. The Lead Independent Director shall facilitate productive and clear communication between the Compensation Committee and the CEO and between the non-management and independent directors and the CEO, respectively, relaying informal and formal feedback to each party as appropriate.</w:t>
      </w:r>
    </w:p>
    <w:p>
      <w:pPr>
        <w:keepNext w:val="0"/>
        <w:spacing w:before="120" w:after="0" w:line="260" w:lineRule="exact"/>
        <w:ind w:left="72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Board Performance Evaluations and Succession Planning</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Lead Independent Director shall strive to optimize board efficiency and performance by facilitating communication, offering feedback and acting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liaison where appropriate. The Lead Independent Director shall collaborate with the Nominating and Corporate Governance Committee on matters related to Board effectiveness and independence and corporate governance compliance. The Lead Independent Director shall provide recommendations to the Corporate Governance Committee about the composition, structure and assessment process of the Board and its committees and provide feedback about the performance, training and development of individual directors. The Lead Independent Director may recommend and shall interview, along with the chair of the Nominating and Corporate Governance Committee, candidates for members of the Board, and shall be involved in succession planning for the CEO.</w:t>
      </w:r>
    </w:p>
    <w:p>
      <w:pPr>
        <w:keepNext w:val="0"/>
        <w:spacing w:before="120" w:after="0" w:line="260" w:lineRule="exact"/>
        <w:ind w:left="36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Authority.</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In connection with the performance of these and other duties, the Lead Independent Director shall have the following authority:</w:t>
      </w:r>
    </w:p>
    <w:p>
      <w:pPr>
        <w:keepNext w:val="0"/>
        <w:spacing w:before="120" w:after="0" w:line="260" w:lineRule="exact"/>
        <w:ind w:left="720" w:right="0" w:firstLine="0"/>
        <w:jc w:val="left"/>
      </w:pP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Appointment of and Consultation with Advisors and Consultants</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Lead Independent Director may, at the Company’s expense, consult with and retain outside counsel and other advisors in connection with the performance of any of the duties of this Charter. The Lead Independent Director may consult with the Company’s independent auditors and such other third party advisors as appropriate. The Lead Independent Director may make recommendations to the Board concerning the appointment of outside advisors and consultants that will report directly to the Board.</w:t>
      </w:r>
    </w:p>
    <w:p>
      <w:pPr>
        <w:keepNext w:val="0"/>
        <w:spacing w:before="120" w:after="0" w:line="260" w:lineRule="exact"/>
        <w:ind w:left="72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Access to Company Personnel</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Lead Independent Director shall have access to the CEO, the Chief Legal Officer, other members of senior management and other company employees in the performance of duties under the Charter, and upon approval of the Chairman, may invite such individuals to attend meetings of the Board.</w:t>
      </w:r>
    </w:p>
    <w:p>
      <w:pPr>
        <w:keepNext w:val="0"/>
        <w:spacing w:before="120" w:after="0" w:line="260" w:lineRule="exact"/>
        <w:ind w:left="72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Provision of Administrative Expenses</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Lead Independent Director shall have the resources and authority to discharge the responsibilities under this Charter and may make appropriate administrative expenditures at the Company’s expense. These expenditures should be disclosed to the non-management and independent directors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regular basis.</w:t>
      </w:r>
    </w:p>
    <w:p>
      <w:pPr>
        <w:keepNext w:val="0"/>
        <w:spacing w:before="120" w:after="0" w:line="260" w:lineRule="exact"/>
        <w:ind w:left="36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Review of Lead Independent Director Charter.</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annual basis, the Board shall review this Charter to determine whether it appropriately addresses matters that are or should be within its scope and consider whether modifications are appropriate.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