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LEASE ASSIGNMENT</w:t>
      </w:r>
    </w:p>
    <w:p>
      <w:pPr/>
    </w:p>
    <w:p>
      <w:pPr/>
      <w:r>
        <w:rPr>
          <w:rFonts w:ascii="Times New Roman" w:hAnsi="Times New Roman" w:eastAsia="Times New Roman" w:cs="Times New Roman"/>
          <w:sz w:val="24"/>
        </w:rPr>
        <w:t>This Lease Assignment (“Assignment”) made on ___________________, 20____, is by and between:</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___________________ with a mailing address of ______________________________________ (“Landlord”), and</w:t>
      </w:r>
    </w:p>
    <w:p>
      <w:pPr/>
    </w:p>
    <w:p>
      <w:pPr/>
      <w:r>
        <w:rPr>
          <w:rFonts w:ascii="Times New Roman" w:hAnsi="Times New Roman" w:eastAsia="Times New Roman" w:cs="Times New Roman"/>
          <w:b/>
          <w:sz w:val="24"/>
        </w:rPr>
        <w:t>Tenant</w:t>
      </w:r>
      <w:r>
        <w:rPr>
          <w:rFonts w:ascii="Times New Roman" w:hAnsi="Times New Roman" w:eastAsia="Times New Roman" w:cs="Times New Roman"/>
          <w:sz w:val="24"/>
        </w:rPr>
        <w:t>: ___________________ with a mailing address of ______________________________________ (“Tenant”), and</w:t>
      </w:r>
    </w:p>
    <w:p>
      <w:pPr/>
    </w:p>
    <w:p>
      <w:pPr/>
      <w:r>
        <w:rPr>
          <w:rFonts w:ascii="Times New Roman" w:hAnsi="Times New Roman" w:eastAsia="Times New Roman" w:cs="Times New Roman"/>
          <w:b/>
          <w:sz w:val="24"/>
        </w:rPr>
        <w:t>Assignee</w:t>
      </w:r>
      <w:r>
        <w:rPr>
          <w:rFonts w:ascii="Times New Roman" w:hAnsi="Times New Roman" w:eastAsia="Times New Roman" w:cs="Times New Roman"/>
          <w:sz w:val="24"/>
        </w:rPr>
        <w:t>: ___________________ with a mailing address of ______________________________________ (“Assignee”.</w:t>
      </w:r>
    </w:p>
    <w:p>
      <w:pPr/>
    </w:p>
    <w:p>
      <w:pPr/>
      <w:r>
        <w:rPr>
          <w:rFonts w:ascii="Times New Roman" w:hAnsi="Times New Roman" w:eastAsia="Times New Roman" w:cs="Times New Roman"/>
          <w:sz w:val="24"/>
        </w:rPr>
        <w:t>IT IS KNOWN that the Landlord and Tenant entered into a legally binding arrangement for a rental arrangement that began on ___________________, 20____ (“Lease Agreement”) for the property located at:</w:t>
      </w:r>
    </w:p>
    <w:p>
      <w:pPr/>
    </w:p>
    <w:p>
      <w:pPr/>
      <w:r>
        <w:rPr>
          <w:rFonts w:ascii="Times New Roman" w:hAnsi="Times New Roman" w:eastAsia="Times New Roman" w:cs="Times New Roman"/>
          <w:sz w:val="24"/>
        </w:rPr>
        <w:t>___________________________________________________________ (“Premises”).</w:t>
      </w:r>
    </w:p>
    <w:p>
      <w:pPr/>
    </w:p>
    <w:p>
      <w:pPr/>
      <w:r>
        <w:rPr>
          <w:rFonts w:ascii="Times New Roman" w:hAnsi="Times New Roman" w:eastAsia="Times New Roman" w:cs="Times New Roman"/>
          <w:sz w:val="24"/>
        </w:rPr>
        <w:t>The Tenant desires to transfer the rights, title, and interest given to them in the Lease Agreement to the Assignee.</w:t>
      </w:r>
    </w:p>
    <w:p>
      <w:pPr/>
    </w:p>
    <w:p>
      <w:pPr/>
      <w:r>
        <w:rPr>
          <w:rFonts w:ascii="Times New Roman" w:hAnsi="Times New Roman" w:eastAsia="Times New Roman" w:cs="Times New Roman"/>
          <w:sz w:val="24"/>
        </w:rPr>
        <w:t>NOW THEREFORE, for full consideration, Assignor hereby assigns and transfers the Lease Agreement attached hereto and incorporated herein, together with all the rights, title, and interest in and to the Lease Agreement and Premises, subject to all conditions and terms contained therein, to have and to hold from ___________________, 20____ until the expiration of the Lease Agreement.</w:t>
      </w:r>
    </w:p>
    <w:p>
      <w:pPr/>
    </w:p>
    <w:p>
      <w:pPr/>
      <w:r>
        <w:rPr>
          <w:rFonts w:ascii="Times New Roman" w:hAnsi="Times New Roman" w:eastAsia="Times New Roman" w:cs="Times New Roman"/>
          <w:sz w:val="24"/>
        </w:rPr>
        <w:t>The Landlord and Tenant affirm that the Tenant is not in default under the Lease Agreement and that all payment due under the Lease Agreement as of the date herein have been made and that there are no other claimants to the Tenant’s interest in the Lease Agreement.</w:t>
      </w:r>
    </w:p>
    <w:p>
      <w:pPr/>
    </w:p>
    <w:p>
      <w:pPr/>
      <w:r>
        <w:rPr>
          <w:rFonts w:ascii="Times New Roman" w:hAnsi="Times New Roman" w:eastAsia="Times New Roman" w:cs="Times New Roman"/>
          <w:sz w:val="24"/>
        </w:rPr>
        <w:t>The Assignee hereby agrees to assume all rental payments due after the date of this Assignment and to perform all duties and obligations required by the terms of the Lease Agreement.</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w:t>
      </w: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Tenant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w:t>
      </w: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Assignee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w:t>
      </w:r>
    </w:p>
    <w:p>
      <w:pPr/>
      <w:r>
        <w:rPr>
          <w:rFonts w:ascii="Times New Roman" w:hAnsi="Times New Roman" w:eastAsia="Times New Roman" w:cs="Times New Roman"/>
          <w:sz w:val="24"/>
        </w:rPr>
        <w:t>Print Name: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