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Lease Buyout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Lease Buyout Agreement is made this [date] day of [month], [year], by and between [name] (hereinafter called "Landlord"), and [name] (hereinafter called "Tenant").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Landlord and Tenant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lease dated [date] (hereinafter called the "Lease");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Lease relates to certain premises located in the building located at [address] (hereinafter referred to as the "Premises");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Tenant decided not to take possession of the Premises and, since that decision was made, has subleased portions of the Premises to various subtenants and as required by the Lease has used [construction company name ("[construction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affiliated with Landlord, to plan for and carry out the buildout of the various subleased premises;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Tenant has decided that it no longer desires to sublease its space and desires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with Landlord that would allow Tenant to surrender the Premises to Landlord subject to certain resolutions of the subleases, to cover certain costs owed to [construction company] with respect to such subleases and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from future obligations under the terms of the Lease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date;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Tenant and Landlord desire to set forth in writing the terms and conditions for such surrender of the Premises and termination of the Lease;</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Tenant and Landlord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acknowledges that there will be incurred certain expenses with respect to the efforts of Landlord to release portions of the Premises. Those expenses relate to tenant improvements which are usually paid for by the tenant, and for commissions incurred in connection with having to lease the space again. In order to cover such expenses and restore the Premises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multi-tenant capacity, Tenant agrees to pay [construction company] the sum of [amount ___ Dollars ($__ )]to cover such hard and soft costs for tenant improvements for the portion of the premises used or to be used by any tenants to whom Landlord leases space. In addition,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Premises now leased to Tenant will be vacated in the event Tenant is released from the Lease, Tenant agrees to pay to [brokerage company] the sum of [amount ___ Dollars ($__ )] in payment of the commissions due and payable with respect to the leasing of such space in the future.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hereby acknowledges that at the inception of its Lease, Landlord incurred costs of [amount ___ Dollars ($__ )] in connection with the buildout of the Premises for Tenant's use. In order to repay Landlord for such costs and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Tenant shall pay Landlord the sum of [amount ___ Dollars ($__ )] in consideration for which Landlord shall deliver to Tenant the Lease Cancellation Agreement and Release of the Lease in the form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Such release shall be delivered to Tenant on the date set forth in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below. All rights to the security deposit on the Lease shall be retained by Landlord. All other outstanding invoices owed by Tenant to Landlord or [construction company] shall be paid on or before the date set forth in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below.</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consideration of the payment to Landlord by Tenant, Landlord agrees to offer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to the existing subtenants on the same terms as space was subleased to the subtenants by Tenant (except for the location in the building which could be subject to change, the commencement dates, and the fact that the leases will be direct leases, not subleases), which new leases shall supersede the existing subleases to the subtenants.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consideration of the release and cancellation of the Lease given to Tenant by Landlord, Tenant agrees to obtain terminations of its subleases with other subtenants. In further consideration of the release of the Lease, Tenant agrees to and does hereby indemnify, defend, and hold harmless Landlord from any and all claims made by subtenants of Tenant, or others holding under Tenant, from any agents, consultants, or other persons or entities with whom Tenant dealt in connection with the Lease, the subleases or this transaction, and from any claims for brokerage commissions payable with respect to or by reason of such subleases of sub-subleases. This indemnity shall survive the closing of this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payments required by the terms of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and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shall be due and payable as of the [date] day of [month], on which date the Lease Cancellation Agreement and Release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delivered to Tenant by Landlord. Under the terms of such release, Tenant shall continue to pay all rent and other payments owed to Landlord pursuant to the terms of the Lease through [date].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execution of this Agreement, Tenant agrees to allow Landlord to enter the Premises to make all necessary alterations of the Premises in order to carry out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hereto agree that the terms and conditions of this Agreement are strictly confidential and that neither party shall disclose any of the terms and conditions of this Agreement to any third party, save and except for the attorneys, accountants, and advisors to the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the laws of the state of [state]. This Agreement represents the entire agreement between the parties hereto and shall not be amended or modified in any manner whatsoever except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of the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binding upon and inure to the benefit of the parties hereto and their respective successors and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parties hereto have signed this Lease Buyout Agreement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LANDLORD:</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TENANT:</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LEASE CANCELLATION AGREEMENT AND RELEASE.</w:t>
      </w:r>
    </w:p>
    <w:p>
      <w:pPr>
        <w:keepNext w:val="0"/>
        <w:spacing w:before="200" w:after="0" w:line="260" w:lineRule="exact"/>
        <w:ind w:left="720" w:right="0" w:firstLine="0"/>
        <w:jc w:val="both"/>
      </w:pPr>
      <w:r>
        <w:rPr>
          <w:rFonts w:ascii="Times New Roman" w:hAnsi="Times New Roman" w:eastAsia="Times New Roman" w:cs="Times New Roman"/>
          <w:b w:val="0"/>
          <w:sz w:val="24"/>
        </w:rPr>
        <w:t>THIS LEASE CANCELLATION AGREEMENT AND RELEASE is made at [city], [state], this [date] day of [month], [year], by and between [name] (hereinafter called "Landlord"), and [name] (hereinafter called "Tenant").</w:t>
      </w:r>
    </w:p>
    <w:p>
      <w:pPr>
        <w:keepNext w:val="0"/>
        <w:spacing w:before="200" w:after="0" w:line="260" w:lineRule="exact"/>
        <w:ind w:left="720" w:right="0" w:firstLine="0"/>
        <w:jc w:val="both"/>
      </w:pPr>
      <w:r>
        <w:rPr>
          <w:rFonts w:ascii="Times New Roman" w:hAnsi="Times New Roman" w:eastAsia="Times New Roman" w:cs="Times New Roman"/>
          <w:b w:val="0"/>
          <w:sz w:val="24"/>
        </w:rPr>
        <w:t>WITNESSETH:</w:t>
      </w:r>
    </w:p>
    <w:p>
      <w:pPr>
        <w:keepNext w:val="0"/>
        <w:spacing w:before="200" w:after="0" w:line="260" w:lineRule="exact"/>
        <w:ind w:left="1080" w:right="0" w:firstLine="0"/>
        <w:jc w:val="both"/>
      </w:pPr>
      <w:r>
        <w:rPr>
          <w:rFonts w:ascii="Times New Roman" w:hAnsi="Times New Roman" w:eastAsia="Times New Roman" w:cs="Times New Roman"/>
          <w:b w:val="0"/>
          <w:sz w:val="24"/>
        </w:rPr>
        <w:t>WHEREAS, on [date] (hereinafter called the "Lease"), the Landlord demised to the Tenant certain premises in the building located at [address] (hereinafter called the "Premises");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for good and valuable consideration, the receipt and sufficiency of which is hereby acknowledged, the parties have mutually agreed to execute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aforesaid,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Tenant agrees to surrender and deliver said Premises in compliance with the terms of the Lease to the Landlord on [date], and continue to pay all rent and other charges due under the Lease through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whereof, the Landlord agrees to accept said payments and surrender in full satisfaction and discharge of all obligations of the Tenant under said Lease, and provided such payments are made, releases Tenant from any claims under the Lease.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this cancellation and release of Tenant, Tenant hereby releases Landlord from all obligations under the Lease and hereby waives any and all claims thereunder against Landlord.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Lease Cancellation Agreement and Release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LANDLORD:</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Signed in the presence of: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TENANT:</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Signed in the presence of: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[acknowledgments]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