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LEASE RENEWAL AGREEMENT </w:t>
      </w:r>
      <w:r>
        <w:rPr>
          <w:rFonts w:ascii="Times New Roman" w:hAnsi="Times New Roman" w:eastAsia="Times New Roman" w:cs="Times New Roman"/>
          <w:b/>
          <w:sz w:val="24"/>
        </w:rPr>
        <w:t>SAMPLE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I. PARTIES</w:t>
      </w:r>
      <w:r>
        <w:rPr>
          <w:rFonts w:ascii="Times New Roman" w:hAnsi="Times New Roman" w:eastAsia="Times New Roman" w:cs="Times New Roman"/>
          <w:sz w:val="24"/>
        </w:rPr>
        <w:t xml:space="preserve">. This Lease Renewal Agreement (“Agreement”) is made </w:t>
      </w:r>
      <w:r>
        <w:rPr>
          <w:rFonts w:ascii="Times New Roman" w:hAnsi="Times New Roman" w:eastAsia="Times New Roman" w:cs="Times New Roman"/>
          <w:sz w:val="24"/>
        </w:rPr>
        <w:t xml:space="preserve">May 3, 2020 </w:t>
      </w:r>
      <w:r>
        <w:rPr>
          <w:rFonts w:ascii="Times New Roman" w:hAnsi="Times New Roman" w:eastAsia="Times New Roman" w:cs="Times New Roman"/>
          <w:sz w:val="24"/>
        </w:rPr>
        <w:t>by and between: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Landlord: </w:t>
      </w:r>
      <w:r>
        <w:rPr>
          <w:rFonts w:ascii="Times New Roman" w:hAnsi="Times New Roman" w:eastAsia="Times New Roman" w:cs="Times New Roman"/>
          <w:sz w:val="24"/>
        </w:rPr>
        <w:t xml:space="preserve">ABC Company LLC </w:t>
      </w:r>
      <w:r>
        <w:rPr>
          <w:rFonts w:ascii="Times New Roman" w:hAnsi="Times New Roman" w:eastAsia="Times New Roman" w:cs="Times New Roman"/>
          <w:sz w:val="24"/>
        </w:rPr>
        <w:t xml:space="preserve">(“Landlord”) with a mailing address of </w:t>
      </w:r>
      <w:r>
        <w:rPr>
          <w:rFonts w:ascii="Times New Roman" w:hAnsi="Times New Roman" w:eastAsia="Times New Roman" w:cs="Times New Roman"/>
          <w:sz w:val="24"/>
        </w:rPr>
        <w:t>123 Main Street, Santa Monica, CA 90405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AND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Tenant: </w:t>
      </w:r>
      <w:r>
        <w:rPr>
          <w:rFonts w:ascii="Times New Roman" w:hAnsi="Times New Roman" w:eastAsia="Times New Roman" w:cs="Times New Roman"/>
          <w:sz w:val="24"/>
        </w:rPr>
        <w:t xml:space="preserve">John Mitchell </w:t>
      </w:r>
      <w:r>
        <w:rPr>
          <w:rFonts w:ascii="Times New Roman" w:hAnsi="Times New Roman" w:eastAsia="Times New Roman" w:cs="Times New Roman"/>
          <w:sz w:val="24"/>
        </w:rPr>
        <w:t>(“Tenant”).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The Landlord and Tenant shall be referred to as the “Parties” and agree to the following: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II. PREMISES</w:t>
      </w:r>
      <w:r>
        <w:rPr>
          <w:rFonts w:ascii="Times New Roman" w:hAnsi="Times New Roman" w:eastAsia="Times New Roman" w:cs="Times New Roman"/>
          <w:sz w:val="24"/>
        </w:rPr>
        <w:t xml:space="preserve">. This Agreement refers to the property located at: </w:t>
      </w:r>
      <w:r>
        <w:rPr>
          <w:rFonts w:ascii="Times New Roman" w:hAnsi="Times New Roman" w:eastAsia="Times New Roman" w:cs="Times New Roman"/>
          <w:sz w:val="24"/>
        </w:rPr>
        <w:t>500 Broadway, Santa Monica, CA 90401</w:t>
      </w:r>
      <w:r>
        <w:rPr>
          <w:rFonts w:ascii="Times New Roman" w:hAnsi="Times New Roman" w:eastAsia="Times New Roman" w:cs="Times New Roman"/>
          <w:sz w:val="24"/>
        </w:rPr>
        <w:t xml:space="preserve"> (“Premises”).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III. LEASE</w:t>
      </w:r>
      <w:r>
        <w:rPr>
          <w:rFonts w:ascii="Times New Roman" w:hAnsi="Times New Roman" w:eastAsia="Times New Roman" w:cs="Times New Roman"/>
          <w:sz w:val="24"/>
        </w:rPr>
        <w:t xml:space="preserve">. This Agreement refers to the lease agreement dated </w:t>
      </w:r>
      <w:r>
        <w:rPr>
          <w:rFonts w:ascii="Times New Roman" w:hAnsi="Times New Roman" w:eastAsia="Times New Roman" w:cs="Times New Roman"/>
          <w:sz w:val="24"/>
        </w:rPr>
        <w:t xml:space="preserve">May 1, 2019 </w:t>
      </w:r>
      <w:r>
        <w:rPr>
          <w:rFonts w:ascii="Times New Roman" w:hAnsi="Times New Roman" w:eastAsia="Times New Roman" w:cs="Times New Roman"/>
          <w:sz w:val="24"/>
        </w:rPr>
        <w:t>(“Lease”).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IV. EXTENSION PERIOD</w:t>
      </w:r>
      <w:r>
        <w:rPr>
          <w:rFonts w:ascii="Times New Roman" w:hAnsi="Times New Roman" w:eastAsia="Times New Roman" w:cs="Times New Roman"/>
          <w:sz w:val="24"/>
        </w:rPr>
        <w:t>. For good consideration, the Parties agree to extend the term of the Lease by: (check one)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Extending </w:t>
      </w:r>
      <w:r>
        <w:rPr>
          <w:rFonts w:ascii="Times New Roman" w:hAnsi="Times New Roman" w:eastAsia="Times New Roman" w:cs="Times New Roman"/>
          <w:sz w:val="24"/>
        </w:rPr>
        <w:t xml:space="preserve">12 </w:t>
      </w:r>
      <w:r>
        <w:rPr>
          <w:rFonts w:ascii="Times New Roman" w:hAnsi="Times New Roman" w:eastAsia="Times New Roman" w:cs="Times New Roman"/>
          <w:sz w:val="24"/>
        </w:rPr>
        <w:t xml:space="preserve"> Days </w:t>
      </w:r>
      <w:r>
        <w:rPr>
          <w:rFonts w:ascii="Times New Roman" w:hAnsi="Times New Roman" w:eastAsia="Times New Roman" w:cs="Times New Roman"/>
          <w:sz w:val="24"/>
        </w:rPr>
        <w:t xml:space="preserve"> Months </w:t>
      </w:r>
      <w:r>
        <w:rPr>
          <w:rFonts w:ascii="Times New Roman" w:hAnsi="Times New Roman" w:eastAsia="Times New Roman" w:cs="Times New Roman"/>
          <w:sz w:val="24"/>
        </w:rPr>
        <w:t xml:space="preserve"> Years with no right of renewal or extension beyond that date unless a new agreement or extension is authorized by the Parties (“Extension”).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Converting the Lease to a Month-to-Month Rental Agreement. Whereas, either Landlord or Tenant may terminate this Agreement, at any time, by providing ____ days’ notice or by the minimum time period provided in the State, whichever is greater (“Extension”).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Other. ________________________________________________________ (“Extension”).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V. START DATE</w:t>
      </w:r>
      <w:r>
        <w:rPr>
          <w:rFonts w:ascii="Times New Roman" w:hAnsi="Times New Roman" w:eastAsia="Times New Roman" w:cs="Times New Roman"/>
          <w:sz w:val="24"/>
        </w:rPr>
        <w:t>. This Agreement shall be in effect on: (check one)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When the Lease ends.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The Date of _________________, 20____.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VI. OTHER TERMS</w:t>
      </w:r>
      <w:r>
        <w:rPr>
          <w:rFonts w:ascii="Times New Roman" w:hAnsi="Times New Roman" w:eastAsia="Times New Roman" w:cs="Times New Roman"/>
          <w:sz w:val="24"/>
        </w:rPr>
        <w:t>. In addition to the Extension, the Parties agree: (check one)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To further amend the Lease as follows: </w:t>
      </w:r>
      <w:r>
        <w:rPr>
          <w:rFonts w:ascii="Times New Roman" w:hAnsi="Times New Roman" w:eastAsia="Times New Roman" w:cs="Times New Roman"/>
          <w:sz w:val="24"/>
        </w:rPr>
        <w:t>The Tenant shall be allowed to have a pet on the property.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not further amend the Lease.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IN WITNESS WHEREOF, the parties have indicated their acceptance of the terms of this Agreement by their signatures below on the dates indicated.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Landlord’s Signature</w:t>
      </w:r>
      <w:r>
        <w:rPr>
          <w:rFonts w:ascii="Times New Roman" w:hAnsi="Times New Roman" w:eastAsia="Times New Roman" w:cs="Times New Roman"/>
          <w:sz w:val="24"/>
        </w:rPr>
        <w:t xml:space="preserve"> _______________________________ Date: </w:t>
      </w:r>
      <w:r>
        <w:rPr>
          <w:rFonts w:ascii="Times New Roman" w:hAnsi="Times New Roman" w:eastAsia="Times New Roman" w:cs="Times New Roman"/>
          <w:sz w:val="24"/>
        </w:rPr>
        <w:t>May 3, 2020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Tenant’s Signature</w:t>
      </w:r>
      <w:r>
        <w:rPr>
          <w:rFonts w:ascii="Times New Roman" w:hAnsi="Times New Roman" w:eastAsia="Times New Roman" w:cs="Times New Roman"/>
          <w:sz w:val="24"/>
        </w:rPr>
        <w:t xml:space="preserve"> _______________________________ Date: </w:t>
      </w:r>
      <w:r>
        <w:rPr>
          <w:rFonts w:ascii="Times New Roman" w:hAnsi="Times New Roman" w:eastAsia="Times New Roman" w:cs="Times New Roman"/>
          <w:sz w:val="24"/>
        </w:rPr>
        <w:t>May 3, 2020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