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Letter Agreement Amendment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[Drafting party's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[Method of delivery]</w:t>
      </w:r>
    </w:p>
    <w:p>
      <w:pPr>
        <w:keepNext w:val="0"/>
        <w:spacing w:before="200" w:after="0" w:line="260" w:lineRule="exact"/>
        <w:ind w:left="360" w:right="0" w:firstLine="0"/>
        <w:jc w:val="both"/>
      </w:pPr>
      <w:r>
        <w:rPr>
          <w:rFonts w:ascii="Times New Roman" w:hAnsi="Times New Roman" w:eastAsia="Times New Roman" w:cs="Times New Roman"/>
          <w:b w:val="0"/>
          <w:sz w:val="24"/>
        </w:rPr>
        <w:t>[Receiving party's name/including business name or point of contact]</w:t>
      </w:r>
    </w:p>
    <w:p>
      <w:pPr>
        <w:keepNext w:val="0"/>
        <w:spacing w:before="200" w:after="0" w:line="260" w:lineRule="exact"/>
        <w:ind w:left="360" w:right="0" w:firstLine="0"/>
        <w:jc w:val="both"/>
      </w:pPr>
      <w:r>
        <w:rPr>
          <w:rFonts w:ascii="Times New Roman" w:hAnsi="Times New Roman" w:eastAsia="Times New Roman" w:cs="Times New Roman"/>
          <w:b w:val="0"/>
          <w:sz w:val="24"/>
        </w:rPr>
        <w:t>[Receiving party's address]</w:t>
      </w:r>
    </w:p>
    <w:p>
      <w:pPr>
        <w:keepNext w:val="0"/>
        <w:spacing w:before="200" w:after="0" w:line="260" w:lineRule="exact"/>
        <w:ind w:left="360" w:right="0" w:firstLine="0"/>
        <w:jc w:val="both"/>
      </w:pPr>
      <w:r>
        <w:rPr>
          <w:rFonts w:ascii="Times New Roman" w:hAnsi="Times New Roman" w:eastAsia="Times New Roman" w:cs="Times New Roman"/>
          <w:b w:val="0"/>
          <w:sz w:val="24"/>
        </w:rPr>
        <w:t>Dear [receiving party's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[Party 1] and [party 2]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on [original agreement date]. [If applicable, list existing amendments, e.g., "that agreement was subsequently amended on [list date or multiple dates as proper]"]. Pursuant to [e.g., Section 12] of the Agreement, the Parties may amend the Agreement, as done here, in writing and by mutual signature.</w:t>
      </w: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OF the Parties agreeing to amend their existing Agreement, and other valuable consideration, the receipt and sufficiency of which is hereby acknowledged, both Parties agree to keep, perform, and fulfill the promises, conditions and agreements outlined here:</w:t>
      </w:r>
    </w:p>
    <w:p>
      <w:pPr>
        <w:keepNext w:val="0"/>
        <w:spacing w:before="120" w:after="0" w:line="260" w:lineRule="exact"/>
        <w:ind w:left="720" w:right="0" w:firstLine="0"/>
        <w:jc w:val="left"/>
      </w:pP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[List all agreement amendments including specific descriptions of what the original or previously amended sections stated, and, precisely how they will be amended including additional language or deleted language.]</w:t>
      </w:r>
    </w:p>
    <w:p>
      <w:pPr>
        <w:keepNext w:val="0"/>
        <w:spacing w:before="120" w:after="0" w:line="260" w:lineRule="exact"/>
        <w:ind w:left="720" w:right="0" w:firstLine="0"/>
        <w:jc w:val="left"/>
      </w:pPr>
      <w:r>
        <w:rPr>
          <w:rFonts w:ascii="Times New Roman" w:hAnsi="Times New Roman" w:eastAsia="Times New Roman" w:cs="Times New Roman"/>
          <w:b/>
          <w:sz w:val="24"/>
        </w:rPr>
        <w:t>No Other Change.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expressly provided in this Agreement, all the terms and conditions of the [E.G., ORIGINAL AGREEMENT OR PREVIOUSLY AMENDED AGREEMENT] remain unchanged and in full force and effect.</w:t>
      </w:r>
    </w:p>
    <w:p>
      <w:pPr>
        <w:keepNext w:val="0"/>
        <w:spacing w:before="120" w:after="0" w:line="260" w:lineRule="exact"/>
        <w:ind w:left="720" w:right="0" w:firstLine="0"/>
        <w:jc w:val="left"/>
      </w:pPr>
      <w:r>
        <w:rPr>
          <w:rFonts w:ascii="Times New Roman" w:hAnsi="Times New Roman" w:eastAsia="Times New Roman" w:cs="Times New Roman"/>
          <w:b/>
          <w:sz w:val="24"/>
        </w:rPr>
        <w:t>Miscellaneous Terms.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Capitalized terms not otherwise defined in this Agreement will have the meanings ascribed to them in the Agreement. Headings are inserted for the convenience of the parties only and are not to be considered when interpreting this Agreement. Words in the singular mean and include the plural and vice versa.</w:t>
      </w:r>
    </w:p>
    <w:p>
      <w:pPr/>
    </w:p>
    <w:p>
      <w:pPr>
        <w:keepNext w:val="0"/>
        <w:spacing w:before="200" w:after="0" w:line="260" w:lineRule="exact"/>
        <w:ind w:left="360" w:right="0" w:firstLine="0"/>
        <w:jc w:val="both"/>
      </w:pPr>
      <w:r>
        <w:rPr>
          <w:rFonts w:ascii="Times New Roman" w:hAnsi="Times New Roman" w:eastAsia="Times New Roman" w:cs="Times New Roman"/>
          <w:b w:val="0"/>
          <w:sz w:val="24"/>
        </w:rPr>
        <w:t>Please sign and return this document and mutually executed documents will be provided to the Parties after signature.</w:t>
      </w:r>
    </w:p>
    <w:p>
      <w:pPr>
        <w:keepNext w:val="0"/>
        <w:spacing w:before="120" w:after="0" w:line="260" w:lineRule="exact"/>
        <w:ind w:left="360" w:right="0" w:firstLine="0"/>
        <w:jc w:val="left"/>
      </w:pPr>
      <w:r>
        <w:rPr>
          <w:rFonts w:ascii="Times New Roman" w:hAnsi="Times New Roman" w:eastAsia="Times New Roman" w:cs="Times New Roman"/>
          <w:b w:val="0"/>
          <w:sz w:val="24"/>
        </w:rPr>
        <w:t>PARTY ONE</w:t>
      </w:r>
    </w:p>
    <w:p>
      <w:pPr>
        <w:keepNext w:val="0"/>
        <w:spacing w:before="120" w:after="0" w:line="260" w:lineRule="exact"/>
        <w:ind w:left="360" w:right="0" w:firstLine="0"/>
        <w:jc w:val="left"/>
      </w:pPr>
      <w:r>
        <w:rPr>
          <w:rFonts w:ascii="Times New Roman" w:hAnsi="Times New Roman" w:eastAsia="Times New Roman" w:cs="Times New Roman"/>
          <w:b w:val="0"/>
          <w:sz w:val="24"/>
        </w:rPr>
        <w:t>Name of Individual: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PARTY TWO</w:t>
      </w:r>
    </w:p>
    <w:p>
      <w:pPr>
        <w:keepNext w:val="0"/>
        <w:spacing w:before="120" w:after="0" w:line="260" w:lineRule="exact"/>
        <w:ind w:left="360" w:right="0" w:firstLine="0"/>
        <w:jc w:val="left"/>
      </w:pPr>
      <w:r>
        <w:rPr>
          <w:rFonts w:ascii="Times New Roman" w:hAnsi="Times New Roman" w:eastAsia="Times New Roman" w:cs="Times New Roman"/>
          <w:b w:val="0"/>
          <w:sz w:val="24"/>
        </w:rPr>
        <w:t>Name of 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