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Letter Requesting Transfer of Asset to Trust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Date: [Month day, year]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From: [Sender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[Sender street 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[Sender city], New York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To: [Name of Administrator or Transfer Agent]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Address: [Administrator or Transfer Agent 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Re: [Asset to be transferred and how title is currently held]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(</w:t>
      </w:r>
      <w:r>
        <w:rPr>
          <w:rFonts w:ascii="Times New Roman" w:hAnsi="Times New Roman" w:eastAsia="Times New Roman" w:cs="Times New Roman"/>
          <w:b w:val="0"/>
          <w:sz w:val="24"/>
        </w:rPr>
        <w:t>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We) have recently executed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revocable living trust and now desire that the above asset be transferred into the name of the trust, as follows: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[TRUSTEE NAME] (or and [CO-TRUSTEE NAME], CO-) TRUSTEE(S), THE [TRUST NAME] TRUST DATED [MONTH DAY, YEAR]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Please proceed to transfer my (</w:t>
      </w:r>
      <w:r>
        <w:rPr>
          <w:rFonts w:ascii="Times New Roman" w:hAnsi="Times New Roman" w:eastAsia="Times New Roman" w:cs="Times New Roman"/>
          <w:b w:val="0"/>
          <w:sz w:val="24"/>
        </w:rPr>
        <w:t>or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our) interest in this asset on your records and forward any documentation for signature to the above address.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Thank you for your assistance.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Sincerely,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[TRUSTEE] (or and [CO-TRUSTEE])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