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Rogatory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[Attorney's name/bar number]</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[Email address]</w:t>
      </w:r>
    </w:p>
    <w:p>
      <w:pPr>
        <w:keepNext w:val="0"/>
        <w:spacing w:before="200" w:after="0" w:line="260" w:lineRule="exact"/>
        <w:ind w:left="360" w:right="0" w:firstLine="0"/>
        <w:jc w:val="both"/>
      </w:pPr>
      <w:r>
        <w:rPr>
          <w:rFonts w:ascii="Times New Roman" w:hAnsi="Times New Roman" w:eastAsia="Times New Roman" w:cs="Times New Roman"/>
          <w:b w:val="0"/>
          <w:sz w:val="24"/>
        </w:rPr>
        <w:t>Attorney for [Plaintiff/Defendant]</w:t>
      </w:r>
    </w:p>
    <w:p>
      <w:pPr>
        <w:keepNext w:val="0"/>
        <w:spacing w:before="200" w:after="0" w:line="260" w:lineRule="exact"/>
        <w:ind w:left="360" w:right="0" w:firstLine="0"/>
        <w:jc w:val="both"/>
      </w:pPr>
      <w:r>
        <w:rPr>
          <w:rFonts w:ascii="Times New Roman" w:hAnsi="Times New Roman" w:eastAsia="Times New Roman" w:cs="Times New Roman"/>
          <w:b w:val="0"/>
          <w:sz w:val="24"/>
        </w:rPr>
        <w:t>[Name of plaintiff/defendant]</w:t>
      </w:r>
    </w:p>
    <w:p>
      <w:pPr>
        <w:keepNext w:val="0"/>
        <w:spacing w:before="200" w:after="0" w:line="260" w:lineRule="exact"/>
        <w:ind w:left="360" w:right="0" w:firstLine="0"/>
        <w:jc w:val="center"/>
      </w:pPr>
      <w:r>
        <w:rPr>
          <w:rFonts w:ascii="Times New Roman" w:hAnsi="Times New Roman" w:eastAsia="Times New Roman" w:cs="Times New Roman"/>
          <w:b/>
          <w:sz w:val="24"/>
        </w:rPr>
        <w:t>IN THE UNITED STATES DISTRICT COURT</w:t>
      </w:r>
    </w:p>
    <w:p>
      <w:pPr>
        <w:keepNext w:val="0"/>
        <w:spacing w:before="200" w:after="0" w:line="260" w:lineRule="exact"/>
        <w:ind w:left="360" w:right="0" w:firstLine="0"/>
        <w:jc w:val="center"/>
      </w:pPr>
      <w:r>
        <w:rPr>
          <w:rFonts w:ascii="Times New Roman" w:hAnsi="Times New Roman" w:eastAsia="Times New Roman" w:cs="Times New Roman"/>
          <w:b/>
          <w:sz w:val="24"/>
        </w:rPr>
        <w:t>FOR THE</w:t>
      </w:r>
      <w:r>
        <w:rPr>
          <w:rFonts w:ascii="Times New Roman" w:hAnsi="Times New Roman" w:eastAsia="Times New Roman" w:cs="Times New Roman"/>
          <w:b w:val="0"/>
          <w:sz w:val="24"/>
        </w:rPr>
        <w:t xml:space="preserve"> [NAME] </w:t>
      </w:r>
      <w:r>
        <w:rPr>
          <w:rFonts w:ascii="Times New Roman" w:hAnsi="Times New Roman" w:eastAsia="Times New Roman" w:cs="Times New Roman"/>
          <w:b/>
          <w:sz w:val="24"/>
        </w:rPr>
        <w:t>DISTRICT OF</w:t>
      </w:r>
      <w:r>
        <w:rPr>
          <w:rFonts w:ascii="Times New Roman" w:hAnsi="Times New Roman" w:eastAsia="Times New Roman" w:cs="Times New Roman"/>
          <w:b w:val="0"/>
          <w:sz w:val="24"/>
        </w:rPr>
        <w:t xml:space="preserve"> [STATE]</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DIVISION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United States District Court for the [district and division, if applicable] presents its compliments to the authority of [name of receiving state], and requests international judicial assistance to obtain evidence to be used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[civil/criminal/administrative] proceeding before this court, in the above-captioned matter.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or hearing] on this matter is scheduled at present for [date] in [city, state, country].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Court is requesting the following relief: [describe requested relief, such as service of process, compulsion of testimony, and/or production of documents]. The above-referenced lawsuit is about [brief synopsis of the case,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laws of the sending state that govern the matter]. The assistance described herein as necessary in the interests of justice.</w:t>
      </w:r>
    </w:p>
    <w:p>
      <w:pPr>
        <w:keepNext w:val="0"/>
        <w:spacing w:before="200" w:after="0" w:line="260" w:lineRule="exact"/>
        <w:ind w:left="360" w:right="0" w:firstLine="0"/>
        <w:jc w:val="both"/>
      </w:pPr>
      <w:r>
        <w:rPr>
          <w:rFonts w:ascii="Times New Roman" w:hAnsi="Times New Roman" w:eastAsia="Times New Roman" w:cs="Times New Roman"/>
          <w:b w:val="0"/>
          <w:sz w:val="24"/>
        </w:rPr>
        <w:t>The person or business from whom evidence is to be compelled is [name, nationality, address, and other identifiers (such as corporate title) of the person overseas to be served or from whom evidence is to be compelled, and documents to be served].</w:t>
      </w:r>
    </w:p>
    <w:p>
      <w:pPr>
        <w:keepNext w:val="0"/>
        <w:spacing w:before="200" w:after="0" w:line="260" w:lineRule="exact"/>
        <w:ind w:left="360" w:right="0" w:firstLine="0"/>
        <w:jc w:val="both"/>
      </w:pPr>
      <w:r>
        <w:rPr>
          <w:rFonts w:ascii="Times New Roman" w:hAnsi="Times New Roman" w:eastAsia="Times New Roman" w:cs="Times New Roman"/>
          <w:b w:val="0"/>
          <w:sz w:val="24"/>
        </w:rPr>
        <w:t>Answers to the following questions are requested from [applicable person or business representative]: [identify in detail the questions to be asked (where applicable) in the form of written interrogatories and any special rights of witnesses under governing law. Also identify any special methods or procedures to be followed, such as swearing under oath, verbatim transcript, etc.].</w:t>
      </w:r>
    </w:p>
    <w:p>
      <w:pPr>
        <w:keepNext w:val="0"/>
        <w:spacing w:before="200" w:after="0" w:line="260" w:lineRule="exact"/>
        <w:ind w:left="360" w:right="0" w:firstLine="0"/>
        <w:jc w:val="both"/>
      </w:pPr>
      <w:r>
        <w:rPr>
          <w:rFonts w:ascii="Times New Roman" w:hAnsi="Times New Roman" w:eastAsia="Times New Roman" w:cs="Times New Roman"/>
          <w:b w:val="0"/>
          <w:sz w:val="24"/>
        </w:rPr>
        <w:t>Production of the following documents is requested: [list specific documents or other evidence you request to be to be produced and identify any special rights of witnesses under governing law. Also identify any special methods or procedures to be followed].</w:t>
      </w:r>
    </w:p>
    <w:p>
      <w:pPr>
        <w:keepNext w:val="0"/>
        <w:spacing w:before="200" w:after="0" w:line="260" w:lineRule="exact"/>
        <w:ind w:left="360" w:right="0" w:firstLine="0"/>
        <w:jc w:val="both"/>
      </w:pPr>
      <w:r>
        <w:rPr>
          <w:rFonts w:ascii="Times New Roman" w:hAnsi="Times New Roman" w:eastAsia="Times New Roman" w:cs="Times New Roman"/>
          <w:b/>
          <w:sz w:val="24"/>
        </w:rPr>
        <w:t>Optional Notification Clause:</w:t>
      </w:r>
    </w:p>
    <w:p>
      <w:pPr>
        <w:keepNext w:val="0"/>
        <w:spacing w:before="200" w:after="0" w:line="260" w:lineRule="exact"/>
        <w:ind w:left="360" w:right="0" w:firstLine="0"/>
        <w:jc w:val="both"/>
      </w:pPr>
      <w:r>
        <w:rPr>
          <w:rFonts w:ascii="Times New Roman" w:hAnsi="Times New Roman" w:eastAsia="Times New Roman" w:cs="Times New Roman"/>
          <w:b w:val="0"/>
          <w:sz w:val="24"/>
        </w:rPr>
        <w:t>This Court requests notification of the time and place for examination of the [witness or documents] before the [judicial authority of the receiving state].</w:t>
      </w:r>
    </w:p>
    <w:p>
      <w:pPr>
        <w:keepNext w:val="0"/>
        <w:spacing w:before="200" w:after="0" w:line="260" w:lineRule="exact"/>
        <w:ind w:left="360" w:right="0" w:firstLine="0"/>
        <w:jc w:val="both"/>
      </w:pPr>
      <w:r>
        <w:rPr>
          <w:rFonts w:ascii="Times New Roman" w:hAnsi="Times New Roman" w:eastAsia="Times New Roman" w:cs="Times New Roman"/>
          <w:b w:val="0"/>
          <w:sz w:val="24"/>
        </w:rPr>
        <w:t>This Court will provide similar assistance to the judicial authorities receiving this letter rogatory if that assistance is requested.</w:t>
      </w:r>
    </w:p>
    <w:p>
      <w:pPr>
        <w:keepNext w:val="0"/>
        <w:spacing w:before="200" w:after="0" w:line="260" w:lineRule="exact"/>
        <w:ind w:left="360" w:right="0" w:firstLine="0"/>
        <w:jc w:val="both"/>
      </w:pPr>
      <w:r>
        <w:rPr>
          <w:rFonts w:ascii="Times New Roman" w:hAnsi="Times New Roman" w:eastAsia="Times New Roman" w:cs="Times New Roman"/>
          <w:b w:val="0"/>
          <w:sz w:val="24"/>
        </w:rPr>
        <w:t>[Party] [name] will reimburse you for any costs associated or connected with executing this letter rogatory. This Court will enforce any right of reimbursement that you may have in connection with costs incurred for executing this letter rogatory.</w:t>
      </w:r>
    </w:p>
    <w:p>
      <w:pPr>
        <w:keepNext w:val="0"/>
        <w:spacing w:before="200" w:after="0" w:line="260" w:lineRule="exact"/>
        <w:ind w:left="360" w:right="0" w:firstLine="0"/>
        <w:jc w:val="both"/>
      </w:pPr>
      <w:r>
        <w:rPr>
          <w:rFonts w:ascii="Times New Roman" w:hAnsi="Times New Roman" w:eastAsia="Times New Roman" w:cs="Times New Roman"/>
          <w:b w:val="0"/>
          <w:sz w:val="24"/>
        </w:rPr>
        <w:t>The Honorable [name of judge], Judge of the United States District Court for the [district and division, if applicable] makes this letter rogatory this [day] day of [month] [year], at [street address where the court is located], [city], [state].</w:t>
      </w:r>
    </w:p>
    <w:p>
      <w:pPr>
        <w:keepNext w:val="0"/>
        <w:spacing w:before="120" w:after="0" w:line="260" w:lineRule="exact"/>
        <w:ind w:left="360" w:right="0" w:firstLine="0"/>
        <w:jc w:val="left"/>
      </w:pPr>
      <w:r>
        <w:rPr>
          <w:rFonts w:ascii="Times New Roman" w:hAnsi="Times New Roman" w:eastAsia="Times New Roman" w:cs="Times New Roman"/>
          <w:b w:val="0"/>
          <w:sz w:val="24"/>
        </w:rPr>
        <w:t>United States District Judge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requesting judge]</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requesting judge]</w:t>
      </w:r>
    </w:p>
    <w:p>
      <w:pPr>
        <w:keepNext w:val="0"/>
        <w:spacing w:before="120" w:after="0" w:line="260" w:lineRule="exact"/>
        <w:ind w:left="360" w:right="0" w:firstLine="0"/>
        <w:jc w:val="left"/>
      </w:pPr>
      <w:r>
        <w:rPr>
          <w:rFonts w:ascii="Times New Roman" w:hAnsi="Times New Roman" w:eastAsia="Times New Roman" w:cs="Times New Roman"/>
          <w:b w:val="0"/>
          <w:sz w:val="24"/>
        </w:rPr>
        <w:t>[Name of requesting court]</w:t>
      </w:r>
    </w:p>
    <w:p>
      <w:pPr>
        <w:keepNext w:val="0"/>
        <w:spacing w:before="120" w:after="0" w:line="260" w:lineRule="exact"/>
        <w:ind w:left="360" w:right="0" w:firstLine="0"/>
        <w:jc w:val="left"/>
      </w:pPr>
      <w:r>
        <w:rPr>
          <w:rFonts w:ascii="Times New Roman" w:hAnsi="Times New Roman" w:eastAsia="Times New Roman" w:cs="Times New Roman"/>
          <w:b w:val="0"/>
          <w:sz w:val="24"/>
        </w:rPr>
        <w:t>[Seal of the court]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Attention: Judicial Assistance Officer</w:t>
      </w:r>
    </w:p>
    <w:p>
      <w:pPr>
        <w:keepNext w:val="0"/>
        <w:spacing w:before="200" w:after="0" w:line="260" w:lineRule="exact"/>
        <w:ind w:left="360" w:right="0" w:firstLine="0"/>
        <w:jc w:val="both"/>
      </w:pPr>
      <w:r>
        <w:rPr>
          <w:rFonts w:ascii="Times New Roman" w:hAnsi="Times New Roman" w:eastAsia="Times New Roman" w:cs="Times New Roman"/>
          <w:b w:val="0"/>
          <w:sz w:val="24"/>
        </w:rPr>
        <w:t>United States Department of State</w:t>
      </w:r>
    </w:p>
    <w:p>
      <w:pPr>
        <w:keepNext w:val="0"/>
        <w:spacing w:before="200" w:after="0" w:line="260" w:lineRule="exact"/>
        <w:ind w:left="360" w:right="0" w:firstLine="0"/>
        <w:jc w:val="both"/>
      </w:pPr>
      <w:r>
        <w:rPr>
          <w:rFonts w:ascii="Times New Roman" w:hAnsi="Times New Roman" w:eastAsia="Times New Roman" w:cs="Times New Roman"/>
          <w:b w:val="0"/>
          <w:sz w:val="24"/>
        </w:rPr>
        <w:t>Office of Legal Affairs (CA/OCS/L)</w:t>
      </w:r>
    </w:p>
    <w:p>
      <w:pPr>
        <w:keepNext w:val="0"/>
        <w:spacing w:before="200" w:after="0" w:line="260" w:lineRule="exact"/>
        <w:ind w:left="360" w:right="0" w:firstLine="0"/>
        <w:jc w:val="both"/>
      </w:pPr>
      <w:r>
        <w:rPr>
          <w:rFonts w:ascii="Times New Roman" w:hAnsi="Times New Roman" w:eastAsia="Times New Roman" w:cs="Times New Roman"/>
          <w:b w:val="0"/>
          <w:sz w:val="24"/>
        </w:rPr>
        <w:t>SA-17, 10th Floor</w:t>
      </w:r>
    </w:p>
    <w:p>
      <w:pPr>
        <w:keepNext w:val="0"/>
        <w:spacing w:before="200" w:after="0" w:line="260" w:lineRule="exact"/>
        <w:ind w:left="360" w:right="0" w:firstLine="0"/>
        <w:jc w:val="both"/>
      </w:pPr>
      <w:r>
        <w:rPr>
          <w:rFonts w:ascii="Times New Roman" w:hAnsi="Times New Roman" w:eastAsia="Times New Roman" w:cs="Times New Roman"/>
          <w:b w:val="0"/>
          <w:sz w:val="24"/>
        </w:rPr>
        <w:t>2201 C Street, NW</w:t>
      </w:r>
    </w:p>
    <w:p>
      <w:pPr>
        <w:keepNext w:val="0"/>
        <w:spacing w:before="200" w:after="0" w:line="260" w:lineRule="exact"/>
        <w:ind w:left="360" w:right="0" w:firstLine="0"/>
        <w:jc w:val="both"/>
      </w:pPr>
      <w:r>
        <w:rPr>
          <w:rFonts w:ascii="Times New Roman" w:hAnsi="Times New Roman" w:eastAsia="Times New Roman" w:cs="Times New Roman"/>
          <w:b w:val="0"/>
          <w:sz w:val="24"/>
        </w:rPr>
        <w:t>Washington, DC 20522-1710</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 </w:t>
      </w:r>
      <w:r>
        <w:rPr>
          <w:rFonts w:ascii="Times New Roman" w:hAnsi="Times New Roman" w:eastAsia="Times New Roman" w:cs="Times New Roman"/>
          <w:b w:val="0"/>
          <w:sz w:val="24"/>
        </w:rPr>
        <w:t>Request for International Judicial Assistance for Letter Rogatory in the Matter of</w:t>
      </w:r>
      <w:r>
        <w:rPr>
          <w:rFonts w:ascii="Times New Roman" w:hAnsi="Times New Roman" w:eastAsia="Times New Roman" w:cs="Times New Roman"/>
          <w:b w:val="0"/>
          <w:sz w:val="24"/>
        </w:rPr>
        <w:t xml:space="preserve"> [Caption of case, name of court, and docket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receiving authority (depending on local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Enclosed with this cover letter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copy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rogatory. This letter rogatory is for the above-referenced lawsuit.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submitting this letter rogatory for execution in [name of the foreign country]. This letter rogatory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request for [describe requested relief, such as service of process, compulsion of testimony, and/or production of documents]. The person from whom this relief is requested is [name, address, and phone number (if possible) of the applicable person].</w:t>
      </w:r>
    </w:p>
    <w:p>
      <w:pPr>
        <w:keepNext w:val="0"/>
        <w:spacing w:before="200" w:after="0" w:line="260" w:lineRule="exact"/>
        <w:ind w:left="360" w:right="0" w:firstLine="0"/>
        <w:jc w:val="both"/>
      </w:pPr>
      <w:r>
        <w:rPr>
          <w:rFonts w:ascii="Times New Roman" w:hAnsi="Times New Roman" w:eastAsia="Times New Roman" w:cs="Times New Roman"/>
          <w:b w:val="0"/>
          <w:sz w:val="24"/>
        </w:rPr>
        <w:t>The mailing address for the United States Court or attorney to whom the executed letter rogatory should be returned is: [address].</w:t>
      </w:r>
    </w:p>
    <w:p>
      <w:pPr>
        <w:keepNext w:val="0"/>
        <w:spacing w:before="200" w:after="0" w:line="260" w:lineRule="exact"/>
        <w:ind w:left="360" w:right="0" w:firstLine="0"/>
        <w:jc w:val="both"/>
      </w:pPr>
      <w:r>
        <w:rPr>
          <w:rFonts w:ascii="Times New Roman" w:hAnsi="Times New Roman" w:eastAsia="Times New Roman" w:cs="Times New Roman"/>
          <w:b w:val="0"/>
          <w:sz w:val="24"/>
        </w:rPr>
        <w:t>We also request [include any special instructions (e.g., the insertion of the Federal Express account number, the relevant United States Court hearing or trial date, etc.)].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also enclosing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[check or cashier's check] in the amount of [appropriate fee amounts, only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is required]. We are also enclosing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[check or cashier's check] in the amount of [appropriate fee amounts, only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 is required]. The requesting party accepts responsibility for any additional costs incurred in excess of the required deposit or the fees submitted with this letter (if applicable).</w:t>
      </w:r>
    </w:p>
    <w:p>
      <w:pPr>
        <w:keepNext w:val="0"/>
        <w:spacing w:before="200" w:after="0" w:line="260" w:lineRule="exact"/>
        <w:ind w:left="360" w:right="0" w:firstLine="0"/>
        <w:jc w:val="both"/>
      </w:pPr>
      <w:r>
        <w:rPr>
          <w:rFonts w:ascii="Times New Roman" w:hAnsi="Times New Roman" w:eastAsia="Times New Roman" w:cs="Times New Roman"/>
          <w:b w:val="0"/>
          <w:sz w:val="24"/>
        </w:rPr>
        <w:t>The local foreign attorney is [name, address, telephone number, fax number, and email address of the local foreign attorney, if applicable].</w:t>
      </w:r>
    </w:p>
    <w:p>
      <w:pPr>
        <w:keepNext w:val="0"/>
        <w:spacing w:before="200" w:after="0" w:line="260" w:lineRule="exact"/>
        <w:ind w:left="360" w:right="0" w:firstLine="0"/>
        <w:jc w:val="both"/>
      </w:pPr>
      <w:r>
        <w:rPr>
          <w:rFonts w:ascii="Times New Roman" w:hAnsi="Times New Roman" w:eastAsia="Times New Roman" w:cs="Times New Roman"/>
          <w:b w:val="0"/>
          <w:sz w:val="24"/>
        </w:rPr>
        <w:t>The requesting attorney is [name, address, telephone number, fax number, and email address of the requesting attorney in the United States].</w:t>
      </w:r>
    </w:p>
    <w:p>
      <w:pPr>
        <w:keepNext w:val="0"/>
        <w:spacing w:before="200" w:after="0" w:line="260" w:lineRule="exact"/>
        <w:ind w:left="360" w:right="0" w:firstLine="0"/>
        <w:jc w:val="both"/>
      </w:pPr>
      <w:r>
        <w:rPr>
          <w:rFonts w:ascii="Times New Roman" w:hAnsi="Times New Roman" w:eastAsia="Times New Roman" w:cs="Times New Roman"/>
          <w:b w:val="0"/>
          <w:sz w:val="24"/>
        </w:rPr>
        <w:t>Thank you in advance for your assistance with this request.</w:t>
      </w: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requesting party]</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requesting party]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