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Letter Transmitting Notice of Videotaped Deposition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[LETTER HEAD]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[Month Day, 20__]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 for witness]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firm]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[case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Docket No. [docket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Counsel: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Based on the agreement of counsel, I have arranged the videotaped deposition of [name], which is to take place at our office located at [address], on [Month Day, 20__], at [time].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mark your calendar with this date.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firm]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