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Letter Transmitting Subpoena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[Month Day, 20__]</w:t>
      </w:r>
    </w:p>
    <w:p>
      <w:pPr>
        <w:keepNext w:val="0"/>
        <w:spacing w:before="200" w:after="0" w:line="260" w:lineRule="exact"/>
        <w:ind w:left="360" w:right="0" w:firstLine="0"/>
        <w:jc w:val="both"/>
      </w:pPr>
      <w:r>
        <w:rPr>
          <w:rFonts w:ascii="Times New Roman" w:hAnsi="Times New Roman" w:eastAsia="Times New Roman" w:cs="Times New Roman"/>
          <w:b w:val="0"/>
          <w:sz w:val="24"/>
        </w:rPr>
        <w:t>[name of attorney for witness]</w:t>
      </w:r>
    </w:p>
    <w:p>
      <w:pPr>
        <w:keepNext w:val="0"/>
        <w:spacing w:before="200" w:after="0" w:line="260" w:lineRule="exact"/>
        <w:ind w:left="360" w:right="0" w:firstLine="0"/>
        <w:jc w:val="both"/>
      </w:pPr>
      <w:r>
        <w:rPr>
          <w:rFonts w:ascii="Times New Roman" w:hAnsi="Times New Roman" w:eastAsia="Times New Roman" w:cs="Times New Roman"/>
          <w:b w:val="0"/>
          <w:sz w:val="24"/>
        </w:rPr>
        <w:t>[name of firm]</w:t>
      </w:r>
    </w:p>
    <w:p>
      <w:pPr>
        <w:keepNext w:val="0"/>
        <w:spacing w:before="200" w:after="0" w:line="260" w:lineRule="exact"/>
        <w:ind w:left="360" w:right="0" w:firstLine="0"/>
        <w:jc w:val="both"/>
      </w:pPr>
      <w:r>
        <w:rPr>
          <w:rFonts w:ascii="Times New Roman" w:hAnsi="Times New Roman" w:eastAsia="Times New Roman" w:cs="Times New Roman"/>
          <w:b w:val="0"/>
          <w:sz w:val="24"/>
        </w:rPr>
        <w:t>[address]</w:t>
      </w:r>
    </w:p>
    <w:p>
      <w:pPr>
        <w:keepNext w:val="0"/>
        <w:spacing w:before="200" w:after="0" w:line="260" w:lineRule="exact"/>
        <w:ind w:left="360" w:right="0" w:firstLine="0"/>
        <w:jc w:val="both"/>
      </w:pPr>
      <w:r>
        <w:rPr>
          <w:rFonts w:ascii="Times New Roman" w:hAnsi="Times New Roman" w:eastAsia="Times New Roman" w:cs="Times New Roman"/>
          <w:b w:val="0"/>
          <w:sz w:val="24"/>
        </w:rPr>
        <w:t>Re: [case name], [docket number]</w:t>
      </w:r>
    </w:p>
    <w:p>
      <w:pPr>
        <w:keepNext w:val="0"/>
        <w:spacing w:before="200" w:after="0" w:line="260" w:lineRule="exact"/>
        <w:ind w:left="360" w:right="0" w:firstLine="0"/>
        <w:jc w:val="both"/>
      </w:pPr>
      <w:r>
        <w:rPr>
          <w:rFonts w:ascii="Times New Roman" w:hAnsi="Times New Roman" w:eastAsia="Times New Roman" w:cs="Times New Roman"/>
          <w:b w:val="0"/>
          <w:sz w:val="24"/>
        </w:rPr>
        <w:t>Dear [name of witness]:</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You are being subpoenaed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witness with regard to the above matter. This matter is scheduled for trial on [Month Day, 20__] at [time], in the [name and address of courthouse].</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Failure to appear according to the command of this Subpoena will subject you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penalty, damages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civil suit, and punishment for contempt of Court.</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We do not wish to inconvenience you by having you appear in Court on the above date, but we would like you to be available with one-hour of notice on that date. Accordingly, please contact my office upon receipt of this Subpoena to make arrangements for your appearance, if necessary.</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you are needed to testify, we will reimburse you for your lost time from work and other expenses you may incur in accordance with the Rules of Civil Procedure and applicable statutes.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Thank you for your cooperation and courtesy.</w:t>
      </w:r>
    </w:p>
    <w:p>
      <w:pPr>
        <w:keepNext w:val="0"/>
        <w:spacing w:before="120" w:after="0" w:line="260" w:lineRule="exact"/>
        <w:ind w:left="360" w:right="0" w:firstLine="0"/>
        <w:jc w:val="left"/>
      </w:pPr>
      <w:r>
        <w:rPr>
          <w:rFonts w:ascii="Times New Roman" w:hAnsi="Times New Roman" w:eastAsia="Times New Roman" w:cs="Times New Roman"/>
          <w:b w:val="0"/>
          <w:sz w:val="24"/>
        </w:rPr>
        <w:t>Very truly yours,</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attorney]</w:t>
      </w:r>
    </w:p>
    <w:p>
      <w:pPr>
        <w:keepNext w:val="0"/>
        <w:spacing w:before="120" w:after="0" w:line="260" w:lineRule="exact"/>
        <w:ind w:left="360" w:right="0" w:firstLine="0"/>
        <w:jc w:val="left"/>
      </w:pPr>
      <w:r>
        <w:rPr>
          <w:rFonts w:ascii="Times New Roman" w:hAnsi="Times New Roman" w:eastAsia="Times New Roman" w:cs="Times New Roman"/>
          <w:b w:val="0"/>
          <w:sz w:val="24"/>
        </w:rPr>
        <w:t>[name of firm]</w:t>
      </w:r>
    </w:p>
    <w:p>
      <w:pPr>
        <w:keepNext w:val="0"/>
        <w:spacing w:before="120" w:after="0" w:line="260" w:lineRule="exact"/>
        <w:ind w:left="360" w:right="0" w:firstLine="0"/>
        <w:jc w:val="left"/>
      </w:pPr>
      <w:r>
        <w:rPr>
          <w:rFonts w:ascii="Times New Roman" w:hAnsi="Times New Roman" w:eastAsia="Times New Roman" w:cs="Times New Roman"/>
          <w:b w:val="0"/>
          <w:sz w:val="24"/>
        </w:rPr>
        <w:t>Enclosures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