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Letter from Buyer Demanding Adequate Assurances from Seller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[Buyer's Letterhead]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[manner of delivery, e.g. via Federal Express, e-mail, certified mail, facsimile, etc.]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[Seller's name]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[Seller's address]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Re: [name and date of contract, e.g., Sales Agreement dated July 1, 2020]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Demand for Adequate Assurance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[Seller's name]: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Reference is made to the [name and date of contract] (the "Agreement") between [Buyer's name] ("Buyer") and [Seller's name] ("Seller"). Buyer currently maintains the reasonable belief that Seller will not fulfill its obligations under the Agreement pursuant to the following: [basis for Buyer's belief that adequate assurance is required, i.e., any statements or acts of the Seller, etc.].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Therefore, pursuant to Section 2-609 of the Uniform Commercial Code, Buyer hereby demands the following adequate assurance of performance: written confirmation that Seller can and will deliver the goods described in the Agreement pursuant to the terms set forth therein (including, without limitation, those respecting quantity and delivery dates); [</w:t>
      </w:r>
      <w:r>
        <w:rPr>
          <w:rFonts w:ascii="Times New Roman" w:hAnsi="Times New Roman" w:eastAsia="Times New Roman" w:cs="Times New Roman"/>
          <w:b w:val="0"/>
          <w:sz w:val="24"/>
        </w:rPr>
        <w:t>(or)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written confirmation that Seller has identified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third party supplier that will perform Seller's obligations under the Agreement pursuant to the terms thereof and to Buyer's good faith approval in all material respects]. We require this assurance to be provided to us on or before [date].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Failure of the Seller to timely provide adequate assurance shall be considered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repudiation of the Agreement by the Seller and, in such instance, Buyer reserves the right to exercise all of its rights available in law and/or in equity [including, without limitation, seeking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alternative source for the goods along with reimbursement of our costs and expenses associated therewith]. [Prior to your delivery of the requested assurances, we intend to exercise our right to suspend our performance under the Agreement.]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and title]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[Buyer's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cc: [any individuals to be copied on the letter, e.g., buyer's counsel, etc.]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