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Letter from Seller Responding to Buyer's Demand for Adequate Assurance</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[Seller's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[Buyer's name]</w:t>
      </w:r>
    </w:p>
    <w:p>
      <w:pPr>
        <w:keepNext w:val="0"/>
        <w:spacing w:before="60" w:after="0" w:line="260" w:lineRule="exact"/>
        <w:ind w:left="360" w:right="0" w:firstLine="0"/>
        <w:jc w:val="both"/>
      </w:pPr>
      <w:r>
        <w:rPr>
          <w:rFonts w:ascii="Times New Roman" w:hAnsi="Times New Roman" w:eastAsia="Times New Roman" w:cs="Times New Roman"/>
          <w:b w:val="0"/>
          <w:sz w:val="24"/>
        </w:rPr>
        <w:t>[Buyer's address]</w:t>
      </w:r>
    </w:p>
    <w:p>
      <w:pPr>
        <w:keepNext w:val="0"/>
        <w:spacing w:before="120" w:after="0" w:line="260" w:lineRule="exact"/>
        <w:ind w:left="360" w:right="0" w:firstLine="240"/>
        <w:jc w:val="left"/>
      </w:pPr>
      <w:r>
        <w:rPr>
          <w:rFonts w:ascii="Times New Roman" w:hAnsi="Times New Roman" w:eastAsia="Times New Roman" w:cs="Times New Roman"/>
          <w:b w:val="0"/>
          <w:sz w:val="24"/>
        </w:rPr>
        <w:t>Re: [name and date of contract, e.g., Sales Agreement dated October 1, 2016]</w:t>
      </w:r>
    </w:p>
    <w:p>
      <w:pPr>
        <w:keepNext w:val="0"/>
        <w:spacing w:before="200" w:after="0" w:line="260" w:lineRule="exact"/>
        <w:ind w:left="360" w:right="0" w:firstLine="0"/>
        <w:jc w:val="both"/>
      </w:pPr>
      <w:r>
        <w:rPr>
          <w:rFonts w:ascii="Times New Roman" w:hAnsi="Times New Roman" w:eastAsia="Times New Roman" w:cs="Times New Roman"/>
          <w:b w:val="0"/>
          <w:sz w:val="24"/>
        </w:rPr>
        <w:t>Response to Demand for Adequate Assurance</w:t>
      </w:r>
    </w:p>
    <w:p>
      <w:pPr>
        <w:keepNext w:val="0"/>
        <w:spacing w:before="200" w:after="0" w:line="260" w:lineRule="exact"/>
        <w:ind w:left="360" w:right="0" w:firstLine="0"/>
        <w:jc w:val="both"/>
      </w:pPr>
      <w:r>
        <w:rPr>
          <w:rFonts w:ascii="Times New Roman" w:hAnsi="Times New Roman" w:eastAsia="Times New Roman" w:cs="Times New Roman"/>
          <w:b w:val="0"/>
          <w:sz w:val="24"/>
        </w:rPr>
        <w:t>Dear [Buyer's name]: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in being submitted by [name of seller] ("Seller") in response to [name of buyer] ("Buyer") letter dated [date of demand letter] demanding that we provide you with adequate assurance of our performance under the [name and date of contract, e.g., Sales Agreement dated October 1, 2016]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With respect to your demand for adequate assurances, we are providing you with the following assurances: [discuss all assurances the seller will provide to buyer]. Buyer will be in receipt of the assurances on or before [applicable date - ensure that it is within the time set forth in buyer's demand letter]. This letter, along with the assurances to be provided as discussed herein, shall serve as confirmation to you that we are not repudiating the Agreement and that Seller intends to fully perform its obligations under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me to discuss any questions or additional concerns you may have regarding this letter or the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keepNext w:val="0"/>
        <w:spacing w:before="120" w:after="0" w:line="260" w:lineRule="exact"/>
        <w:ind w:left="360" w:right="0" w:firstLine="0"/>
        <w:jc w:val="left"/>
      </w:pPr>
      <w:r>
        <w:rPr>
          <w:rFonts w:ascii="Times New Roman" w:hAnsi="Times New Roman" w:eastAsia="Times New Roman" w:cs="Times New Roman"/>
          <w:b w:val="0"/>
          <w:sz w:val="24"/>
        </w:rPr>
        <w:t>[Seller's name]</w:t>
      </w:r>
    </w:p>
    <w:p>
      <w:pPr>
        <w:keepNext w:val="0"/>
        <w:spacing w:before="200" w:after="0" w:line="260" w:lineRule="exact"/>
        <w:ind w:left="360" w:right="0" w:firstLine="0"/>
        <w:jc w:val="both"/>
      </w:pPr>
      <w:r>
        <w:rPr>
          <w:rFonts w:ascii="Times New Roman" w:hAnsi="Times New Roman" w:eastAsia="Times New Roman" w:cs="Times New Roman"/>
          <w:b w:val="0"/>
          <w:sz w:val="24"/>
        </w:rPr>
        <w:t>cc: [any parties to be copied on the letter, e.g., buyer's counsel, etc.]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