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INTENT TO CONTINUE WORKING</w:t>
      </w:r>
    </w:p>
    <w:p>
      <w:pPr/>
    </w:p>
    <w:p>
      <w:pPr/>
    </w:p>
    <w:p>
      <w:pPr/>
    </w:p>
    <w:p>
      <w:pPr/>
      <w:r>
        <w:rPr>
          <w:rFonts w:ascii="Times New Roman" w:hAnsi="Times New Roman" w:eastAsia="Times New Roman" w:cs="Times New Roman"/>
          <w:sz w:val="24"/>
        </w:rPr>
        <w:t>[EMPLOYEE NAME]</w:t>
      </w:r>
    </w:p>
    <w:p>
      <w:pPr/>
      <w:r>
        <w:rPr>
          <w:rFonts w:ascii="Times New Roman" w:hAnsi="Times New Roman" w:eastAsia="Times New Roman" w:cs="Times New Roman"/>
          <w:sz w:val="24"/>
        </w:rPr>
        <w:t>[EMPLOYEE ADDRESS]</w:t>
      </w:r>
    </w:p>
    <w:p>
      <w:pPr/>
      <w:r>
        <w:rPr>
          <w:rFonts w:ascii="Times New Roman" w:hAnsi="Times New Roman" w:eastAsia="Times New Roman" w:cs="Times New Roman"/>
          <w:sz w:val="24"/>
        </w:rPr>
        <w:t>EMPLOYEE CITY, STATE, ZIP CODE]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[EMPLOYER NAME]</w:t>
      </w:r>
    </w:p>
    <w:p>
      <w:pPr/>
      <w:r>
        <w:rPr>
          <w:rFonts w:ascii="Times New Roman" w:hAnsi="Times New Roman" w:eastAsia="Times New Roman" w:cs="Times New Roman"/>
          <w:sz w:val="24"/>
        </w:rPr>
        <w:t>[EMPLOYER ADDRESS]</w:t>
      </w:r>
    </w:p>
    <w:p>
      <w:pPr/>
      <w:r>
        <w:rPr>
          <w:rFonts w:ascii="Times New Roman" w:hAnsi="Times New Roman" w:eastAsia="Times New Roman" w:cs="Times New Roman"/>
          <w:sz w:val="24"/>
        </w:rPr>
        <w:t>[EMPLOYER CITY, STATE, ZIP CODE]</w:t>
      </w:r>
    </w:p>
    <w:p>
      <w:pPr/>
    </w:p>
    <w:p>
      <w:pPr/>
    </w:p>
    <w:p>
      <w:pPr/>
      <w:r>
        <w:rPr>
          <w:rFonts w:ascii="Times New Roman" w:hAnsi="Times New Roman" w:eastAsia="Times New Roman" w:cs="Times New Roman"/>
          <w:sz w:val="24"/>
        </w:rPr>
        <w:t>To Whom This May Concern,</w:t>
      </w:r>
    </w:p>
    <w:p>
      <w:pP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[SENDER NAME]</w:t>
      </w:r>
      <w:r>
        <w:rPr>
          <w:rFonts w:ascii="Times New Roman" w:hAnsi="Times New Roman" w:eastAsia="Times New Roman" w:cs="Times New Roman"/>
          <w:sz w:val="24"/>
        </w:rPr>
        <w:t xml:space="preserve">, give my formal request to renew my employment agreement that ends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My time working with </w:t>
      </w:r>
      <w:r>
        <w:rPr>
          <w:rFonts w:ascii="Times New Roman" w:hAnsi="Times New Roman" w:eastAsia="Times New Roman" w:cs="Times New Roman"/>
          <w:sz w:val="24"/>
        </w:rPr>
        <w:t>[EMPLOYER]</w:t>
      </w:r>
      <w:r>
        <w:rPr>
          <w:rFonts w:ascii="Times New Roman" w:hAnsi="Times New Roman" w:eastAsia="Times New Roman" w:cs="Times New Roman"/>
          <w:sz w:val="24"/>
        </w:rPr>
        <w:t xml:space="preserve"> has been a truly great experience and thankful for the opportunity. For these reasons, I humbly ask for you to renew my contract for an additional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years.</w:t>
      </w:r>
    </w:p>
    <w:p>
      <w:pPr/>
    </w:p>
    <w:p>
      <w:pPr/>
      <w:r>
        <w:rPr>
          <w:rFonts w:ascii="Times New Roman" w:hAnsi="Times New Roman" w:eastAsia="Times New Roman" w:cs="Times New Roman"/>
          <w:sz w:val="24"/>
        </w:rPr>
        <w:t xml:space="preserve">I believe my continued role in the organization can significantly help grow this business. With every passing day I feel molded into my position through the extensive training and knowledge I have received. </w:t>
      </w:r>
    </w:p>
    <w:p>
      <w:pPr/>
    </w:p>
    <w:p>
      <w:pPr/>
      <w:r>
        <w:rPr>
          <w:rFonts w:ascii="Times New Roman" w:hAnsi="Times New Roman" w:eastAsia="Times New Roman" w:cs="Times New Roman"/>
          <w:sz w:val="24"/>
        </w:rPr>
        <w:t>Thank you for the chance to be part of this amazing company and wish for its continued success. If there is any help or assistance you should need, even if my agreement is not renewed, I will be of service whenever necessary.</w:t>
      </w:r>
    </w:p>
    <w:p>
      <w:pPr/>
    </w:p>
    <w:p>
      <w:pPr/>
    </w:p>
    <w:p>
      <w:pPr/>
      <w:r>
        <w:rPr>
          <w:rFonts w:ascii="Times New Roman" w:hAnsi="Times New Roman" w:eastAsia="Times New Roman" w:cs="Times New Roman"/>
          <w:sz w:val="24"/>
        </w:rPr>
        <w:t xml:space="preserve">Sincerely, </w:t>
      </w:r>
    </w:p>
    <w:p>
      <w:pPr/>
    </w:p>
    <w:p>
      <w:pPr/>
      <w:r>
        <w:rPr>
          <w:rFonts w:ascii="Times New Roman" w:hAnsi="Times New Roman" w:eastAsia="Times New Roman" w:cs="Times New Roman"/>
          <w:sz w:val="24"/>
        </w:rPr>
        <w:t>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