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LETTER OF INTENT TO HIRE</w:t>
      </w:r>
    </w:p>
    <w:p>
      <w:pPr/>
    </w:p>
    <w:p>
      <w:pPr/>
    </w:p>
    <w:p>
      <w:pPr/>
      <w:r>
        <w:rPr>
          <w:rFonts w:ascii="Times New Roman" w:hAnsi="Times New Roman" w:eastAsia="Times New Roman" w:cs="Times New Roman"/>
          <w:sz w:val="24"/>
        </w:rPr>
        <w:t>From</w:t>
      </w:r>
    </w:p>
    <w:p>
      <w:pPr/>
    </w:p>
    <w:p>
      <w:pPr/>
      <w:r>
        <w:rPr>
          <w:rFonts w:ascii="Times New Roman" w:hAnsi="Times New Roman" w:eastAsia="Times New Roman" w:cs="Times New Roman"/>
          <w:sz w:val="24"/>
        </w:rPr>
        <w:t>[EMPLOYER NAME]</w:t>
      </w:r>
    </w:p>
    <w:p>
      <w:pPr/>
      <w:r>
        <w:rPr>
          <w:rFonts w:ascii="Times New Roman" w:hAnsi="Times New Roman" w:eastAsia="Times New Roman" w:cs="Times New Roman"/>
          <w:sz w:val="24"/>
        </w:rPr>
        <w:t>[EMPLOYER ADDRESS]</w:t>
      </w:r>
    </w:p>
    <w:p>
      <w:pPr/>
      <w:r>
        <w:rPr>
          <w:rFonts w:ascii="Times New Roman" w:hAnsi="Times New Roman" w:eastAsia="Times New Roman" w:cs="Times New Roman"/>
          <w:sz w:val="24"/>
        </w:rPr>
        <w:t>[EMPLOYER CITY, STATE, ZIP CODE]</w:t>
      </w:r>
    </w:p>
    <w:p>
      <w:pPr/>
    </w:p>
    <w:p>
      <w:pPr/>
      <w:r>
        <w:rPr>
          <w:rFonts w:ascii="Times New Roman" w:hAnsi="Times New Roman" w:eastAsia="Times New Roman" w:cs="Times New Roman"/>
          <w:sz w:val="24"/>
        </w:rPr>
        <w:t xml:space="preserve">Date </w:t>
      </w:r>
      <w:r>
        <w:rPr>
          <w:rFonts w:ascii="Times New Roman" w:hAnsi="Times New Roman" w:eastAsia="Times New Roman" w:cs="Times New Roman"/>
          <w:sz w:val="24"/>
        </w:rPr>
        <w:t>[DATE]</w:t>
      </w:r>
    </w:p>
    <w:p>
      <w:pPr/>
    </w:p>
    <w:p>
      <w:pPr/>
    </w:p>
    <w:p>
      <w:pPr/>
      <w:r>
        <w:rPr>
          <w:rFonts w:ascii="Times New Roman" w:hAnsi="Times New Roman" w:eastAsia="Times New Roman" w:cs="Times New Roman"/>
          <w:sz w:val="24"/>
        </w:rPr>
        <w:t xml:space="preserve">Dear </w:t>
      </w:r>
      <w:r>
        <w:rPr>
          <w:rFonts w:ascii="Times New Roman" w:hAnsi="Times New Roman" w:eastAsia="Times New Roman" w:cs="Times New Roman"/>
          <w:sz w:val="24"/>
        </w:rPr>
        <w:t>[CANDIDATE NAME]</w:t>
      </w:r>
      <w:r>
        <w:rPr>
          <w:rFonts w:ascii="Times New Roman" w:hAnsi="Times New Roman" w:eastAsia="Times New Roman" w:cs="Times New Roman"/>
          <w:sz w:val="24"/>
        </w:rPr>
        <w:t>,</w:t>
      </w:r>
    </w:p>
    <w:p>
      <w:pPr/>
    </w:p>
    <w:p>
      <w:pPr/>
    </w:p>
    <w:p>
      <w:pPr/>
      <w:r>
        <w:rPr>
          <w:rFonts w:ascii="Times New Roman" w:hAnsi="Times New Roman" w:eastAsia="Times New Roman" w:cs="Times New Roman"/>
          <w:b/>
          <w:sz w:val="24"/>
        </w:rPr>
        <w:t>I. The Parties</w:t>
      </w:r>
      <w:r>
        <w:rPr>
          <w:rFonts w:ascii="Times New Roman" w:hAnsi="Times New Roman" w:eastAsia="Times New Roman" w:cs="Times New Roman"/>
          <w:sz w:val="24"/>
        </w:rPr>
        <w:t xml:space="preserve">. This letter represents confirmation of the intent to employ, </w:t>
      </w:r>
      <w:r>
        <w:rPr>
          <w:rFonts w:ascii="Times New Roman" w:hAnsi="Times New Roman" w:eastAsia="Times New Roman" w:cs="Times New Roman"/>
          <w:sz w:val="24"/>
        </w:rPr>
        <w:t>[CANDIDATE NAME]</w:t>
      </w:r>
      <w:r>
        <w:rPr>
          <w:rFonts w:ascii="Times New Roman" w:hAnsi="Times New Roman" w:eastAsia="Times New Roman" w:cs="Times New Roman"/>
          <w:sz w:val="24"/>
        </w:rPr>
        <w:t xml:space="preserve">, (“Candidate”) made by </w:t>
      </w:r>
      <w:r>
        <w:rPr>
          <w:rFonts w:ascii="Times New Roman" w:hAnsi="Times New Roman" w:eastAsia="Times New Roman" w:cs="Times New Roman"/>
          <w:sz w:val="24"/>
        </w:rPr>
        <w:t>[PRINCIPAL NAME]</w:t>
      </w:r>
      <w:r>
        <w:rPr>
          <w:rFonts w:ascii="Times New Roman" w:hAnsi="Times New Roman" w:eastAsia="Times New Roman" w:cs="Times New Roman"/>
          <w:sz w:val="24"/>
        </w:rPr>
        <w:t xml:space="preserve"> (“Principal”), of </w:t>
      </w:r>
      <w:r>
        <w:rPr>
          <w:rFonts w:ascii="Times New Roman" w:hAnsi="Times New Roman" w:eastAsia="Times New Roman" w:cs="Times New Roman"/>
          <w:sz w:val="24"/>
        </w:rPr>
        <w:t>[COMPANY NAME]</w:t>
      </w:r>
      <w:r>
        <w:rPr>
          <w:rFonts w:ascii="Times New Roman" w:hAnsi="Times New Roman" w:eastAsia="Times New Roman" w:cs="Times New Roman"/>
          <w:sz w:val="24"/>
        </w:rPr>
        <w:t xml:space="preserve"> (“Company”) with a mailing address of </w:t>
      </w:r>
      <w:r>
        <w:rPr>
          <w:rFonts w:ascii="Times New Roman" w:hAnsi="Times New Roman" w:eastAsia="Times New Roman" w:cs="Times New Roman"/>
          <w:sz w:val="24"/>
        </w:rPr>
        <w:t>[COMPANY STREET ADDRESS]</w:t>
      </w:r>
      <w:r>
        <w:rPr>
          <w:rFonts w:ascii="Times New Roman" w:hAnsi="Times New Roman" w:eastAsia="Times New Roman" w:cs="Times New Roman"/>
          <w:sz w:val="24"/>
        </w:rPr>
        <w:t xml:space="preserve">, City of </w:t>
      </w:r>
      <w:r>
        <w:rPr>
          <w:rFonts w:ascii="Times New Roman" w:hAnsi="Times New Roman" w:eastAsia="Times New Roman" w:cs="Times New Roman"/>
          <w:sz w:val="24"/>
        </w:rPr>
        <w:t>[COMPANY CITY]</w:t>
      </w:r>
      <w:r>
        <w:rPr>
          <w:rFonts w:ascii="Times New Roman" w:hAnsi="Times New Roman" w:eastAsia="Times New Roman" w:cs="Times New Roman"/>
          <w:sz w:val="24"/>
        </w:rPr>
        <w:t xml:space="preserve">, State of </w:t>
      </w:r>
      <w:r>
        <w:rPr>
          <w:rFonts w:ascii="Times New Roman" w:hAnsi="Times New Roman" w:eastAsia="Times New Roman" w:cs="Times New Roman"/>
          <w:sz w:val="24"/>
        </w:rPr>
        <w:t>[COMPANY STATE]</w:t>
      </w:r>
      <w:r>
        <w:rPr>
          <w:rFonts w:ascii="Times New Roman" w:hAnsi="Times New Roman" w:eastAsia="Times New Roman" w:cs="Times New Roman"/>
          <w:sz w:val="24"/>
        </w:rPr>
        <w:t xml:space="preserve">, as </w:t>
      </w:r>
      <w:r>
        <w:rPr>
          <w:rFonts w:ascii="Times New Roman" w:hAnsi="Times New Roman" w:eastAsia="Times New Roman" w:cs="Times New Roman"/>
          <w:sz w:val="24"/>
        </w:rPr>
        <w:t>[CANDIDATE JOB TITLE]</w:t>
      </w:r>
      <w:r>
        <w:rPr>
          <w:rFonts w:ascii="Times New Roman" w:hAnsi="Times New Roman" w:eastAsia="Times New Roman" w:cs="Times New Roman"/>
          <w:sz w:val="24"/>
        </w:rPr>
        <w:t xml:space="preserve"> (“Job Title”), and to confirm the broad terms of our discussions.</w:t>
      </w:r>
    </w:p>
    <w:p>
      <w:pPr/>
    </w:p>
    <w:p>
      <w:pPr/>
      <w:r>
        <w:rPr>
          <w:rFonts w:ascii="Times New Roman" w:hAnsi="Times New Roman" w:eastAsia="Times New Roman" w:cs="Times New Roman"/>
          <w:b/>
          <w:sz w:val="24"/>
        </w:rPr>
        <w:t>II. Commitment</w:t>
      </w:r>
      <w:r>
        <w:rPr>
          <w:rFonts w:ascii="Times New Roman" w:hAnsi="Times New Roman" w:eastAsia="Times New Roman" w:cs="Times New Roman"/>
          <w:sz w:val="24"/>
        </w:rPr>
        <w:t xml:space="preserve">. Candidate’s work shall be considered: (check one) </w:t>
      </w:r>
      <w:r>
        <w:rPr>
          <w:rFonts w:ascii="Times New Roman" w:hAnsi="Times New Roman" w:eastAsia="Times New Roman" w:cs="Times New Roman"/>
          <w:sz w:val="24"/>
        </w:rPr>
        <w:t xml:space="preserve"> - Part Time </w:t>
      </w:r>
      <w:r>
        <w:rPr>
          <w:rFonts w:ascii="Times New Roman" w:hAnsi="Times New Roman" w:eastAsia="Times New Roman" w:cs="Times New Roman"/>
          <w:sz w:val="24"/>
        </w:rPr>
        <w:t xml:space="preserve"> - Full Time. </w:t>
      </w:r>
    </w:p>
    <w:p>
      <w:pPr/>
    </w:p>
    <w:p>
      <w:pPr/>
      <w:r>
        <w:rPr>
          <w:rFonts w:ascii="Times New Roman" w:hAnsi="Times New Roman" w:eastAsia="Times New Roman" w:cs="Times New Roman"/>
          <w:b/>
          <w:sz w:val="24"/>
        </w:rPr>
        <w:t>III. Pay</w:t>
      </w:r>
      <w:r>
        <w:rPr>
          <w:rFonts w:ascii="Times New Roman" w:hAnsi="Times New Roman" w:eastAsia="Times New Roman" w:cs="Times New Roman"/>
          <w:sz w:val="24"/>
        </w:rPr>
        <w:t>. Candidate’s pay shall be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(check one) </w:t>
      </w:r>
      <w:r>
        <w:rPr>
          <w:rFonts w:ascii="Times New Roman" w:hAnsi="Times New Roman" w:eastAsia="Times New Roman" w:cs="Times New Roman"/>
          <w:sz w:val="24"/>
        </w:rPr>
        <w:t xml:space="preserve"> - Per Hour </w:t>
      </w:r>
      <w:r>
        <w:rPr>
          <w:rFonts w:ascii="Times New Roman" w:hAnsi="Times New Roman" w:eastAsia="Times New Roman" w:cs="Times New Roman"/>
          <w:sz w:val="24"/>
        </w:rPr>
        <w:t xml:space="preserve"> - Salary.</w:t>
      </w:r>
    </w:p>
    <w:p>
      <w:pPr/>
    </w:p>
    <w:p>
      <w:pPr/>
      <w:r>
        <w:rPr>
          <w:rFonts w:ascii="Times New Roman" w:hAnsi="Times New Roman" w:eastAsia="Times New Roman" w:cs="Times New Roman"/>
          <w:b/>
          <w:sz w:val="24"/>
        </w:rPr>
        <w:t>IV. Payment Period</w:t>
      </w:r>
      <w:r>
        <w:rPr>
          <w:rFonts w:ascii="Times New Roman" w:hAnsi="Times New Roman" w:eastAsia="Times New Roman" w:cs="Times New Roman"/>
          <w:sz w:val="24"/>
        </w:rPr>
        <w:t xml:space="preserve">. Payment shall be made to the Candidate every </w:t>
      </w:r>
      <w:r>
        <w:rPr>
          <w:rFonts w:ascii="Times New Roman" w:hAnsi="Times New Roman" w:eastAsia="Times New Roman" w:cs="Times New Roman"/>
          <w:sz w:val="24"/>
        </w:rPr>
        <w:t xml:space="preserve"> - Week </w:t>
      </w:r>
      <w:r>
        <w:rPr>
          <w:rFonts w:ascii="Times New Roman" w:hAnsi="Times New Roman" w:eastAsia="Times New Roman" w:cs="Times New Roman"/>
          <w:sz w:val="24"/>
        </w:rPr>
        <w:t xml:space="preserve"> - Bi-Weekly </w:t>
      </w:r>
      <w:r>
        <w:rPr>
          <w:rFonts w:ascii="Times New Roman" w:hAnsi="Times New Roman" w:eastAsia="Times New Roman" w:cs="Times New Roman"/>
          <w:sz w:val="24"/>
        </w:rPr>
        <w:t xml:space="preserve"> - Monthly </w:t>
      </w:r>
      <w:r>
        <w:rPr>
          <w:rFonts w:ascii="Times New Roman" w:hAnsi="Times New Roman" w:eastAsia="Times New Roman" w:cs="Times New Roman"/>
          <w:sz w:val="24"/>
        </w:rPr>
        <w:t xml:space="preserve"> - Quarterly </w:t>
      </w:r>
      <w:r>
        <w:rPr>
          <w:rFonts w:ascii="Times New Roman" w:hAnsi="Times New Roman" w:eastAsia="Times New Roman" w:cs="Times New Roman"/>
          <w:sz w:val="24"/>
        </w:rPr>
        <w:t xml:space="preserve"> - Yearly basis.</w:t>
      </w:r>
    </w:p>
    <w:p>
      <w:pPr/>
    </w:p>
    <w:p>
      <w:pPr/>
      <w:r>
        <w:rPr>
          <w:rFonts w:ascii="Times New Roman" w:hAnsi="Times New Roman" w:eastAsia="Times New Roman" w:cs="Times New Roman"/>
          <w:b/>
          <w:sz w:val="24"/>
        </w:rPr>
        <w:t>V. Start Date</w:t>
      </w:r>
      <w:r>
        <w:rPr>
          <w:rFonts w:ascii="Times New Roman" w:hAnsi="Times New Roman" w:eastAsia="Times New Roman" w:cs="Times New Roman"/>
          <w:sz w:val="24"/>
        </w:rPr>
        <w:t xml:space="preserve">. It is the intention of the Company to have the Candidate begin employment no later than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VI. Responsibilities</w:t>
      </w:r>
      <w:r>
        <w:rPr>
          <w:rFonts w:ascii="Times New Roman" w:hAnsi="Times New Roman" w:eastAsia="Times New Roman" w:cs="Times New Roman"/>
          <w:sz w:val="24"/>
        </w:rPr>
        <w:t xml:space="preserve">. The responsibilities of the Candidate shall be to: </w:t>
      </w:r>
      <w:r>
        <w:rPr>
          <w:rFonts w:ascii="Times New Roman" w:hAnsi="Times New Roman" w:eastAsia="Times New Roman" w:cs="Times New Roman"/>
          <w:sz w:val="24"/>
        </w:rPr>
        <w:t>[LIST RESPONSIBILITIES]</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VII. Time Off</w:t>
      </w:r>
      <w:r>
        <w:rPr>
          <w:rFonts w:ascii="Times New Roman" w:hAnsi="Times New Roman" w:eastAsia="Times New Roman" w:cs="Times New Roman"/>
          <w:sz w:val="24"/>
        </w:rPr>
        <w:t xml:space="preserve">. The Candidate will have the option of taking a maximum of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days off per year. The days’ off shall be (check one) </w:t>
      </w:r>
      <w:r>
        <w:rPr>
          <w:rFonts w:ascii="Times New Roman" w:hAnsi="Times New Roman" w:eastAsia="Times New Roman" w:cs="Times New Roman"/>
          <w:sz w:val="24"/>
        </w:rPr>
        <w:t xml:space="preserve"> - Not Paid </w:t>
      </w:r>
      <w:r>
        <w:rPr>
          <w:rFonts w:ascii="Times New Roman" w:hAnsi="Times New Roman" w:eastAsia="Times New Roman" w:cs="Times New Roman"/>
          <w:sz w:val="24"/>
        </w:rPr>
        <w:t xml:space="preserve"> - Paid.</w:t>
      </w:r>
    </w:p>
    <w:p>
      <w:pPr/>
    </w:p>
    <w:p>
      <w:pPr/>
      <w:r>
        <w:rPr>
          <w:rFonts w:ascii="Times New Roman" w:hAnsi="Times New Roman" w:eastAsia="Times New Roman" w:cs="Times New Roman"/>
          <w:b/>
          <w:sz w:val="24"/>
        </w:rPr>
        <w:t>VIII. Probation Period</w:t>
      </w:r>
      <w:r>
        <w:rPr>
          <w:rFonts w:ascii="Times New Roman" w:hAnsi="Times New Roman" w:eastAsia="Times New Roman" w:cs="Times New Roman"/>
          <w:sz w:val="24"/>
        </w:rPr>
        <w:t xml:space="preserve">. It is understood between the parties that the Candidate may be terminated within the first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days of employment. The Company, in its absolute discretion, may terminate the Candidate’s employment, for any reason without notice or cause.</w:t>
      </w:r>
    </w:p>
    <w:p>
      <w:pPr/>
    </w:p>
    <w:p>
      <w:pPr/>
      <w:r>
        <w:rPr>
          <w:rFonts w:ascii="Times New Roman" w:hAnsi="Times New Roman" w:eastAsia="Times New Roman" w:cs="Times New Roman"/>
          <w:b/>
          <w:sz w:val="24"/>
        </w:rPr>
        <w:t>IX. Termination</w:t>
      </w:r>
      <w:r>
        <w:rPr>
          <w:rFonts w:ascii="Times New Roman" w:hAnsi="Times New Roman" w:eastAsia="Times New Roman" w:cs="Times New Roman"/>
          <w:sz w:val="24"/>
        </w:rPr>
        <w:t xml:space="preserve">. The Candidate may, at any time, terminate their employment any employment agreement by giving no less than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days’ notice to the Company. </w:t>
      </w:r>
    </w:p>
    <w:p>
      <w:pPr/>
    </w:p>
    <w:p>
      <w:pPr/>
      <w:r>
        <w:rPr>
          <w:rFonts w:ascii="Times New Roman" w:hAnsi="Times New Roman" w:eastAsia="Times New Roman" w:cs="Times New Roman"/>
          <w:sz w:val="24"/>
        </w:rPr>
        <w:t xml:space="preserve">In addition, the Company may terminate the Candidate’s employment at any time and for any reason by providing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days’ notice. The Company’s termination may be at any time with the requirement to show sufficient cause pursuant to the Employment Standards Act of 2000. </w:t>
      </w:r>
    </w:p>
    <w:p>
      <w:pPr/>
    </w:p>
    <w:p>
      <w:pPr/>
      <w:r>
        <w:rPr>
          <w:rFonts w:ascii="Times New Roman" w:hAnsi="Times New Roman" w:eastAsia="Times New Roman" w:cs="Times New Roman"/>
          <w:b/>
          <w:sz w:val="24"/>
        </w:rPr>
        <w:t>X. Non-Compete</w:t>
      </w:r>
      <w:r>
        <w:rPr>
          <w:rFonts w:ascii="Times New Roman" w:hAnsi="Times New Roman" w:eastAsia="Times New Roman" w:cs="Times New Roman"/>
          <w:sz w:val="24"/>
        </w:rPr>
        <w:t xml:space="preserve">. It is understood that if the Candidate’s employment is terminated he or she will not be able to hire employees of the Company. It is further acknowledged that any termination shall prohibit the Candidate from communicating with any clients, customers, affiliates, or any other individuals in connection with the Company for a period of </w:t>
      </w:r>
      <w:r>
        <w:rPr>
          <w:rFonts w:ascii="Times New Roman" w:hAnsi="Times New Roman" w:eastAsia="Times New Roman" w:cs="Times New Roman"/>
          <w:sz w:val="24"/>
        </w:rPr>
        <w:t>[TIME PERIOD]</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XI. Binding Effect</w:t>
      </w:r>
      <w:r>
        <w:rPr>
          <w:rFonts w:ascii="Times New Roman" w:hAnsi="Times New Roman" w:eastAsia="Times New Roman" w:cs="Times New Roman"/>
          <w:sz w:val="24"/>
        </w:rPr>
        <w:t xml:space="preserve">. This letter shall be considered (check one) </w:t>
      </w:r>
      <w:r>
        <w:rPr>
          <w:rFonts w:ascii="Times New Roman" w:hAnsi="Times New Roman" w:eastAsia="Times New Roman" w:cs="Times New Roman"/>
          <w:sz w:val="24"/>
        </w:rPr>
        <w:t xml:space="preserve"> - Non-Binding </w:t>
      </w:r>
      <w:r>
        <w:rPr>
          <w:rFonts w:ascii="Times New Roman" w:hAnsi="Times New Roman" w:eastAsia="Times New Roman" w:cs="Times New Roman"/>
          <w:sz w:val="24"/>
        </w:rPr>
        <w:t xml:space="preserve"> - *Binding. </w:t>
      </w:r>
    </w:p>
    <w:p>
      <w:pPr/>
    </w:p>
    <w:p>
      <w:pPr/>
      <w:r>
        <w:rPr>
          <w:rFonts w:ascii="Times New Roman" w:hAnsi="Times New Roman" w:eastAsia="Times New Roman" w:cs="Times New Roman"/>
          <w:sz w:val="24"/>
        </w:rPr>
        <w:t xml:space="preserve">*If Binding, this letter shall be governed under the laws in the State of </w:t>
      </w:r>
      <w:r>
        <w:rPr>
          <w:rFonts w:ascii="Times New Roman" w:hAnsi="Times New Roman" w:eastAsia="Times New Roman" w:cs="Times New Roman"/>
          <w:sz w:val="24"/>
        </w:rPr>
        <w:t>[STATE]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XII. Additional Terms &amp;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 &amp; CONDITIONS]</w:t>
      </w:r>
    </w:p>
    <w:p>
      <w:pPr/>
    </w:p>
    <w:p>
      <w:pPr/>
    </w:p>
    <w:p>
      <w:pPr/>
      <w:r>
        <w:rPr>
          <w:rFonts w:ascii="Times New Roman" w:hAnsi="Times New Roman" w:eastAsia="Times New Roman" w:cs="Times New Roman"/>
          <w:b/>
          <w:sz w:val="24"/>
        </w:rPr>
        <w:t>Company</w:t>
      </w:r>
    </w:p>
    <w:p>
      <w:pPr/>
    </w:p>
    <w:p>
      <w:pPr/>
      <w:r>
        <w:rPr>
          <w:rFonts w:ascii="Times New Roman" w:hAnsi="Times New Roman" w:eastAsia="Times New Roman" w:cs="Times New Roman"/>
          <w:sz w:val="24"/>
        </w:rPr>
        <w:t xml:space="preserve">Principal’s Signature </w:t>
      </w:r>
      <w:r>
        <w:rPr>
          <w:rFonts w:ascii="Times New Roman" w:hAnsi="Times New Roman" w:eastAsia="Times New Roman" w:cs="Times New Roman"/>
          <w:sz w:val="24"/>
        </w:rPr>
        <w:t>______________________</w:t>
      </w:r>
      <w:r>
        <w:rPr>
          <w:rFonts w:ascii="Times New Roman" w:hAnsi="Times New Roman" w:eastAsia="Times New Roman" w:cs="Times New Roman"/>
          <w:sz w:val="24"/>
        </w:rPr>
        <w:t xml:space="preserve"> Date ______________________</w:t>
      </w:r>
    </w:p>
    <w:p>
      <w:pPr/>
    </w:p>
    <w:p>
      <w:pPr/>
      <w:r>
        <w:rPr>
          <w:rFonts w:ascii="Times New Roman" w:hAnsi="Times New Roman" w:eastAsia="Times New Roman" w:cs="Times New Roman"/>
          <w:sz w:val="24"/>
        </w:rPr>
        <w:t>Printed Name ______________________</w:t>
      </w:r>
    </w:p>
    <w:p>
      <w:pPr/>
    </w:p>
    <w:p>
      <w:pPr/>
    </w:p>
    <w:p>
      <w:pPr/>
      <w:r>
        <w:rPr>
          <w:rFonts w:ascii="Times New Roman" w:hAnsi="Times New Roman" w:eastAsia="Times New Roman" w:cs="Times New Roman"/>
          <w:b/>
          <w:sz w:val="24"/>
        </w:rPr>
        <w:t>Candidate</w:t>
      </w:r>
    </w:p>
    <w:p>
      <w:pPr/>
    </w:p>
    <w:p>
      <w:pPr/>
      <w:r>
        <w:rPr>
          <w:rFonts w:ascii="Times New Roman" w:hAnsi="Times New Roman" w:eastAsia="Times New Roman" w:cs="Times New Roman"/>
          <w:sz w:val="24"/>
        </w:rPr>
        <w:t xml:space="preserve">Candidate’s Signature </w:t>
      </w:r>
      <w:r>
        <w:rPr>
          <w:rFonts w:ascii="Times New Roman" w:hAnsi="Times New Roman" w:eastAsia="Times New Roman" w:cs="Times New Roman"/>
          <w:sz w:val="24"/>
        </w:rPr>
        <w:t>______________________</w:t>
      </w:r>
      <w:r>
        <w:rPr>
          <w:rFonts w:ascii="Times New Roman" w:hAnsi="Times New Roman" w:eastAsia="Times New Roman" w:cs="Times New Roman"/>
          <w:sz w:val="24"/>
        </w:rPr>
        <w:t xml:space="preserve"> Date ______________________</w:t>
      </w:r>
    </w:p>
    <w:p>
      <w:pPr/>
    </w:p>
    <w:p>
      <w:pPr/>
      <w:r>
        <w:rPr>
          <w:rFonts w:ascii="Times New Roman" w:hAnsi="Times New Roman" w:eastAsia="Times New Roman" w:cs="Times New Roman"/>
          <w:sz w:val="24"/>
        </w:rPr>
        <w:t>Printed Name 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