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LETTER OF INTENT TO MARRY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(BENEFICIARY)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[BENEFICIARY'S NAME]</w:t>
      </w:r>
    </w:p>
    <w:p>
      <w:pPr/>
      <w:r>
        <w:rPr>
          <w:rFonts w:ascii="Times New Roman" w:hAnsi="Times New Roman" w:eastAsia="Times New Roman" w:cs="Times New Roman"/>
          <w:sz w:val="24"/>
        </w:rPr>
        <w:t>[STREET ADDRESS]</w:t>
      </w:r>
    </w:p>
    <w:p>
      <w:pPr/>
      <w:r>
        <w:rPr>
          <w:rFonts w:ascii="Times New Roman" w:hAnsi="Times New Roman" w:eastAsia="Times New Roman" w:cs="Times New Roman"/>
          <w:sz w:val="24"/>
        </w:rPr>
        <w:t>[CITY, STATE]</w:t>
      </w:r>
    </w:p>
    <w:p>
      <w:pPr/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USCIS</w:t>
      </w:r>
    </w:p>
    <w:p>
      <w:pPr/>
      <w:r>
        <w:rPr>
          <w:rFonts w:ascii="Times New Roman" w:hAnsi="Times New Roman" w:eastAsia="Times New Roman" w:cs="Times New Roman"/>
          <w:sz w:val="24"/>
        </w:rPr>
        <w:t>[USCIS STREET ADDRESS]</w:t>
      </w:r>
    </w:p>
    <w:p>
      <w:pPr/>
      <w:r>
        <w:rPr>
          <w:rFonts w:ascii="Times New Roman" w:hAnsi="Times New Roman" w:eastAsia="Times New Roman" w:cs="Times New Roman"/>
          <w:sz w:val="24"/>
        </w:rPr>
        <w:t>[CITY, STATE]</w:t>
      </w:r>
    </w:p>
    <w:p>
      <w:pPr/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RE: I-129F, Petition for Alien Fiancé</w:t>
      </w:r>
    </w:p>
    <w:p>
      <w:pPr/>
      <w:r>
        <w:rPr>
          <w:rFonts w:ascii="Times New Roman" w:hAnsi="Times New Roman" w:eastAsia="Times New Roman" w:cs="Times New Roman"/>
          <w:sz w:val="24"/>
        </w:rPr>
        <w:br/>
        <w:t xml:space="preserve">Petitioner: </w:t>
      </w:r>
      <w:r>
        <w:rPr>
          <w:rFonts w:ascii="Times New Roman" w:hAnsi="Times New Roman" w:eastAsia="Times New Roman" w:cs="Times New Roman"/>
          <w:sz w:val="24"/>
        </w:rPr>
        <w:t>[PETITIONER'S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Beneficiary: </w:t>
      </w:r>
      <w:r>
        <w:rPr>
          <w:rFonts w:ascii="Times New Roman" w:hAnsi="Times New Roman" w:eastAsia="Times New Roman" w:cs="Times New Roman"/>
          <w:sz w:val="24"/>
        </w:rPr>
        <w:t>[BENEFICIARY'S NAME]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To Whom It May Concern,</w:t>
      </w:r>
    </w:p>
    <w:p>
      <w:pPr/>
      <w:r>
        <w:rPr>
          <w:rFonts w:ascii="Times New Roman" w:hAnsi="Times New Roman" w:eastAsia="Times New Roman" w:cs="Times New Roman"/>
          <w:sz w:val="24"/>
        </w:rPr>
        <w:br/>
        <w:t xml:space="preserve">I, </w:t>
      </w:r>
      <w:r>
        <w:rPr>
          <w:rFonts w:ascii="Times New Roman" w:hAnsi="Times New Roman" w:eastAsia="Times New Roman" w:cs="Times New Roman"/>
          <w:sz w:val="24"/>
        </w:rPr>
        <w:t>[BENEFICIARY'S NAME]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am the fiancé and beneficiary of </w:t>
      </w:r>
      <w:r>
        <w:rPr>
          <w:rFonts w:ascii="Times New Roman" w:hAnsi="Times New Roman" w:eastAsia="Times New Roman" w:cs="Times New Roman"/>
          <w:sz w:val="24"/>
        </w:rPr>
        <w:t>[PETITIONER'S NAME]</w:t>
      </w:r>
      <w:r>
        <w:rPr>
          <w:rFonts w:ascii="Times New Roman" w:hAnsi="Times New Roman" w:eastAsia="Times New Roman" w:cs="Times New Roman"/>
          <w:sz w:val="24"/>
        </w:rPr>
        <w:t xml:space="preserve">, who is a U.S citizen, as well as my petitioner for the I-129F. I hereby state that I am legally able and willing to marry </w:t>
      </w:r>
      <w:r>
        <w:rPr>
          <w:rFonts w:ascii="Times New Roman" w:hAnsi="Times New Roman" w:eastAsia="Times New Roman" w:cs="Times New Roman"/>
          <w:sz w:val="24"/>
        </w:rPr>
        <w:t>[PETITIONER'S NAME]</w:t>
      </w:r>
      <w:r>
        <w:rPr>
          <w:rFonts w:ascii="Times New Roman" w:hAnsi="Times New Roman" w:eastAsia="Times New Roman" w:cs="Times New Roman"/>
          <w:sz w:val="24"/>
        </w:rPr>
        <w:t xml:space="preserve"> within 90 days after my arrival in the United States using the K-1 Fiancé Visa.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Thank you for your consideration in this matter. If you have any questions, please feel free to contact me. 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Beneficiary’s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</w:p>
    <w:p>
      <w:pPr/>
    </w:p>
    <w:p>
      <w:pPr/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LETTER OF INTENT TO MARRY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(PETITIONER)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[PETITIONER'S NAME]</w:t>
      </w:r>
    </w:p>
    <w:p>
      <w:pPr/>
      <w:r>
        <w:rPr>
          <w:rFonts w:ascii="Times New Roman" w:hAnsi="Times New Roman" w:eastAsia="Times New Roman" w:cs="Times New Roman"/>
          <w:sz w:val="24"/>
        </w:rPr>
        <w:t>[STREET ADDRESS]</w:t>
      </w:r>
    </w:p>
    <w:p>
      <w:pPr/>
      <w:r>
        <w:rPr>
          <w:rFonts w:ascii="Times New Roman" w:hAnsi="Times New Roman" w:eastAsia="Times New Roman" w:cs="Times New Roman"/>
          <w:sz w:val="24"/>
        </w:rPr>
        <w:t>[CITY, STATE]</w:t>
      </w:r>
    </w:p>
    <w:p>
      <w:pPr/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USCIS</w:t>
      </w:r>
    </w:p>
    <w:p>
      <w:pPr/>
      <w:r>
        <w:rPr>
          <w:rFonts w:ascii="Times New Roman" w:hAnsi="Times New Roman" w:eastAsia="Times New Roman" w:cs="Times New Roman"/>
          <w:sz w:val="24"/>
        </w:rPr>
        <w:t>[USCIS STREET ADDRESS]</w:t>
      </w:r>
    </w:p>
    <w:p>
      <w:pPr/>
      <w:r>
        <w:rPr>
          <w:rFonts w:ascii="Times New Roman" w:hAnsi="Times New Roman" w:eastAsia="Times New Roman" w:cs="Times New Roman"/>
          <w:sz w:val="24"/>
        </w:rPr>
        <w:t>[CITY, STATE]</w:t>
      </w:r>
    </w:p>
    <w:p>
      <w:pPr/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RE: I-129F, Petition for Alien Fiancé</w:t>
      </w:r>
    </w:p>
    <w:p>
      <w:pPr/>
      <w:r>
        <w:rPr>
          <w:rFonts w:ascii="Times New Roman" w:hAnsi="Times New Roman" w:eastAsia="Times New Roman" w:cs="Times New Roman"/>
          <w:sz w:val="24"/>
        </w:rPr>
        <w:br/>
        <w:t xml:space="preserve">Petitioner: </w:t>
      </w:r>
      <w:r>
        <w:rPr>
          <w:rFonts w:ascii="Times New Roman" w:hAnsi="Times New Roman" w:eastAsia="Times New Roman" w:cs="Times New Roman"/>
          <w:sz w:val="24"/>
        </w:rPr>
        <w:t>[PETITIONER'S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Beneficiary: </w:t>
      </w:r>
      <w:r>
        <w:rPr>
          <w:rFonts w:ascii="Times New Roman" w:hAnsi="Times New Roman" w:eastAsia="Times New Roman" w:cs="Times New Roman"/>
          <w:sz w:val="24"/>
        </w:rPr>
        <w:t>[BENEFICIARY'S NAME]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To Whom It May Concern,</w:t>
        <w:br/>
        <w:br/>
        <w:t xml:space="preserve">I, </w:t>
      </w:r>
      <w:r>
        <w:rPr>
          <w:rFonts w:ascii="Times New Roman" w:hAnsi="Times New Roman" w:eastAsia="Times New Roman" w:cs="Times New Roman"/>
          <w:sz w:val="24"/>
        </w:rPr>
        <w:t>[PETITIONER'S NAME]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am the fiancé and petitioner for the I-129F of </w:t>
      </w:r>
      <w:r>
        <w:rPr>
          <w:rFonts w:ascii="Times New Roman" w:hAnsi="Times New Roman" w:eastAsia="Times New Roman" w:cs="Times New Roman"/>
          <w:sz w:val="24"/>
        </w:rPr>
        <w:t>[BENEFICIARY'S NAME]</w:t>
      </w:r>
      <w:r>
        <w:rPr>
          <w:rFonts w:ascii="Times New Roman" w:hAnsi="Times New Roman" w:eastAsia="Times New Roman" w:cs="Times New Roman"/>
          <w:sz w:val="24"/>
        </w:rPr>
        <w:t xml:space="preserve">. I hereby state that I am legally able and willing to marry </w:t>
      </w:r>
      <w:r>
        <w:rPr>
          <w:rFonts w:ascii="Times New Roman" w:hAnsi="Times New Roman" w:eastAsia="Times New Roman" w:cs="Times New Roman"/>
          <w:sz w:val="24"/>
        </w:rPr>
        <w:t>[BENEFICIARY'S NAME]</w:t>
      </w:r>
      <w:r>
        <w:rPr>
          <w:rFonts w:ascii="Times New Roman" w:hAnsi="Times New Roman" w:eastAsia="Times New Roman" w:cs="Times New Roman"/>
          <w:sz w:val="24"/>
        </w:rPr>
        <w:t xml:space="preserve"> within 90 days after their arrival in the United States using the K-1 Fiancé Visa.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Thank you for your consideration in this matter. If you have any questions, please feel free to contact me. 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Petitioner’s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