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76" w:lineRule="auto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LETTER OF INTENT TO TRANSFER</w:t>
      </w:r>
    </w:p>
    <w:p>
      <w:pPr>
        <w:spacing w:line="276" w:lineRule="auto"/>
        <w:jc w:val="center"/>
      </w:pPr>
      <w:r>
        <w:rPr>
          <w:rFonts w:ascii="Times New Roman" w:hAnsi="Times New Roman" w:eastAsia="Times New Roman" w:cs="Times New Roman"/>
          <w:sz w:val="24"/>
        </w:rPr>
        <w:t>(DEPARTMENT)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[EMPLOYEE NAME]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[EMPLOYEE ADDRESS]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[EMPLOYEE CITY, STATE, ZIP CODE]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[EMPLOYER NAME]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[EMPLOYER ADDRESS]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[EMPLOYER CITY, STATE, ZIP CODE]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[EMPLOYER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I, </w:t>
      </w:r>
      <w:r>
        <w:rPr>
          <w:rFonts w:ascii="Times New Roman" w:hAnsi="Times New Roman" w:eastAsia="Times New Roman" w:cs="Times New Roman"/>
          <w:sz w:val="24"/>
        </w:rPr>
        <w:t>[EMPLOYEE NAME]</w:t>
      </w:r>
      <w:r>
        <w:rPr>
          <w:rFonts w:ascii="Times New Roman" w:hAnsi="Times New Roman" w:eastAsia="Times New Roman" w:cs="Times New Roman"/>
          <w:sz w:val="24"/>
        </w:rPr>
        <w:t xml:space="preserve">, am formally requesting that I be transferred from my position as </w:t>
      </w:r>
      <w:r>
        <w:rPr>
          <w:rFonts w:ascii="Times New Roman" w:hAnsi="Times New Roman" w:eastAsia="Times New Roman" w:cs="Times New Roman"/>
          <w:sz w:val="24"/>
        </w:rPr>
        <w:t>[CURRENT POSITION]</w:t>
      </w:r>
      <w:r>
        <w:rPr>
          <w:rFonts w:ascii="Times New Roman" w:hAnsi="Times New Roman" w:eastAsia="Times New Roman" w:cs="Times New Roman"/>
          <w:sz w:val="24"/>
        </w:rPr>
        <w:t xml:space="preserve"> to the position of </w:t>
      </w:r>
      <w:r>
        <w:rPr>
          <w:rFonts w:ascii="Times New Roman" w:hAnsi="Times New Roman" w:eastAsia="Times New Roman" w:cs="Times New Roman"/>
          <w:sz w:val="24"/>
        </w:rPr>
        <w:t>[TRANSFER POSITION]</w:t>
      </w:r>
      <w:r>
        <w:rPr>
          <w:rFonts w:ascii="Times New Roman" w:hAnsi="Times New Roman" w:eastAsia="Times New Roman" w:cs="Times New Roman"/>
          <w:sz w:val="24"/>
        </w:rPr>
        <w:t xml:space="preserve">. My request for a transfer within department is due to  </w:t>
      </w:r>
      <w:r>
        <w:rPr>
          <w:rFonts w:ascii="Times New Roman" w:hAnsi="Times New Roman" w:eastAsia="Times New Roman" w:cs="Times New Roman"/>
          <w:sz w:val="24"/>
        </w:rPr>
        <w:t>[EXPLANATION]</w:t>
      </w:r>
      <w:r>
        <w:rPr>
          <w:rFonts w:ascii="Times New Roman" w:hAnsi="Times New Roman" w:eastAsia="Times New Roman" w:cs="Times New Roman"/>
          <w:sz w:val="24"/>
        </w:rPr>
        <w:t xml:space="preserve">. I have worked at my position for </w:t>
      </w:r>
      <w:r>
        <w:rPr>
          <w:rFonts w:ascii="Times New Roman" w:hAnsi="Times New Roman" w:eastAsia="Times New Roman" w:cs="Times New Roman"/>
          <w:sz w:val="24"/>
        </w:rPr>
        <w:t>[TIME PERIOD]</w:t>
      </w:r>
      <w:r>
        <w:rPr>
          <w:rFonts w:ascii="Times New Roman" w:hAnsi="Times New Roman" w:eastAsia="Times New Roman" w:cs="Times New Roman"/>
          <w:sz w:val="24"/>
        </w:rPr>
        <w:t xml:space="preserve"> and I have been able to benefit the company during my employment by </w:t>
      </w:r>
      <w:r>
        <w:rPr>
          <w:rFonts w:ascii="Times New Roman" w:hAnsi="Times New Roman" w:eastAsia="Times New Roman" w:cs="Times New Roman"/>
          <w:sz w:val="24"/>
        </w:rPr>
        <w:t>[LIST SUCCESSES]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My time spent working with the organization has been extremely rewarding, and I am truly appreciative of the experience I have gained thus far. I believe that a transfer would benefit the company greatly as the new position is well-suited to my current skill set and would enable me to continue to develop as an employee. 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I thank you for your consideration and look forward to continuing my growth with this company. Please do not hesitate to contact me should you require more information.</w:t>
      </w:r>
    </w:p>
    <w:p>
      <w:pPr>
        <w:spacing w:line="276" w:lineRule="auto"/>
      </w:pPr>
    </w:p>
    <w:p>
      <w:pPr>
        <w:spacing w:before="0" w:after="120" w:line="276" w:lineRule="auto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[Signature]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[Print Name]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[Email]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[Phone]</w:t>
      </w:r>
    </w:p>
    <w:p>
      <w:pPr>
        <w:spacing w:line="276" w:lineRule="auto"/>
        <w:jc w:val="center"/>
      </w:pPr>
    </w:p>
    <w:p>
      <w:pPr>
        <w:spacing w:line="276" w:lineRule="auto"/>
        <w:jc w:val="center"/>
      </w:pPr>
    </w:p>
    <w:p>
      <w:pPr>
        <w:spacing w:line="276" w:lineRule="auto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LETTER OF INTENT TO TRANSFER</w:t>
      </w:r>
    </w:p>
    <w:p>
      <w:pPr>
        <w:spacing w:line="276" w:lineRule="auto"/>
        <w:jc w:val="center"/>
      </w:pPr>
      <w:r>
        <w:rPr>
          <w:rFonts w:ascii="Times New Roman" w:hAnsi="Times New Roman" w:eastAsia="Times New Roman" w:cs="Times New Roman"/>
          <w:sz w:val="24"/>
        </w:rPr>
        <w:t>(RELOCATION)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[EMPLOYEE NAME]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[EMPLOYEE ADDRESS]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[EMPLOYEE CITY, STATE, ZIP CODE]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[EMPLOYER NAME]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[EMPLOYER ADDRESS]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[EMPLOYER CITY, STATE, ZIP CODE]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[EMPLOYER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I, </w:t>
      </w:r>
      <w:r>
        <w:rPr>
          <w:rFonts w:ascii="Times New Roman" w:hAnsi="Times New Roman" w:eastAsia="Times New Roman" w:cs="Times New Roman"/>
          <w:sz w:val="24"/>
        </w:rPr>
        <w:t>[EMPLOYEE NAME]</w:t>
      </w:r>
      <w:r>
        <w:rPr>
          <w:rFonts w:ascii="Times New Roman" w:hAnsi="Times New Roman" w:eastAsia="Times New Roman" w:cs="Times New Roman"/>
          <w:sz w:val="24"/>
        </w:rPr>
        <w:t xml:space="preserve">, am formally requesting that I be transferred from my position as </w:t>
      </w:r>
      <w:r>
        <w:rPr>
          <w:rFonts w:ascii="Times New Roman" w:hAnsi="Times New Roman" w:eastAsia="Times New Roman" w:cs="Times New Roman"/>
          <w:sz w:val="24"/>
        </w:rPr>
        <w:t>[CURRENT POSITION]</w:t>
      </w:r>
      <w:r>
        <w:rPr>
          <w:rFonts w:ascii="Times New Roman" w:hAnsi="Times New Roman" w:eastAsia="Times New Roman" w:cs="Times New Roman"/>
          <w:sz w:val="24"/>
        </w:rPr>
        <w:t xml:space="preserve"> at </w:t>
      </w:r>
      <w:r>
        <w:rPr>
          <w:rFonts w:ascii="Times New Roman" w:hAnsi="Times New Roman" w:eastAsia="Times New Roman" w:cs="Times New Roman"/>
          <w:sz w:val="24"/>
        </w:rPr>
        <w:t>[CURRENT LOCATION]</w:t>
      </w:r>
      <w:r>
        <w:rPr>
          <w:rFonts w:ascii="Times New Roman" w:hAnsi="Times New Roman" w:eastAsia="Times New Roman" w:cs="Times New Roman"/>
          <w:sz w:val="24"/>
        </w:rPr>
        <w:t xml:space="preserve"> to the position of </w:t>
      </w:r>
      <w:r>
        <w:rPr>
          <w:rFonts w:ascii="Times New Roman" w:hAnsi="Times New Roman" w:eastAsia="Times New Roman" w:cs="Times New Roman"/>
          <w:sz w:val="24"/>
        </w:rPr>
        <w:t>[TRANSFER POSITION]</w:t>
      </w:r>
      <w:r>
        <w:rPr>
          <w:rFonts w:ascii="Times New Roman" w:hAnsi="Times New Roman" w:eastAsia="Times New Roman" w:cs="Times New Roman"/>
          <w:sz w:val="24"/>
        </w:rPr>
        <w:t xml:space="preserve"> at </w:t>
      </w:r>
      <w:r>
        <w:rPr>
          <w:rFonts w:ascii="Times New Roman" w:hAnsi="Times New Roman" w:eastAsia="Times New Roman" w:cs="Times New Roman"/>
          <w:sz w:val="24"/>
        </w:rPr>
        <w:t>[TRANSFER LOCATION]</w:t>
      </w:r>
      <w:r>
        <w:rPr>
          <w:rFonts w:ascii="Times New Roman" w:hAnsi="Times New Roman" w:eastAsia="Times New Roman" w:cs="Times New Roman"/>
          <w:sz w:val="24"/>
        </w:rPr>
        <w:t xml:space="preserve"> in </w:t>
      </w:r>
      <w:r>
        <w:rPr>
          <w:rFonts w:ascii="Times New Roman" w:hAnsi="Times New Roman" w:eastAsia="Times New Roman" w:cs="Times New Roman"/>
          <w:sz w:val="24"/>
        </w:rPr>
        <w:t>[CITY, STATE]</w:t>
      </w:r>
      <w:r>
        <w:rPr>
          <w:rFonts w:ascii="Times New Roman" w:hAnsi="Times New Roman" w:eastAsia="Times New Roman" w:cs="Times New Roman"/>
          <w:sz w:val="24"/>
        </w:rPr>
        <w:t xml:space="preserve">. I am requesting that I be relocated because </w:t>
      </w:r>
      <w:r>
        <w:rPr>
          <w:rFonts w:ascii="Times New Roman" w:hAnsi="Times New Roman" w:eastAsia="Times New Roman" w:cs="Times New Roman"/>
          <w:sz w:val="24"/>
        </w:rPr>
        <w:t>[REASONS]</w:t>
      </w:r>
      <w:r>
        <w:rPr>
          <w:rFonts w:ascii="Times New Roman" w:hAnsi="Times New Roman" w:eastAsia="Times New Roman" w:cs="Times New Roman"/>
          <w:sz w:val="24"/>
        </w:rPr>
        <w:t xml:space="preserve">. I have worked at my position for </w:t>
      </w:r>
      <w:r>
        <w:rPr>
          <w:rFonts w:ascii="Times New Roman" w:hAnsi="Times New Roman" w:eastAsia="Times New Roman" w:cs="Times New Roman"/>
          <w:sz w:val="24"/>
        </w:rPr>
        <w:t>[TIME PERIOD]</w:t>
      </w:r>
      <w:r>
        <w:rPr>
          <w:rFonts w:ascii="Times New Roman" w:hAnsi="Times New Roman" w:eastAsia="Times New Roman" w:cs="Times New Roman"/>
          <w:sz w:val="24"/>
        </w:rPr>
        <w:t xml:space="preserve"> and, during this time, I believe I’ve been of considerable benefit to the organization.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My time spent working with the company has been extremely rewarding, and I am truly appreciative of the experience I have gained thus far. I look forward to the opportunity to apply my skill set and be of service to the staff at the new location.  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I thank you for your consideration and look forward to continuing my growth with this company. Please do not hesitate to contact me should you require more information.</w:t>
      </w:r>
    </w:p>
    <w:p>
      <w:pPr>
        <w:spacing w:line="276" w:lineRule="auto"/>
      </w:pPr>
    </w:p>
    <w:p>
      <w:pPr>
        <w:spacing w:before="0" w:after="120" w:line="276" w:lineRule="auto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[Signature]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[Print Name]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[Email]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[Phone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