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LETTER OF INTENT</w:t>
      </w:r>
    </w:p>
    <w:p>
      <w:pPr>
        <w:jc w:val="center"/>
      </w:pPr>
      <w:r>
        <w:rPr>
          <w:rFonts w:ascii="Times New Roman" w:hAnsi="Times New Roman" w:eastAsia="Times New Roman" w:cs="Times New Roman"/>
          <w:sz w:val="24"/>
        </w:rPr>
        <w:t>(TRANSACTION)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[SENDER NAME]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  <w:r>
        <w:rPr>
          <w:rFonts w:ascii="Times New Roman" w:hAnsi="Times New Roman" w:eastAsia="Times New Roman" w:cs="Times New Roman"/>
          <w:sz w:val="24"/>
        </w:rPr>
        <w:t>[SENDER ADDRESS]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  <w:r>
        <w:rPr>
          <w:rFonts w:ascii="Times New Roman" w:hAnsi="Times New Roman" w:eastAsia="Times New Roman" w:cs="Times New Roman"/>
          <w:sz w:val="24"/>
        </w:rPr>
        <w:t>[SENDER CITY, STATE, ZIP CODE]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Effective Date: </w:t>
      </w:r>
      <w:r>
        <w:rPr>
          <w:rFonts w:ascii="Times New Roman" w:hAnsi="Times New Roman" w:eastAsia="Times New Roman" w:cs="Times New Roman"/>
          <w:sz w:val="24"/>
        </w:rPr>
        <w:t>[DATE]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[RECIPIENT NAME]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  <w:r>
        <w:rPr>
          <w:rFonts w:ascii="Times New Roman" w:hAnsi="Times New Roman" w:eastAsia="Times New Roman" w:cs="Times New Roman"/>
          <w:sz w:val="24"/>
        </w:rPr>
        <w:t>[RECIPIENT ADDRESS]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  <w:r>
        <w:rPr>
          <w:rFonts w:ascii="Times New Roman" w:hAnsi="Times New Roman" w:eastAsia="Times New Roman" w:cs="Times New Roman"/>
          <w:sz w:val="24"/>
        </w:rPr>
        <w:t>[RECIPIENT CITY, STATE, ZIP CODE]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 xml:space="preserve">RE: </w:t>
      </w:r>
      <w:r>
        <w:rPr>
          <w:rFonts w:ascii="Times New Roman" w:hAnsi="Times New Roman" w:eastAsia="Times New Roman" w:cs="Times New Roman"/>
          <w:sz w:val="24"/>
        </w:rPr>
        <w:t>SUBJECT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This letter of intent, (the “Letter of Intent”), represents the basic terms for an agreement that shall be considered </w:t>
      </w:r>
      <w:r>
        <w:rPr>
          <w:rFonts w:ascii="Times New Roman" w:hAnsi="Times New Roman" w:eastAsia="Times New Roman" w:cs="Times New Roman"/>
          <w:sz w:val="24"/>
        </w:rPr>
        <w:t xml:space="preserve"> binding </w:t>
      </w:r>
      <w:r>
        <w:rPr>
          <w:rFonts w:ascii="Times New Roman" w:hAnsi="Times New Roman" w:eastAsia="Times New Roman" w:cs="Times New Roman"/>
          <w:sz w:val="24"/>
        </w:rPr>
        <w:t xml:space="preserve"> non-binding. After this Letter of Intent has been made, another formal agreement may be constructed to the benefit of the Parties.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I. The Buyer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[BUYER NAME]</w:t>
      </w:r>
      <w:r>
        <w:rPr>
          <w:rFonts w:ascii="Times New Roman" w:hAnsi="Times New Roman" w:eastAsia="Times New Roman" w:cs="Times New Roman"/>
          <w:sz w:val="24"/>
        </w:rPr>
        <w:t xml:space="preserve"> (the “Buyer”) with a mailing address of </w:t>
      </w:r>
      <w:r>
        <w:rPr>
          <w:rFonts w:ascii="Times New Roman" w:hAnsi="Times New Roman" w:eastAsia="Times New Roman" w:cs="Times New Roman"/>
          <w:sz w:val="24"/>
        </w:rPr>
        <w:t>[STREET ADDRESS]</w:t>
      </w:r>
      <w:r>
        <w:rPr>
          <w:rFonts w:ascii="Times New Roman" w:hAnsi="Times New Roman" w:eastAsia="Times New Roman" w:cs="Times New Roman"/>
          <w:sz w:val="24"/>
        </w:rPr>
        <w:t xml:space="preserve">, City of </w:t>
      </w:r>
      <w:r>
        <w:rPr>
          <w:rFonts w:ascii="Times New Roman" w:hAnsi="Times New Roman" w:eastAsia="Times New Roman" w:cs="Times New Roman"/>
          <w:sz w:val="24"/>
        </w:rPr>
        <w:t>[CITY]</w:t>
      </w:r>
      <w:r>
        <w:rPr>
          <w:rFonts w:ascii="Times New Roman" w:hAnsi="Times New Roman" w:eastAsia="Times New Roman" w:cs="Times New Roman"/>
          <w:sz w:val="24"/>
        </w:rPr>
        <w:t xml:space="preserve">, State of </w:t>
      </w:r>
      <w:r>
        <w:rPr>
          <w:rFonts w:ascii="Times New Roman" w:hAnsi="Times New Roman" w:eastAsia="Times New Roman" w:cs="Times New Roman"/>
          <w:sz w:val="24"/>
        </w:rPr>
        <w:t>[STATE]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II. The Seller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[SELLER NAME]</w:t>
      </w:r>
      <w:r>
        <w:rPr>
          <w:rFonts w:ascii="Times New Roman" w:hAnsi="Times New Roman" w:eastAsia="Times New Roman" w:cs="Times New Roman"/>
          <w:sz w:val="24"/>
        </w:rPr>
        <w:t xml:space="preserve"> (the “Seller”) with a mailing address of </w:t>
      </w:r>
      <w:r>
        <w:rPr>
          <w:rFonts w:ascii="Times New Roman" w:hAnsi="Times New Roman" w:eastAsia="Times New Roman" w:cs="Times New Roman"/>
          <w:sz w:val="24"/>
        </w:rPr>
        <w:t>[SELLER ADDRESS]</w:t>
      </w:r>
      <w:r>
        <w:rPr>
          <w:rFonts w:ascii="Times New Roman" w:hAnsi="Times New Roman" w:eastAsia="Times New Roman" w:cs="Times New Roman"/>
          <w:sz w:val="24"/>
        </w:rPr>
        <w:t xml:space="preserve">, City of </w:t>
      </w:r>
      <w:r>
        <w:rPr>
          <w:rFonts w:ascii="Times New Roman" w:hAnsi="Times New Roman" w:eastAsia="Times New Roman" w:cs="Times New Roman"/>
          <w:sz w:val="24"/>
        </w:rPr>
        <w:t>[CITY]</w:t>
      </w:r>
      <w:r>
        <w:rPr>
          <w:rFonts w:ascii="Times New Roman" w:hAnsi="Times New Roman" w:eastAsia="Times New Roman" w:cs="Times New Roman"/>
          <w:sz w:val="24"/>
        </w:rPr>
        <w:t xml:space="preserve">, State of </w:t>
      </w:r>
      <w:r>
        <w:rPr>
          <w:rFonts w:ascii="Times New Roman" w:hAnsi="Times New Roman" w:eastAsia="Times New Roman" w:cs="Times New Roman"/>
          <w:sz w:val="24"/>
        </w:rPr>
        <w:t>[STATE]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III. The Transaction</w:t>
      </w:r>
      <w:r>
        <w:rPr>
          <w:rFonts w:ascii="Times New Roman" w:hAnsi="Times New Roman" w:eastAsia="Times New Roman" w:cs="Times New Roman"/>
          <w:sz w:val="24"/>
        </w:rPr>
        <w:t xml:space="preserve">: Buyer agrees to pay the Seller the amount of </w:t>
      </w:r>
      <w:r>
        <w:rPr>
          <w:rFonts w:ascii="Times New Roman" w:hAnsi="Times New Roman" w:eastAsia="Times New Roman" w:cs="Times New Roman"/>
          <w:sz w:val="24"/>
        </w:rPr>
        <w:t>[PURCHASE PRICE]</w:t>
      </w:r>
      <w:r>
        <w:rPr>
          <w:rFonts w:ascii="Times New Roman" w:hAnsi="Times New Roman" w:eastAsia="Times New Roman" w:cs="Times New Roman"/>
          <w:sz w:val="24"/>
        </w:rPr>
        <w:t xml:space="preserve"> Dollars ($</w:t>
      </w:r>
      <w:r>
        <w:rPr>
          <w:rFonts w:ascii="Times New Roman" w:hAnsi="Times New Roman" w:eastAsia="Times New Roman" w:cs="Times New Roman"/>
          <w:sz w:val="24"/>
        </w:rPr>
        <w:t>[AMOUNT IN DOLLARS]</w:t>
      </w:r>
      <w:r>
        <w:rPr>
          <w:rFonts w:ascii="Times New Roman" w:hAnsi="Times New Roman" w:eastAsia="Times New Roman" w:cs="Times New Roman"/>
          <w:sz w:val="24"/>
        </w:rPr>
        <w:t xml:space="preserve">) (“Purchase Price”) in exchange for </w:t>
      </w:r>
      <w:r>
        <w:rPr>
          <w:rFonts w:ascii="Times New Roman" w:hAnsi="Times New Roman" w:eastAsia="Times New Roman" w:cs="Times New Roman"/>
          <w:sz w:val="24"/>
        </w:rPr>
        <w:t>[GOODS/SERVICES]</w:t>
      </w:r>
      <w:r>
        <w:rPr>
          <w:rFonts w:ascii="Times New Roman" w:hAnsi="Times New Roman" w:eastAsia="Times New Roman" w:cs="Times New Roman"/>
          <w:sz w:val="24"/>
        </w:rPr>
        <w:t>. (“Goods/Services”).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IV. Payment</w:t>
      </w:r>
      <w:r>
        <w:rPr>
          <w:rFonts w:ascii="Times New Roman" w:hAnsi="Times New Roman" w:eastAsia="Times New Roman" w:cs="Times New Roman"/>
          <w:sz w:val="24"/>
        </w:rPr>
        <w:t>: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Payment shall be paid in the following manner: (check one)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At a Later Date</w:t>
      </w:r>
      <w:r>
        <w:rPr>
          <w:rFonts w:ascii="Times New Roman" w:hAnsi="Times New Roman" w:eastAsia="Times New Roman" w:cs="Times New Roman"/>
          <w:sz w:val="24"/>
        </w:rPr>
        <w:t>: The Purchase Price must be paid by: (check one)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the Date of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the Date mentioned in the formal agreement.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Signing</w:t>
      </w:r>
      <w:r>
        <w:rPr>
          <w:rFonts w:ascii="Times New Roman" w:hAnsi="Times New Roman" w:eastAsia="Times New Roman" w:cs="Times New Roman"/>
          <w:sz w:val="24"/>
        </w:rPr>
        <w:t xml:space="preserve">: The Purchase Price must be paid at the time of signing </w:t>
      </w:r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this Letter of Intent </w:t>
      </w:r>
      <w:r>
        <w:rPr>
          <w:rFonts w:ascii="Times New Roman" w:hAnsi="Times New Roman" w:eastAsia="Times New Roman" w:cs="Times New Roman"/>
          <w:sz w:val="24"/>
        </w:rPr>
        <w:t xml:space="preserve"> another formal agreement.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Other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[OTHER]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V. Deposit</w:t>
      </w:r>
      <w:r>
        <w:rPr>
          <w:rFonts w:ascii="Times New Roman" w:hAnsi="Times New Roman" w:eastAsia="Times New Roman" w:cs="Times New Roman"/>
          <w:sz w:val="24"/>
        </w:rPr>
        <w:t>: With the signing of this Letter of Intent, the Parties agree that: (check one)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Deposit is Required</w:t>
      </w:r>
      <w:r>
        <w:rPr>
          <w:rFonts w:ascii="Times New Roman" w:hAnsi="Times New Roman" w:eastAsia="Times New Roman" w:cs="Times New Roman"/>
          <w:sz w:val="24"/>
        </w:rPr>
        <w:t xml:space="preserve">: The Buyer shall remit to the Seller, together with this Letter of Intent, payment in the amount of </w:t>
      </w:r>
      <w:r>
        <w:rPr>
          <w:rFonts w:ascii="Times New Roman" w:hAnsi="Times New Roman" w:eastAsia="Times New Roman" w:cs="Times New Roman"/>
          <w:sz w:val="24"/>
        </w:rPr>
        <w:t>[DEPOSIT]</w:t>
      </w:r>
      <w:r>
        <w:rPr>
          <w:rFonts w:ascii="Times New Roman" w:hAnsi="Times New Roman" w:eastAsia="Times New Roman" w:cs="Times New Roman"/>
          <w:sz w:val="24"/>
        </w:rPr>
        <w:t xml:space="preserve"> Dollars ($</w:t>
      </w:r>
      <w:r>
        <w:rPr>
          <w:rFonts w:ascii="Times New Roman" w:hAnsi="Times New Roman" w:eastAsia="Times New Roman" w:cs="Times New Roman"/>
          <w:sz w:val="24"/>
        </w:rPr>
        <w:t>[DOLLAR AMOUNT]</w:t>
      </w:r>
      <w:r>
        <w:rPr>
          <w:rFonts w:ascii="Times New Roman" w:hAnsi="Times New Roman" w:eastAsia="Times New Roman" w:cs="Times New Roman"/>
          <w:sz w:val="24"/>
        </w:rPr>
        <w:t xml:space="preserve">) (“Deposit”). The Deposit shall be accepted by the Seller as: (check one)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Refundable under the following terms: </w:t>
      </w:r>
      <w:r>
        <w:rPr>
          <w:rFonts w:ascii="Times New Roman" w:hAnsi="Times New Roman" w:eastAsia="Times New Roman" w:cs="Times New Roman"/>
          <w:sz w:val="24"/>
        </w:rPr>
        <w:t>[TERMS]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Non-Refundable.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Deposit is NOT Required</w:t>
      </w:r>
      <w:r>
        <w:rPr>
          <w:rFonts w:ascii="Times New Roman" w:hAnsi="Times New Roman" w:eastAsia="Times New Roman" w:cs="Times New Roman"/>
          <w:sz w:val="24"/>
        </w:rPr>
        <w:t>: The Buyer shall not be required to make payment at the time of signing this Letter of Intent.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VI. Financing</w:t>
      </w:r>
      <w:r>
        <w:rPr>
          <w:rFonts w:ascii="Times New Roman" w:hAnsi="Times New Roman" w:eastAsia="Times New Roman" w:cs="Times New Roman"/>
          <w:sz w:val="24"/>
        </w:rPr>
        <w:t>: The Buyer has made it known that: (check one)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Conditional Upon Financing</w:t>
      </w:r>
      <w:r>
        <w:rPr>
          <w:rFonts w:ascii="Times New Roman" w:hAnsi="Times New Roman" w:eastAsia="Times New Roman" w:cs="Times New Roman"/>
          <w:sz w:val="24"/>
        </w:rPr>
        <w:t>: This Letter of Intent is conditional on the Buyer’s ability to obtain financing. Financing shall be under the following terms:</w:t>
      </w:r>
    </w:p>
    <w:p>
      <w:pPr/>
      <w:r>
        <w:rPr>
          <w:rFonts w:ascii="Times New Roman" w:hAnsi="Times New Roman" w:eastAsia="Times New Roman" w:cs="Times New Roman"/>
          <w:sz w:val="24"/>
        </w:rPr>
        <w:t>[TERMS]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NOT Conditional Upon Financing</w:t>
      </w:r>
      <w:r>
        <w:rPr>
          <w:rFonts w:ascii="Times New Roman" w:hAnsi="Times New Roman" w:eastAsia="Times New Roman" w:cs="Times New Roman"/>
          <w:sz w:val="24"/>
        </w:rPr>
        <w:t>: This Letter of Intent is not conditional on the Buyer’s ability to obtain financing.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VII. Currency</w:t>
      </w:r>
      <w:r>
        <w:rPr>
          <w:rFonts w:ascii="Times New Roman" w:hAnsi="Times New Roman" w:eastAsia="Times New Roman" w:cs="Times New Roman"/>
          <w:sz w:val="24"/>
        </w:rPr>
        <w:t>: All mentions of money or the usage of the "$" icon shall be known as referring to the US Dollar.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VIII. Governing Law</w:t>
      </w:r>
      <w:r>
        <w:rPr>
          <w:rFonts w:ascii="Times New Roman" w:hAnsi="Times New Roman" w:eastAsia="Times New Roman" w:cs="Times New Roman"/>
          <w:sz w:val="24"/>
        </w:rPr>
        <w:t xml:space="preserve">: This Letter of Intent shall be governed under the laws by the State of </w:t>
      </w:r>
      <w:r>
        <w:rPr>
          <w:rFonts w:ascii="Times New Roman" w:hAnsi="Times New Roman" w:eastAsia="Times New Roman" w:cs="Times New Roman"/>
          <w:sz w:val="24"/>
        </w:rPr>
        <w:t>[STATE]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SELLER</w:t>
      </w:r>
    </w:p>
    <w:p>
      <w:pPr/>
    </w:p>
    <w:p>
      <w:pPr>
        <w:jc w:val="both"/>
      </w:pPr>
      <w:r>
        <w:rPr>
          <w:rFonts w:ascii="Times New Roman" w:hAnsi="Times New Roman" w:eastAsia="Times New Roman" w:cs="Times New Roman"/>
          <w:sz w:val="24"/>
        </w:rPr>
        <w:t xml:space="preserve">Seller’s Signature </w:t>
      </w:r>
      <w:r>
        <w:rPr>
          <w:rFonts w:ascii="Times New Roman" w:hAnsi="Times New Roman" w:eastAsia="Times New Roman" w:cs="Times New Roman"/>
          <w:sz w:val="24"/>
        </w:rPr>
        <w:t>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 ______________________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Print Name ______________________ 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BUYER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Buyer’s Signature </w:t>
      </w:r>
      <w:r>
        <w:rPr>
          <w:rFonts w:ascii="Times New Roman" w:hAnsi="Times New Roman" w:eastAsia="Times New Roman" w:cs="Times New Roman"/>
          <w:sz w:val="24"/>
        </w:rPr>
        <w:t>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 ______________________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Print Name ______________________ </w:t>
      </w:r>
    </w:p>
    <w:p>
      <w:pPr/>
    </w:p>
    <w:p>
      <w:pPr/>
    </w:p>
    <w:p>
      <w:pPr/>
    </w:p>
    <w:p>
      <w:pPr>
        <w:jc w:val="center"/>
      </w:pPr>
    </w:p>
    <w:p>
      <w:pPr>
        <w:jc w:val="center"/>
      </w:pPr>
    </w:p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LETTER OF INTENT</w:t>
      </w:r>
    </w:p>
    <w:p>
      <w:pPr>
        <w:jc w:val="center"/>
      </w:pPr>
      <w:r>
        <w:rPr>
          <w:rFonts w:ascii="Times New Roman" w:hAnsi="Times New Roman" w:eastAsia="Times New Roman" w:cs="Times New Roman"/>
          <w:sz w:val="24"/>
        </w:rPr>
        <w:t>(EMPLOYMENT)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[SENDER NAME]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  <w:r>
        <w:rPr>
          <w:rFonts w:ascii="Times New Roman" w:hAnsi="Times New Roman" w:eastAsia="Times New Roman" w:cs="Times New Roman"/>
          <w:sz w:val="24"/>
        </w:rPr>
        <w:t>[SENDER ADDRESS]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  <w:r>
        <w:rPr>
          <w:rFonts w:ascii="Times New Roman" w:hAnsi="Times New Roman" w:eastAsia="Times New Roman" w:cs="Times New Roman"/>
          <w:sz w:val="24"/>
        </w:rPr>
        <w:t>[SENDER CITY, STATE, ZIP CODE]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Date: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[RECIPIENT NAME]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  <w:r>
        <w:rPr>
          <w:rFonts w:ascii="Times New Roman" w:hAnsi="Times New Roman" w:eastAsia="Times New Roman" w:cs="Times New Roman"/>
          <w:sz w:val="24"/>
        </w:rPr>
        <w:t>[RECIPIENT ADDRESS]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  <w:r>
        <w:rPr>
          <w:rFonts w:ascii="Times New Roman" w:hAnsi="Times New Roman" w:eastAsia="Times New Roman" w:cs="Times New Roman"/>
          <w:sz w:val="24"/>
        </w:rPr>
        <w:t>[RECIPIENT CITY, STATE, ZIP CODE]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 xml:space="preserve">RE: </w:t>
      </w:r>
      <w:r>
        <w:rPr>
          <w:rFonts w:ascii="Times New Roman" w:hAnsi="Times New Roman" w:eastAsia="Times New Roman" w:cs="Times New Roman"/>
          <w:sz w:val="24"/>
        </w:rPr>
        <w:t>[SUBJECT]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Dear </w:t>
      </w:r>
      <w:r>
        <w:rPr>
          <w:rFonts w:ascii="Times New Roman" w:hAnsi="Times New Roman" w:eastAsia="Times New Roman" w:cs="Times New Roman"/>
          <w:sz w:val="24"/>
        </w:rPr>
        <w:t>[RECIPIENT NAME]</w:t>
      </w:r>
      <w:r>
        <w:rPr>
          <w:rFonts w:ascii="Times New Roman" w:hAnsi="Times New Roman" w:eastAsia="Times New Roman" w:cs="Times New Roman"/>
          <w:sz w:val="24"/>
        </w:rPr>
        <w:t>,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I, </w:t>
      </w:r>
      <w:r>
        <w:rPr>
          <w:rFonts w:ascii="Times New Roman" w:hAnsi="Times New Roman" w:eastAsia="Times New Roman" w:cs="Times New Roman"/>
          <w:sz w:val="24"/>
        </w:rPr>
        <w:t>[SENDER NAME]</w:t>
      </w:r>
      <w:r>
        <w:rPr>
          <w:rFonts w:ascii="Times New Roman" w:hAnsi="Times New Roman" w:eastAsia="Times New Roman" w:cs="Times New Roman"/>
          <w:sz w:val="24"/>
        </w:rPr>
        <w:t xml:space="preserve">, am writing this Letter of Intent to request employment for the position of </w:t>
      </w:r>
      <w:r>
        <w:rPr>
          <w:rFonts w:ascii="Times New Roman" w:hAnsi="Times New Roman" w:eastAsia="Times New Roman" w:cs="Times New Roman"/>
          <w:sz w:val="24"/>
        </w:rPr>
        <w:t>[POSITION]</w:t>
      </w:r>
      <w:r>
        <w:rPr>
          <w:rFonts w:ascii="Times New Roman" w:hAnsi="Times New Roman" w:eastAsia="Times New Roman" w:cs="Times New Roman"/>
          <w:sz w:val="24"/>
        </w:rPr>
        <w:t xml:space="preserve">. 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 believe I would make a strong fit for the available position due to the following:</w:t>
      </w:r>
    </w:p>
    <w:p>
      <w:pPr/>
      <w:r>
        <w:rPr>
          <w:rFonts w:ascii="Times New Roman" w:hAnsi="Times New Roman" w:eastAsia="Times New Roman" w:cs="Times New Roman"/>
          <w:sz w:val="24"/>
        </w:rPr>
        <w:t>[EXPLAIN]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Furthermore, I am passionate about staying up to date with the current practices and duties related to the available position and have exemplified this through my experiences at: </w:t>
      </w:r>
      <w:r>
        <w:rPr>
          <w:rFonts w:ascii="Times New Roman" w:hAnsi="Times New Roman" w:eastAsia="Times New Roman" w:cs="Times New Roman"/>
          <w:sz w:val="24"/>
        </w:rPr>
        <w:t>[EXPERIENCE]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If you have any questions regarding my skillset, availability, or any other items please contact me by phone at </w:t>
      </w:r>
      <w:r>
        <w:rPr>
          <w:rFonts w:ascii="Times New Roman" w:hAnsi="Times New Roman" w:eastAsia="Times New Roman" w:cs="Times New Roman"/>
          <w:sz w:val="24"/>
        </w:rPr>
        <w:t>[PHONE NUMBER]</w:t>
      </w:r>
      <w:r>
        <w:rPr>
          <w:rFonts w:ascii="Times New Roman" w:hAnsi="Times New Roman" w:eastAsia="Times New Roman" w:cs="Times New Roman"/>
          <w:sz w:val="24"/>
        </w:rPr>
        <w:t xml:space="preserve"> or by email at </w:t>
      </w:r>
      <w:r>
        <w:rPr>
          <w:rFonts w:ascii="Times New Roman" w:hAnsi="Times New Roman" w:eastAsia="Times New Roman" w:cs="Times New Roman"/>
          <w:sz w:val="24"/>
        </w:rPr>
        <w:t>[EMAIL ADDRESS]</w:t>
      </w:r>
      <w:r>
        <w:rPr>
          <w:rFonts w:ascii="Times New Roman" w:hAnsi="Times New Roman" w:eastAsia="Times New Roman" w:cs="Times New Roman"/>
          <w:sz w:val="24"/>
        </w:rPr>
        <w:t>. I appreciate your time and consideration in reviewing this letter.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Sincerely,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Signature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Print Name</w:t>
      </w:r>
    </w:p>
    <w:p>
      <w:pPr/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