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[TO: FULL NAME]</w:t>
      </w:r>
    </w:p>
    <w:p>
      <w:pPr/>
      <w:r>
        <w:rPr>
          <w:rFonts w:ascii="Times New Roman" w:hAnsi="Times New Roman" w:eastAsia="Times New Roman" w:cs="Times New Roman"/>
          <w:sz w:val="24"/>
        </w:rPr>
        <w:t>[STREET 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STATE, ZIP]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>,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 hope you are doing well. I’m currently in the process of applying to </w:t>
      </w:r>
      <w:r>
        <w:rPr>
          <w:rFonts w:ascii="Times New Roman" w:hAnsi="Times New Roman" w:eastAsia="Times New Roman" w:cs="Times New Roman"/>
          <w:sz w:val="24"/>
        </w:rPr>
        <w:t>[NAME OF SCHOOL, JOB, OR PROGRAM]</w:t>
      </w:r>
      <w:r>
        <w:rPr>
          <w:rFonts w:ascii="Times New Roman" w:hAnsi="Times New Roman" w:eastAsia="Times New Roman" w:cs="Times New Roman"/>
          <w:sz w:val="24"/>
        </w:rPr>
        <w:t xml:space="preserve">, which I am very excited about. The application requires a letter of recommendation from a </w:t>
      </w:r>
      <w:r>
        <w:rPr>
          <w:rFonts w:ascii="Times New Roman" w:hAnsi="Times New Roman" w:eastAsia="Times New Roman" w:cs="Times New Roman"/>
          <w:sz w:val="24"/>
        </w:rPr>
        <w:t>[TITLE/POSITION]</w:t>
      </w:r>
      <w:r>
        <w:rPr>
          <w:rFonts w:ascii="Times New Roman" w:hAnsi="Times New Roman" w:eastAsia="Times New Roman" w:cs="Times New Roman"/>
          <w:sz w:val="24"/>
        </w:rPr>
        <w:t>, so I’m reaching out to you with the hope that you would be willing to write a recommendation letter on my behalf.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During my time in your </w:t>
      </w:r>
      <w:r>
        <w:rPr>
          <w:rFonts w:ascii="Times New Roman" w:hAnsi="Times New Roman" w:eastAsia="Times New Roman" w:cs="Times New Roman"/>
          <w:sz w:val="24"/>
        </w:rPr>
        <w:t>[CLASS, TEAM, SUPERVISION]</w:t>
      </w:r>
      <w:r>
        <w:rPr>
          <w:rFonts w:ascii="Times New Roman" w:hAnsi="Times New Roman" w:eastAsia="Times New Roman" w:cs="Times New Roman"/>
          <w:sz w:val="24"/>
        </w:rPr>
        <w:t xml:space="preserve"> from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to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, I was able to deepen my understanding and expertise in </w:t>
      </w:r>
      <w:r>
        <w:rPr>
          <w:rFonts w:ascii="Times New Roman" w:hAnsi="Times New Roman" w:eastAsia="Times New Roman" w:cs="Times New Roman"/>
          <w:sz w:val="24"/>
        </w:rPr>
        <w:t>[FIELD, SUBJECT, ETC]</w:t>
      </w:r>
      <w:r>
        <w:rPr>
          <w:rFonts w:ascii="Times New Roman" w:hAnsi="Times New Roman" w:eastAsia="Times New Roman" w:cs="Times New Roman"/>
          <w:sz w:val="24"/>
        </w:rPr>
        <w:t xml:space="preserve">. Some examples of how I demonstrated </w:t>
      </w:r>
      <w:r>
        <w:rPr>
          <w:rFonts w:ascii="Times New Roman" w:hAnsi="Times New Roman" w:eastAsia="Times New Roman" w:cs="Times New Roman"/>
          <w:sz w:val="24"/>
        </w:rPr>
        <w:t>[QUALITY]</w:t>
      </w:r>
      <w:r>
        <w:rPr>
          <w:rFonts w:ascii="Times New Roman" w:hAnsi="Times New Roman" w:eastAsia="Times New Roman" w:cs="Times New Roman"/>
          <w:sz w:val="24"/>
        </w:rPr>
        <w:t xml:space="preserve"> include </w:t>
      </w:r>
      <w:r>
        <w:rPr>
          <w:rFonts w:ascii="Times New Roman" w:hAnsi="Times New Roman" w:eastAsia="Times New Roman" w:cs="Times New Roman"/>
          <w:sz w:val="24"/>
        </w:rPr>
        <w:t>[EXAMPLES]</w:t>
      </w:r>
      <w:r>
        <w:rPr>
          <w:rFonts w:ascii="Times New Roman" w:hAnsi="Times New Roman" w:eastAsia="Times New Roman" w:cs="Times New Roman"/>
          <w:sz w:val="24"/>
        </w:rPr>
        <w:t xml:space="preserve">. With these skillsets that I was able to cultivate under your mentorship, I believe that I would be a great fit at </w:t>
      </w:r>
      <w:r>
        <w:rPr>
          <w:rFonts w:ascii="Times New Roman" w:hAnsi="Times New Roman" w:eastAsia="Times New Roman" w:cs="Times New Roman"/>
          <w:sz w:val="24"/>
        </w:rPr>
        <w:t>[NAME OF SCHOOL, JOB, OR PROGRAM]</w:t>
      </w:r>
      <w:r>
        <w:rPr>
          <w:rFonts w:ascii="Times New Roman" w:hAnsi="Times New Roman" w:eastAsia="Times New Roman" w:cs="Times New Roman"/>
          <w:sz w:val="24"/>
        </w:rPr>
        <w:t xml:space="preserve">, where I can continue my journey in </w:t>
      </w:r>
      <w:r>
        <w:rPr>
          <w:rFonts w:ascii="Times New Roman" w:hAnsi="Times New Roman" w:eastAsia="Times New Roman" w:cs="Times New Roman"/>
          <w:sz w:val="24"/>
        </w:rPr>
        <w:t>[FIELD, STUDY, ETC.]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deadline for the recommendation letter is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. The completed letter should be sent via </w:t>
      </w:r>
      <w:r>
        <w:rPr>
          <w:rFonts w:ascii="Times New Roman" w:hAnsi="Times New Roman" w:eastAsia="Times New Roman" w:cs="Times New Roman"/>
          <w:sz w:val="24"/>
        </w:rPr>
        <w:t>[EMAIL, MAIL, PORTAL]</w:t>
      </w:r>
      <w:r>
        <w:rPr>
          <w:rFonts w:ascii="Times New Roman" w:hAnsi="Times New Roman" w:eastAsia="Times New Roman" w:cs="Times New Roman"/>
          <w:sz w:val="24"/>
        </w:rPr>
        <w:t xml:space="preserve"> to </w:t>
      </w:r>
      <w:r>
        <w:rPr>
          <w:rFonts w:ascii="Times New Roman" w:hAnsi="Times New Roman" w:eastAsia="Times New Roman" w:cs="Times New Roman"/>
          <w:sz w:val="24"/>
        </w:rPr>
        <w:t>[RECIPIENT'S NAME, ADDRESS, EMAIL ADDRESS, ETC.]</w:t>
      </w:r>
      <w:r>
        <w:rPr>
          <w:rFonts w:ascii="Times New Roman" w:hAnsi="Times New Roman" w:eastAsia="Times New Roman" w:cs="Times New Roman"/>
          <w:sz w:val="24"/>
        </w:rPr>
        <w:t xml:space="preserve">. Other requirements include </w:t>
      </w:r>
      <w:r>
        <w:rPr>
          <w:rFonts w:ascii="Times New Roman" w:hAnsi="Times New Roman" w:eastAsia="Times New Roman" w:cs="Times New Roman"/>
          <w:sz w:val="24"/>
        </w:rPr>
        <w:t>[FORMATTING, LETTERHEAD, SEND FROM PROFESSIONAL EMAIL ADDRESS, ETC.]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Please let me know whether you would be willing to write this letter for me within the allotted timeframe. I don’t take your time lightly as I know you are very busy. Thank you so much for your consideration. 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