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of Request under Hague Evidence Convention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[Attorney’s name/bar number]</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Attorney for [Plaintiff/Defendant]</w:t>
      </w:r>
    </w:p>
    <w:p>
      <w:pPr>
        <w:keepNext w:val="0"/>
        <w:spacing w:before="200" w:after="0" w:line="260" w:lineRule="exact"/>
        <w:ind w:left="360" w:right="0" w:firstLine="0"/>
        <w:jc w:val="both"/>
      </w:pPr>
      <w:r>
        <w:rPr>
          <w:rFonts w:ascii="Times New Roman" w:hAnsi="Times New Roman" w:eastAsia="Times New Roman" w:cs="Times New Roman"/>
          <w:b w:val="0"/>
          <w:sz w:val="24"/>
        </w:rPr>
        <w:t>[Name of plaintiff/defendant]</w:t>
      </w: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w:t>
      </w:r>
    </w:p>
    <w:p>
      <w:pPr>
        <w:keepNext w:val="0"/>
        <w:spacing w:before="200" w:after="0" w:line="260" w:lineRule="exact"/>
        <w:ind w:left="360" w:right="0" w:firstLine="0"/>
        <w:jc w:val="center"/>
      </w:pPr>
      <w:r>
        <w:rPr>
          <w:rFonts w:ascii="Times New Roman" w:hAnsi="Times New Roman" w:eastAsia="Times New Roman" w:cs="Times New Roman"/>
          <w:b/>
          <w:sz w:val="24"/>
        </w:rPr>
        <w:t>FOR THE</w:t>
      </w:r>
      <w:r>
        <w:rPr>
          <w:rFonts w:ascii="Times New Roman" w:hAnsi="Times New Roman" w:eastAsia="Times New Roman" w:cs="Times New Roman"/>
          <w:b w:val="0"/>
          <w:sz w:val="24"/>
        </w:rPr>
        <w:t xml:space="preserve"> [NAME] </w:t>
      </w:r>
      <w:r>
        <w:rPr>
          <w:rFonts w:ascii="Times New Roman" w:hAnsi="Times New Roman" w:eastAsia="Times New Roman" w:cs="Times New Roman"/>
          <w:b/>
          <w:sz w:val="24"/>
        </w:rPr>
        <w:t>DISTRICT OF</w:t>
      </w:r>
      <w:r>
        <w:rPr>
          <w:rFonts w:ascii="Times New Roman" w:hAnsi="Times New Roman" w:eastAsia="Times New Roman" w:cs="Times New Roman"/>
          <w:b w:val="0"/>
          <w:sz w:val="24"/>
        </w:rPr>
        <w:t xml:space="preserve"> [STATE]</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DIVISION</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[judge’s name and title] respectfully requests you [name of Central Authority of requested state] to cause [the testimony and/or production of documents] from [person or business entity] to be taken for use as evidence at trial in this matter, as more fully explained herein, pursuant to the provisions of the Hague Convention on the Taking of Evidence in Civil or Commercial Matters (Hague Evidence Convention).</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Article 3 of the Hague Evidence Convention, the undersigned respectfully submits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Sender: [name and address].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Central Authority of the Requested State: [name and address].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Person to whom the executed request is to be returned: [name and address].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date by which the requesting authority requires receipt of the response to the letter of request: [date and reason for urgency,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Requesting judicial authority (Article 3(</w:t>
      </w:r>
      <w:r>
        <w:rPr>
          <w:rFonts w:ascii="Times New Roman" w:hAnsi="Times New Roman" w:eastAsia="Times New Roman" w:cs="Times New Roman"/>
          <w:b/>
          <w:sz w:val="24"/>
        </w:rPr>
        <w:t>a</w:t>
      </w:r>
      <w:r>
        <w:rPr>
          <w:rFonts w:ascii="Times New Roman" w:hAnsi="Times New Roman" w:eastAsia="Times New Roman" w:cs="Times New Roman"/>
          <w:b w:val="0"/>
          <w:sz w:val="24"/>
        </w:rPr>
        <w:t>)): [name and address].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competent authority requested to execute this letter of request: [requesting state].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Case name(s) and identifying case number: [name of case and any identifying case numbers].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Names and addresses of the parties and their representatives (including representatives in the requested state) (if applicable) (Article 3(b)):</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[name]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representative: [name]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[name]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representative: [name]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parties: [name]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Representative of other parties: [name]</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Nature of the proceedings (Article 3(c)): [describe the nature of the claim for which the evidence is required].</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Specific evidence to be obtained or other judicial activity to be performed (Article 3(d)): [describe the evidence or judicial activity you seek, including the purpose of the evidence or activity].</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Identity and address of any person to be examined (Article 3(e)): [name and address].</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person(s) to be examined will be asked the following questions or will be examined on the following subjects (Article 3(f)):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list of questions or issues to be examined].</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documents or other property will be inspected (if applicable) (Article 3(g)):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list of documents/property to be inspected].</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evidence must be given on [oath, affirmation, or any special form] (Article 3(h)).</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special methods or procedures must be followed (if applicable) (Article 3(i), Article 9); [describe any special methods or procedures].</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requested that [name of parties or their representatives] are notified of time and place for the execution of this letter of request (Article 7)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Judicial personnel of the requesting authority may be present at the execution of this letter of request (Article 8)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person(s) to be examined has/have refused to give evidence based on the following privilege or duty under the law of the state of origin (if applicable) (Article 11(b)): [describe any privilege or duty asserted].</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fees and costs incurred which are reimbursable under the second paragraph of Article 14 or under Article 26 of the Hague Evidence Convention will be borne by [name and address]. This [name of court] will enforce any right you have to reimbursement.</w:t>
      </w:r>
    </w:p>
    <w:p>
      <w:pPr>
        <w:keepNext w:val="0"/>
        <w:spacing w:before="200" w:after="0" w:line="260" w:lineRule="exact"/>
        <w:ind w:left="360" w:right="0" w:firstLine="0"/>
        <w:jc w:val="both"/>
      </w:pPr>
      <w:r>
        <w:rPr>
          <w:rFonts w:ascii="Times New Roman" w:hAnsi="Times New Roman" w:eastAsia="Times New Roman" w:cs="Times New Roman"/>
          <w:b w:val="0"/>
          <w:sz w:val="24"/>
        </w:rPr>
        <w:t>The Honorable [judge’s name], Judge of the United States District Court for [division, if applicable] of [state] makes this letter of request this [day] day of [month], [year], at [street address where the court is located], [city], [state].</w:t>
      </w:r>
    </w:p>
    <w:p>
      <w:pPr>
        <w:keepNext w:val="0"/>
        <w:spacing w:before="120" w:after="0" w:line="260" w:lineRule="exact"/>
        <w:ind w:left="360" w:right="0" w:firstLine="0"/>
        <w:jc w:val="left"/>
      </w:pPr>
      <w:r>
        <w:rPr>
          <w:rFonts w:ascii="Times New Roman" w:hAnsi="Times New Roman" w:eastAsia="Times New Roman" w:cs="Times New Roman"/>
          <w:b w:val="0"/>
          <w:sz w:val="24"/>
        </w:rPr>
        <w:t>United States District Judge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requesting judge]</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requesting judge]</w:t>
      </w:r>
    </w:p>
    <w:p>
      <w:pPr>
        <w:keepNext w:val="0"/>
        <w:spacing w:before="120" w:after="0" w:line="260" w:lineRule="exact"/>
        <w:ind w:left="360" w:right="0" w:firstLine="0"/>
        <w:jc w:val="left"/>
      </w:pPr>
      <w:r>
        <w:rPr>
          <w:rFonts w:ascii="Times New Roman" w:hAnsi="Times New Roman" w:eastAsia="Times New Roman" w:cs="Times New Roman"/>
          <w:b w:val="0"/>
          <w:sz w:val="24"/>
        </w:rPr>
        <w:t>[Name of requesting court]</w:t>
      </w:r>
    </w:p>
    <w:p>
      <w:pPr>
        <w:keepNext w:val="0"/>
        <w:spacing w:before="120" w:after="0" w:line="260" w:lineRule="exact"/>
        <w:ind w:left="360" w:right="0" w:firstLine="0"/>
        <w:jc w:val="left"/>
      </w:pPr>
      <w:r>
        <w:rPr>
          <w:rFonts w:ascii="Times New Roman" w:hAnsi="Times New Roman" w:eastAsia="Times New Roman" w:cs="Times New Roman"/>
          <w:b w:val="0"/>
          <w:sz w:val="24"/>
        </w:rPr>
        <w:t>[Seal of the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