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sz w:val="24"/>
        </w:rPr>
        <w:t>LETTER OF RETIREMENT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From: </w:t>
      </w:r>
      <w:r>
        <w:rPr>
          <w:rFonts w:ascii="Times New Roman" w:hAnsi="Times New Roman" w:eastAsia="Times New Roman" w:cs="Times New Roman"/>
          <w:b w:val="0"/>
          <w:sz w:val="24"/>
        </w:rPr>
        <w:t>[NAME OF SENDER]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 xml:space="preserve">Address: </w:t>
      </w:r>
      <w:r>
        <w:rPr>
          <w:rFonts w:ascii="Times New Roman" w:hAnsi="Times New Roman" w:eastAsia="Times New Roman" w:cs="Times New Roman"/>
          <w:b w:val="0"/>
          <w:sz w:val="24"/>
        </w:rPr>
        <w:t>[SENDER ADDRESS]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 xml:space="preserve">Phone: </w:t>
      </w:r>
      <w:r>
        <w:rPr>
          <w:rFonts w:ascii="Times New Roman" w:hAnsi="Times New Roman" w:eastAsia="Times New Roman" w:cs="Times New Roman"/>
          <w:b w:val="0"/>
          <w:sz w:val="24"/>
        </w:rPr>
        <w:t>[PHONE NUMBER]</w:t>
      </w:r>
      <w:r>
        <w:rPr>
          <w:rFonts w:ascii="Times New Roman" w:hAnsi="Times New Roman" w:eastAsia="Times New Roman" w:cs="Times New Roman"/>
          <w:sz w:val="24"/>
        </w:rPr>
        <w:br/>
        <w:t xml:space="preserve">E-Mail: </w:t>
      </w:r>
      <w:r>
        <w:rPr>
          <w:rFonts w:ascii="Times New Roman" w:hAnsi="Times New Roman" w:eastAsia="Times New Roman" w:cs="Times New Roman"/>
          <w:b w:val="0"/>
          <w:sz w:val="24"/>
        </w:rPr>
        <w:t>[EMAIL ADDRESS]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To: </w:t>
      </w:r>
      <w:r>
        <w:rPr>
          <w:rFonts w:ascii="Times New Roman" w:hAnsi="Times New Roman" w:eastAsia="Times New Roman" w:cs="Times New Roman"/>
          <w:b w:val="0"/>
          <w:sz w:val="24"/>
        </w:rPr>
        <w:t>[NAME OF RECIPIENT]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 xml:space="preserve">Address: </w:t>
      </w:r>
      <w:r>
        <w:rPr>
          <w:rFonts w:ascii="Times New Roman" w:hAnsi="Times New Roman" w:eastAsia="Times New Roman" w:cs="Times New Roman"/>
          <w:b w:val="0"/>
          <w:sz w:val="24"/>
        </w:rPr>
        <w:t>[RECIPIENT ADDRESS]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 xml:space="preserve">Phone: </w:t>
      </w:r>
      <w:r>
        <w:rPr>
          <w:rFonts w:ascii="Times New Roman" w:hAnsi="Times New Roman" w:eastAsia="Times New Roman" w:cs="Times New Roman"/>
          <w:b w:val="0"/>
          <w:sz w:val="24"/>
        </w:rPr>
        <w:t>[PHONE NUMBER]</w:t>
      </w:r>
      <w:r>
        <w:rPr>
          <w:rFonts w:ascii="Times New Roman" w:hAnsi="Times New Roman" w:eastAsia="Times New Roman" w:cs="Times New Roman"/>
          <w:sz w:val="24"/>
        </w:rPr>
        <w:br/>
        <w:t xml:space="preserve">E-Mail: </w:t>
      </w:r>
      <w:r>
        <w:rPr>
          <w:rFonts w:ascii="Times New Roman" w:hAnsi="Times New Roman" w:eastAsia="Times New Roman" w:cs="Times New Roman"/>
          <w:b w:val="0"/>
          <w:sz w:val="24"/>
        </w:rPr>
        <w:t>[EMAIL ADDRESS]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[NAME OF RECIPIENT]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 xml:space="preserve">This letter represents my official notice of retirement from my position of </w:t>
      </w:r>
      <w:r>
        <w:rPr>
          <w:rFonts w:ascii="Times New Roman" w:hAnsi="Times New Roman" w:eastAsia="Times New Roman" w:cs="Times New Roman"/>
          <w:sz w:val="24"/>
        </w:rPr>
        <w:t>[OFFICIAL TITLE]</w:t>
      </w:r>
      <w:r>
        <w:rPr>
          <w:rFonts w:ascii="Times New Roman" w:hAnsi="Times New Roman" w:eastAsia="Times New Roman" w:cs="Times New Roman"/>
          <w:sz w:val="24"/>
        </w:rPr>
        <w:t xml:space="preserve"> with </w:t>
      </w:r>
      <w:r>
        <w:rPr>
          <w:rFonts w:ascii="Times New Roman" w:hAnsi="Times New Roman" w:eastAsia="Times New Roman" w:cs="Times New Roman"/>
          <w:sz w:val="24"/>
        </w:rPr>
        <w:t>[NAME OF ORGANIZATION]</w:t>
      </w:r>
      <w:r>
        <w:rPr>
          <w:rFonts w:ascii="Times New Roman" w:hAnsi="Times New Roman" w:eastAsia="Times New Roman" w:cs="Times New Roman"/>
          <w:sz w:val="24"/>
        </w:rPr>
        <w:t xml:space="preserve"> be made final on the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day 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 xml:space="preserve">It has been with great pleasure to be alongside the individuals at </w:t>
      </w:r>
      <w:r>
        <w:rPr>
          <w:rFonts w:ascii="Times New Roman" w:hAnsi="Times New Roman" w:eastAsia="Times New Roman" w:cs="Times New Roman"/>
          <w:sz w:val="24"/>
        </w:rPr>
        <w:t>[NAME OF ORGANIZATION]</w:t>
      </w:r>
      <w:r>
        <w:rPr>
          <w:rFonts w:ascii="Times New Roman" w:hAnsi="Times New Roman" w:eastAsia="Times New Roman" w:cs="Times New Roman"/>
          <w:sz w:val="24"/>
        </w:rPr>
        <w:t xml:space="preserve"> and I will always appreciate the experience and knowledge I gained during my time here.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I hope the notice-period is enough for you to find a replacement. Furthermore, please let me know of any help that I could be to train or assist the person that will take over my position.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Sincerely,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____________________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Signature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Print Name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