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Letter to Client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[firm name]</w:t>
      </w:r>
    </w:p>
    <w:p>
      <w:pPr>
        <w:keepNext w:val="0"/>
        <w:spacing w:before="200" w:after="0" w:line="260" w:lineRule="exact"/>
        <w:ind w:left="360" w:right="0" w:firstLine="0"/>
        <w:jc w:val="center"/>
      </w:pPr>
      <w:r>
        <w:rPr>
          <w:rFonts w:ascii="Times New Roman" w:hAnsi="Times New Roman" w:eastAsia="Times New Roman" w:cs="Times New Roman"/>
          <w:b w:val="0"/>
          <w:sz w:val="24"/>
        </w:rPr>
        <w:t>[firm address line 1]</w:t>
      </w:r>
    </w:p>
    <w:p>
      <w:pPr>
        <w:keepNext w:val="0"/>
        <w:spacing w:before="200" w:after="0" w:line="260" w:lineRule="exact"/>
        <w:ind w:left="360" w:right="0" w:firstLine="0"/>
        <w:jc w:val="center"/>
      </w:pPr>
      <w:r>
        <w:rPr>
          <w:rFonts w:ascii="Times New Roman" w:hAnsi="Times New Roman" w:eastAsia="Times New Roman" w:cs="Times New Roman"/>
          <w:b w:val="0"/>
          <w:sz w:val="24"/>
        </w:rPr>
        <w:t>[firm address line 2]</w:t>
      </w:r>
    </w:p>
    <w:p>
      <w:pPr>
        <w:keepNext w:val="0"/>
        <w:spacing w:before="200" w:after="0" w:line="260" w:lineRule="exact"/>
        <w:ind w:left="360" w:right="0" w:firstLine="0"/>
        <w:jc w:val="center"/>
      </w:pPr>
      <w:r>
        <w:rPr>
          <w:rFonts w:ascii="Times New Roman" w:hAnsi="Times New Roman" w:eastAsia="Times New Roman" w:cs="Times New Roman"/>
          <w:b w:val="0"/>
          <w:sz w:val="24"/>
        </w:rPr>
        <w:t>[firm email address]</w:t>
      </w:r>
    </w:p>
    <w:p>
      <w:pPr>
        <w:keepNext w:val="0"/>
        <w:spacing w:before="200" w:after="0" w:line="260" w:lineRule="exact"/>
        <w:ind w:left="360" w:right="0" w:firstLine="0"/>
        <w:jc w:val="center"/>
      </w:pPr>
      <w:r>
        <w:rPr>
          <w:rFonts w:ascii="Times New Roman" w:hAnsi="Times New Roman" w:eastAsia="Times New Roman" w:cs="Times New Roman"/>
          <w:b w:val="0"/>
          <w:sz w:val="24"/>
        </w:rPr>
        <w:t>[firm phone number] | [firm fax number]</w:t>
      </w:r>
    </w:p>
    <w:p>
      <w:pPr>
        <w:keepNext w:val="0"/>
        <w:spacing w:before="200" w:after="0" w:line="260" w:lineRule="exact"/>
        <w:ind w:left="360" w:right="0" w:firstLine="0"/>
        <w:jc w:val="both"/>
      </w:pPr>
      <w:r>
        <w:rPr>
          <w:rFonts w:ascii="Times New Roman" w:hAnsi="Times New Roman" w:eastAsia="Times New Roman" w:cs="Times New Roman"/>
          <w:b w:val="0"/>
          <w:sz w:val="24"/>
        </w:rPr>
        <w:t>[Month] [Day], [Year]</w:t>
      </w:r>
    </w:p>
    <w:p>
      <w:pPr>
        <w:keepNext w:val="0"/>
        <w:spacing w:before="200" w:after="0" w:line="260" w:lineRule="exact"/>
        <w:ind w:left="360" w:right="0" w:firstLine="0"/>
        <w:jc w:val="both"/>
      </w:pPr>
      <w:r>
        <w:rPr>
          <w:rFonts w:ascii="Times New Roman" w:hAnsi="Times New Roman" w:eastAsia="Times New Roman" w:cs="Times New Roman"/>
          <w:b w:val="0"/>
          <w:sz w:val="24"/>
        </w:rPr>
        <w:t>[name of client 1]</w:t>
      </w:r>
    </w:p>
    <w:p>
      <w:pPr>
        <w:keepNext w:val="0"/>
        <w:spacing w:before="200" w:after="0" w:line="260" w:lineRule="exact"/>
        <w:ind w:left="360" w:right="0" w:firstLine="0"/>
        <w:jc w:val="both"/>
      </w:pPr>
      <w:r>
        <w:rPr>
          <w:rFonts w:ascii="Times New Roman" w:hAnsi="Times New Roman" w:eastAsia="Times New Roman" w:cs="Times New Roman"/>
          <w:b w:val="0"/>
          <w:sz w:val="24"/>
        </w:rPr>
        <w:t>[name of client 2]</w:t>
      </w:r>
    </w:p>
    <w:p>
      <w:pPr>
        <w:keepNext w:val="0"/>
        <w:spacing w:before="200" w:after="0" w:line="260" w:lineRule="exact"/>
        <w:ind w:left="360" w:right="0" w:firstLine="0"/>
        <w:jc w:val="both"/>
      </w:pPr>
      <w:r>
        <w:rPr>
          <w:rFonts w:ascii="Times New Roman" w:hAnsi="Times New Roman" w:eastAsia="Times New Roman" w:cs="Times New Roman"/>
          <w:b w:val="0"/>
          <w:sz w:val="24"/>
        </w:rPr>
        <w:t>[address line 1]</w:t>
      </w:r>
    </w:p>
    <w:p>
      <w:pPr>
        <w:keepNext w:val="0"/>
        <w:spacing w:before="200" w:after="0" w:line="260" w:lineRule="exact"/>
        <w:ind w:left="360" w:right="0" w:firstLine="0"/>
        <w:jc w:val="both"/>
      </w:pPr>
      <w:r>
        <w:rPr>
          <w:rFonts w:ascii="Times New Roman" w:hAnsi="Times New Roman" w:eastAsia="Times New Roman" w:cs="Times New Roman"/>
          <w:b w:val="0"/>
          <w:sz w:val="24"/>
        </w:rPr>
        <w:t>[address line 2]</w:t>
      </w:r>
    </w:p>
    <w:p>
      <w:pPr>
        <w:keepNext w:val="0"/>
        <w:spacing w:before="200" w:after="0" w:line="260" w:lineRule="exact"/>
        <w:ind w:left="360" w:right="0" w:firstLine="0"/>
        <w:jc w:val="both"/>
      </w:pPr>
      <w:r>
        <w:rPr>
          <w:rFonts w:ascii="Times New Roman" w:hAnsi="Times New Roman" w:eastAsia="Times New Roman" w:cs="Times New Roman"/>
          <w:b w:val="0"/>
          <w:sz w:val="24"/>
        </w:rPr>
        <w:t>RE: Execution of Your Estate Planning Documents</w:t>
      </w:r>
    </w:p>
    <w:p>
      <w:pPr>
        <w:keepNext w:val="0"/>
        <w:spacing w:before="200" w:after="0" w:line="260" w:lineRule="exact"/>
        <w:ind w:left="360" w:right="0" w:firstLine="0"/>
        <w:jc w:val="both"/>
      </w:pPr>
      <w:r>
        <w:rPr>
          <w:rFonts w:ascii="Times New Roman" w:hAnsi="Times New Roman" w:eastAsia="Times New Roman" w:cs="Times New Roman"/>
          <w:b w:val="0"/>
          <w:sz w:val="24"/>
        </w:rPr>
        <w:t>Dear [name of client 1] and [name of client 2]:</w:t>
      </w:r>
    </w:p>
    <w:p>
      <w:pPr>
        <w:keepNext w:val="0"/>
        <w:spacing w:before="200" w:after="0" w:line="260" w:lineRule="exact"/>
        <w:ind w:left="360" w:right="0" w:firstLine="0"/>
        <w:jc w:val="both"/>
      </w:pPr>
      <w:r>
        <w:rPr>
          <w:rFonts w:ascii="Times New Roman" w:hAnsi="Times New Roman" w:eastAsia="Times New Roman" w:cs="Times New Roman"/>
          <w:b w:val="0"/>
          <w:sz w:val="24"/>
        </w:rPr>
        <w:t>Enclosed and ready for signature are originals of your Revocable Trusts, Wills, Durable Powers of Attorney, Medical Powers of Attorney, and Living Wills. Please review them carefully. If you would like any revisions to be made, please let me know immediately so that we may promptly make the necessary changes.</w:t>
      </w:r>
    </w:p>
    <w:p>
      <w:pPr>
        <w:keepNext w:val="0"/>
        <w:spacing w:before="200" w:after="0" w:line="260" w:lineRule="exact"/>
        <w:ind w:left="360" w:right="0" w:firstLine="0"/>
        <w:jc w:val="both"/>
      </w:pPr>
      <w:r>
        <w:rPr>
          <w:rFonts w:ascii="Times New Roman" w:hAnsi="Times New Roman" w:eastAsia="Times New Roman" w:cs="Times New Roman"/>
          <w:b w:val="0"/>
          <w:sz w:val="24"/>
        </w:rPr>
        <w:t>Once you have had the opportunity to review and approve the documents, please execute each in accordance with the enclosed instruction sheet which details the witness and notary requirements.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Since the Wills make reference to the Revocable Trusts, it is important that you sign your Revocable Trusts </w:t>
      </w:r>
      <w:r>
        <w:rPr>
          <w:rFonts w:ascii="Times New Roman" w:hAnsi="Times New Roman" w:eastAsia="Times New Roman" w:cs="Times New Roman"/>
          <w:b w:val="0"/>
          <w:sz w:val="24"/>
        </w:rPr>
        <w:t>before</w:t>
      </w:r>
      <w:r>
        <w:rPr>
          <w:rFonts w:ascii="Times New Roman" w:hAnsi="Times New Roman" w:eastAsia="Times New Roman" w:cs="Times New Roman"/>
          <w:b w:val="0"/>
          <w:sz w:val="24"/>
        </w:rPr>
        <w:t xml:space="preserve"> you sign your Wills. Accordingly, first sign and date your Revocable Trusts and then sign your Wills. Sign all documents in the manner in which you normally sign your legal name.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you wish, you can send the signed documents to me for safekeeping in our vault. We will provide you with one set of copies for your records. There is no charge for this service. The documents are available to you at any time. If you decide to retain the originals, please store them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fireproof safe deposit box or other secure location and send me photocopies of the signature pages for my file.</w:t>
      </w:r>
    </w:p>
    <w:p>
      <w:pPr>
        <w:keepNext w:val="0"/>
        <w:spacing w:before="200" w:after="0" w:line="260" w:lineRule="exact"/>
        <w:ind w:left="360" w:right="0" w:firstLine="0"/>
        <w:jc w:val="both"/>
      </w:pPr>
      <w:r>
        <w:rPr>
          <w:rFonts w:ascii="Times New Roman" w:hAnsi="Times New Roman" w:eastAsia="Times New Roman" w:cs="Times New Roman"/>
          <w:b w:val="0"/>
          <w:sz w:val="24"/>
        </w:rPr>
        <w:t>Please call if you have any questions about your documents.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[attorney name]</w:t>
      </w:r>
    </w:p>
    <w:p>
      <w:pPr/>
    </w:p>
    <w:p>
      <w:pPr>
        <w:keepNext w:val="0"/>
        <w:spacing w:before="120" w:after="0" w:line="260" w:lineRule="exact"/>
        <w:ind w:left="360" w:right="0" w:firstLine="0"/>
        <w:jc w:val="left"/>
      </w:pPr>
      <w:r>
        <w:rPr>
          <w:rFonts w:ascii="Times New Roman" w:hAnsi="Times New Roman" w:eastAsia="Times New Roman" w:cs="Times New Roman"/>
          <w:b/>
          <w:sz w:val="24"/>
        </w:rPr>
        <w:t>Instructions for Execution of Estate Planning Documents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Please follow these instructions carefully when executing your estate planning documents. You will need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and two disinterested individuals to act as witnesses. The witnesses must be physically present when you sign the documents. The witnesses must be over 18 years of age and should not be related to you in any manner, nor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the Will or Trust, nor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under your Durable Power of Attorney or Health Care Power of Attorney.</w:t>
      </w:r>
    </w:p>
    <w:p>
      <w:pPr>
        <w:keepNext w:val="0"/>
        <w:spacing w:before="200" w:after="0" w:line="260" w:lineRule="exact"/>
        <w:ind w:left="720" w:right="0" w:firstLine="0"/>
        <w:jc w:val="both"/>
      </w:pPr>
      <w:r>
        <w:rPr>
          <w:rFonts w:ascii="Times New Roman" w:hAnsi="Times New Roman" w:eastAsia="Times New Roman" w:cs="Times New Roman"/>
          <w:b/>
          <w:sz w:val="24"/>
        </w:rPr>
        <w:t>Please execute your Revocable Trust (before executing your Will) according to the following instructions: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presence of both witnesses and the notary public, sign your Trust where indicated on the signature page in the same way as you normally sign your legal name. (You are referred to as the "Grantor" or "Settlor").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 the witnesses to print and sign their names and addresses (if called for in the document) in your presence and the presence of each other. Note that the witnesses do not need to read the Revocable Trust or be told about its contents.</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the acknowledgment and affidavit page, you should sign your name where indicated.</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the acknowledgment and affidavit page, direct the witnesses to print and sign their names.</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the acknowledgment and affidavit page, the notary public must insert the name of the state and county where the signing is taking place and complete the information required in the notary block, including the names of the witnesses and identification they have provided.</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the acknowledgment and affidavit page, the notary public must date, sign, and affix his or her seal. </w:t>
      </w:r>
    </w:p>
    <w:p>
      <w:pPr>
        <w:keepNext w:val="0"/>
        <w:spacing w:before="200" w:after="0" w:line="260" w:lineRule="exact"/>
        <w:ind w:left="720" w:right="0" w:firstLine="0"/>
        <w:jc w:val="both"/>
      </w:pPr>
      <w:r>
        <w:rPr>
          <w:rFonts w:ascii="Times New Roman" w:hAnsi="Times New Roman" w:eastAsia="Times New Roman" w:cs="Times New Roman"/>
          <w:b/>
          <w:sz w:val="24"/>
        </w:rPr>
        <w:t>Please execute your Last Will and Testament according to the following instructions: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presence of both witnesses and the notary public, sign your Will where indicated on the signature page just as you normally sign your legal name. You are referred to as the "Testator" (if you are male) or the "Testatrix" (if you are female).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 the witnesses to read the paragraph above their names and print and sign their names and addresses in your presence and the presence of each other. Note that the witnesses do not need to read the Will nor be told about its contents.</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the acknowledgment and affidavit page, sign your name where indicated.</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the acknowledgment and affidavit page, direct the witnesses to print and sign their names.</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the acknowledgment and affidavit page, the notary public must insert the name of the state and county where the signing is taking place and complete the information required in the notary block, including the names of the witnesses and identification they have provided.</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the acknowledgment and affidavit page, the notary public must date, sign, and affix his or her seal.</w:t>
      </w:r>
    </w:p>
    <w:p>
      <w:pPr>
        <w:keepNext w:val="0"/>
        <w:spacing w:before="200" w:after="0" w:line="260" w:lineRule="exact"/>
        <w:ind w:left="720" w:right="0" w:firstLine="0"/>
        <w:jc w:val="both"/>
      </w:pPr>
      <w:r>
        <w:rPr>
          <w:rFonts w:ascii="Times New Roman" w:hAnsi="Times New Roman" w:eastAsia="Times New Roman" w:cs="Times New Roman"/>
          <w:b/>
          <w:sz w:val="24"/>
        </w:rPr>
        <w:t>Please execute your Durable Power of Attorney according to the following instructions: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Sign and date the Notice to the Principal where indicated at the bottom of the first page.</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Sign the signature page of the Durable Power of Attorney where indicated in the presence of the two witnesses and the 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Direct the witnesses to sign and print their names and addresses in your presence and the presence of each other where indicated.</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Direct the notary public to date, sign, and affix his or her seal to the Durable Power of Attorney, and insert any additional information needed within the notarization section.</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Ask the Agent and any Co-Agents to sign and date the Acknowledgment of Agent. If the Agent and Co-Agents (if any) are not present, they will need to sign and date the Acknowledgment of Agent for the document to take effect.</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Keep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Acknowledgment of Agent with the rest of the Durable Power of Attorney.</w:t>
      </w:r>
    </w:p>
    <w:p>
      <w:pPr>
        <w:keepNext w:val="0"/>
        <w:spacing w:before="200" w:after="0" w:line="260" w:lineRule="exact"/>
        <w:ind w:left="720" w:right="0" w:firstLine="0"/>
        <w:jc w:val="both"/>
      </w:pPr>
      <w:r>
        <w:rPr>
          <w:rFonts w:ascii="Times New Roman" w:hAnsi="Times New Roman" w:eastAsia="Times New Roman" w:cs="Times New Roman"/>
          <w:b/>
          <w:sz w:val="24"/>
        </w:rPr>
        <w:t>Please execute your Health Care Power of Attorney according to the following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document designates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(known as your Agent) to make health care decisions for you if you are unable to speak for yourself and waives HIPAA confidentiality protections for your agent.</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Sign the document where indicated in the presence of the two witnesses. The persons named in the document to act as your health care agents may not sign as witnesses.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Direct the witnesses to sign and print their names and addresses in your presence and the presence of each other where indicated.</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Notarization is optional.</w:t>
      </w:r>
    </w:p>
    <w:p>
      <w:pPr>
        <w:keepNext w:val="0"/>
        <w:spacing w:before="200" w:after="0" w:line="260" w:lineRule="exact"/>
        <w:ind w:left="720" w:right="0" w:firstLine="0"/>
        <w:jc w:val="both"/>
      </w:pPr>
      <w:r>
        <w:rPr>
          <w:rFonts w:ascii="Times New Roman" w:hAnsi="Times New Roman" w:eastAsia="Times New Roman" w:cs="Times New Roman"/>
          <w:b/>
          <w:sz w:val="24"/>
        </w:rPr>
        <w:t>Please execute your Living Will according to the following instructions: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Please carefully review and complete this document in its entirety prior to signing. It states your wishes regarding the administration of life-sustaining treatment in the event you are incapacitated and are diagnosed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terminal condition,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incurable or irreversible medical condition which will result in death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relatively short time,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permanently unconscious state. The witnesses must be 18 years of age or older. Note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provider and its agents (for example, your doctors and nurses) may not sign, in any capacity, the living will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receiving services from that provider.</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Initial next to the options that reflect your wishes.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Sign the Living Will where indicated in the presence of two witnesses. </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 the witnesses to sign and print their names and addresses in your presence and the presence of each other where indicated.</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Notarization is optional.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