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Letter to Financial Institution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[Month Day, 20__]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address of financial institution]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Sir or Madam: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[I or We or My client(s), Name(s)] wish[es] to formally transfer all funds in [checking and/or savings] account[s] number[s] [number(s)]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trust bank account which [I or we or my spouse and I or my partner and I or he or she or they or he and his spouse or he and his partner or she and her spouse or she and her partner or the trustees named below] will continue to maintain as trustee[s]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trust that [I or we or my wife and I or my husband and I or he or she or they or my client and his wife or my client and her husband or my client(s)] [has or have] created.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use the enclosed self-addressed envelope to provide [my attorney[s] or our attorney[s] or me or us], [name and address of attorney and/or law firm] with the necessary documentation to assign [my or our or his or her or their] [checking and/or savings] account[s] number[s] [number(s)] to the following title: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[name(s) of trustee(s)], Trustee[s], of the [name of trust], dated [date of trust].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Thank you in advance for your help and cooperation in this matter.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attorney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first account owner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attorney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