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Letter to Insurance Company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insurance company]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Policy Owner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Policy No. [number]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Sir/Madam: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letter directs you to change the beneficiary designation of the above-identified policy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PRIMARY BENEFICIARY: THE TRUSTEE THEN IN OFFICE UNDER THE TERMS OF THE [name of trust] [DECLARATION or AGREEMENT], DATED [Month Day, 20__].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CONTINGENT BENEFICIARY: NONE.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Enclosed please find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completed new Designation of Beneficiary form to effect the above change.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you have any questions or require further information, please contact my attorney[s], [name, address, and phone number of attorney or law firm].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confirm that the transfer has been made on your records by signing the enclosed copy of this letter and returning it to my attorney[s] in the stamped self-addressed envelope provided. Thank you for your prompt attention to this matter.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policy owner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Transaction completed: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[Month Day, 20__]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insurance company]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 [title]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