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Liability Company 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w:t>
      </w:r>
    </w:p>
    <w:p>
      <w:pPr>
        <w:keepNext w:val="0"/>
        <w:spacing w:before="200" w:after="0" w:line="260" w:lineRule="exact"/>
        <w:ind w:left="720" w:right="0" w:firstLine="0"/>
        <w:jc w:val="center"/>
      </w:pP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 xml:space="preserve">______________________, LLC,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108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undersigned have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______________________ by filing on [date], articles of organization with the Secretary of State of 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 of this Company is ______________________ Limited Liability Company.</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______________________ and to do any and all other things determined by the Managers to be necessary, desirable or incidental to the foregoing purpose.</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______________________, and shall continue until [date], unless the Company is dissolved earlier pursuant to the provisions of this Agreement or as provided in Section ______________________ of the [Revised or Consolidated] Statutes of the State of 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location of the principal place of business of the Company is ______________________. The Managers may change the principal place of business and establish additional places of business as they deem necessary or desirable to conduct the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agent for service of process shall be ______________________, who is located at the following address: ________________________, or such other agent as the Managers may designate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three Managers initially are: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______________________;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of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its actions taken as Managers pursuant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Rights and powers of the Managers, by way of illustration but not by way of limitation, shall include the right and power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imposed by this Agreement, admit additional Members in substitution of Members disposing of their interest in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Managers or Members, including management services at the usual and customary rates prevailing in the management industry from time to time for similar services.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duly authorized representative (at the expense of such Member) during the regular business hours and at the principal office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Notify all Members of receipt of any notice of default from any lender, within ten (10) days after receipt of such notice.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in alphabetical order, of all current Members and past Members, together with the mailing address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Article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2.6.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2.7.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hereby acknowledge that the Managers may, from time to time, engage in business enterprises similar to the business of the Company and competitive with the business of the Company. The Managers may engage in such similar and competitive enterprises without restriction and have no obligation to account to the Company nor to the Members for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are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reflect the capital contribution of each Member, indicating the amount of cash contributed, the value of property contributed and/or the value of services contributed, and each Member’s percentage ownership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specifically provided in this Agreement to the contrary, no Member shall have the right: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take part in the control of the Company business or to sign for or to bind the Company, such power being vested in the Managers.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have his capital contribution repaid except to the extent provided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require partition of the Company’s property or to compel any sale or appraisal of the Company’s assets.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sell or assign his interest in the Company or to constitute the vendee or assignee thereunder, except as provided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voluntarily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from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Member shall be personally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MEMBERS</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Annual meeting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annual meeting of the Members of the Company, for the consideration of reports to be laid before such meeting and for the transaction of such other business as may properly be brought before such meeting, shall be held at the principal office of the Company in the City of ______________________, in ______________________ County, State of ______________________, or at such other place, either within or without the State of ______________________, as may be designated by the Managers and specified in the notice of such meeting. Each such meeting shall be held on the last Tuesday of each September,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then on the next succeeding business day.</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Special meetings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Special meetings of the Members of the Company may be held on any day, when called by the Managers, or by the Members who hold at least thirty percent (30%) of the capital of the Company. Upon written request delivered either in person or by certified mail, return receipt requested, to the Managers by any Members entitled to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Members, such Managers shall forthwith cause notice to be given to the Members entitled to such notice. The meeting must be held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(10) nor more than sixty (60) days after the receipt of such request, as the Managers or Members may fix. If such notice is not given within twenty (20) days after the delivery or mailing of such request, the person or persons calling the meeting may fix the time of the meeting and give notice thereof in the manner provided for by law or this Agreement or cause such notice to be given by any designated representative. Each special meeting shall be called to convene between 8:00 </w:t>
      </w:r>
      <w:r>
        <w:rPr>
          <w:rFonts w:ascii="Times New Roman" w:hAnsi="Times New Roman" w:eastAsia="Times New Roman" w:cs="Times New Roman"/>
          <w:b/>
          <w:sz w:val="24"/>
        </w:rPr>
        <w:t>a</w:t>
      </w:r>
      <w:r>
        <w:rPr>
          <w:rFonts w:ascii="Times New Roman" w:hAnsi="Times New Roman" w:eastAsia="Times New Roman" w:cs="Times New Roman"/>
          <w:b w:val="0"/>
          <w:sz w:val="24"/>
        </w:rPr>
        <w:t>.m. and 6:00 p.m, and shall be held at the principal office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 of meetings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less than ten (10) nor more than sixty (60) days before the date fixed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written notice stating the time and place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purposes of such meeting) shall be given.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notice shall be sent by personal delivery or by certified mail, return receipt requested, to each Member entitled to notice of the meeting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record as of the day preceding the day on which notice is given,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is duly fixed, as of that date. If mailed, the notice shall be addressed to the members at their respective addresses as they appear in the records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Quorum; adjournment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may otherwise be provided by law, the Articles of Organization or this Operating Agreement, at any meeting of the Members,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capital of the Company, either present in person or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such meeting.</w:t>
      </w:r>
    </w:p>
    <w:p>
      <w:pPr>
        <w:keepNext w:val="0"/>
        <w:spacing w:before="120" w:after="0" w:line="260" w:lineRule="exact"/>
        <w:ind w:left="180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Proxies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Members entitled to vote may vote in person or by proxy. The person appointed as proxy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Unless the writing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otherwise provides, the presence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person who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operate to revoke the appointment. Notice to the Company, in writing or in open meeting, of the revocation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affect any vote or action previously taken or authorized.</w:t>
      </w:r>
    </w:p>
    <w:p>
      <w:pPr>
        <w:keepNext w:val="0"/>
        <w:spacing w:before="120" w:after="0" w:line="260" w:lineRule="exact"/>
        <w:ind w:left="1800" w:right="0" w:firstLine="0"/>
        <w:jc w:val="left"/>
      </w:pPr>
      <w:r>
        <w:rPr>
          <w:rFonts w:ascii="Times New Roman" w:hAnsi="Times New Roman" w:eastAsia="Times New Roman" w:cs="Times New Roman"/>
          <w:b w:val="0"/>
          <w:sz w:val="24"/>
        </w:rPr>
        <w:t>4.6.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votes of Members shall be in accordance with their then existing percentage of capital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Allocation of profits and losses: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otherwise provided herein, net profits and losses of the Company (including profits and losses attributable to the sale or other disposition of all or any portion of the Company’s property) shall be allocated among or borne by the Members in the percentages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in accordance with their capital accounts, as those may change as provided herein.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of this Agreement to the contrary, to the extent required by law, income, gain, loss and deduction attributable to property contributed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allocated among the Members so as to take into account any variation between the tax basis of the property and the fair market value thereof at the time of contribution, in accordance with the requirements of Section 704(c) of the Internal Revenue Code of 1986 (the “Code”), as amended, or its counterpart in any subsequently-enacted Internal Revenue Code, and the applicable Treasury Regulations (the “Regulations”)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profits, losses and gains shall be allocated to the Members in accordance with the portion of the year during which the Members have held their respective interests. All items of income and loss shall be considered to have been earned ratably over the fiscal year of the Company, except that gains and losses arising from the disposition of assets shall be taken into account as of the date thereof.</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of this Agreement to the contrary, in the event the Company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for imputed interest under any provision of the Code on any loan or advance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deduction shall be allocated solely to such Member.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of this Agreement to the contrary, to the extent the payment of any expenditure by the Company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federal income tax purposes,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income allocation to such Member in the amount of such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of this Agreement to the contrary, if items of income or gain to be allocated include income or gain treated as ordinary income for federal income tax purposes because they are attributable to the recapture of depreciation under Section 1245 or 1250 of the Code, then such income or gain, to the extent treated as ordinary income, shall be allocated to, and reported by, the Members in proportion to their then respective cumulative allocations of depreciation.</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Accounting: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books shall be kept on the accrual basis and in accordance with reasonable accounting principles consistently applied.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fiscal year of the Company shall end on December 31.</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each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Member’s capital accounts: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shall be maintained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for each Member in accordance with this Article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amount of each Member’s contribution of cash, property and/or services to the capital of the Company shall be credited to such Member’s capital account. From time to time, but not less often than quarterly, each Member’s share of profits, losses and distributions shall be credited or charged, as the case may be, to such Member’s capital account.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and any adjustments thereto,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tax accounting and other principles set forth in Section 704 of the Code and applicable Regulations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at any time, the Company shall suffer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capital account of any Member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amount, such loss shall be carried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that Member’s capital account, and that Member’s share of subsequent profits of the Company shall be applied to erase such capital account deficit.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Immediately following the transfer of any interest in the Company, the capital account of the transferee-Member shall be equal to the capital account of the transferor-Member attributable to the transferred interest.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computing the amount of any item of income, gain, deduction or loss to be reflected in the Member’s capital account, the determination, recognition and classification of any such item shall be the same as its determination, recognition and classification for federal income tax purposes, taking into account any adjustments required pursuant to Section 704 of the Code and the applicable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desire to sell, assign or exchange all or any part of his interest in the Company to any person seeking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for no consideration, such as gift or bequest), such Member (hereinafter “assignor”) who desires to assign all or any part of his interest in the Company shall have the right to transfer to another the whole or any part of such interest, except as set forth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Member desires to sell or assign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his interest in the Company, as set forth in Article </w:t>
      </w:r>
      <w:r>
        <w:rPr>
          <w:rFonts w:ascii="Times New Roman" w:hAnsi="Times New Roman" w:eastAsia="Times New Roman" w:cs="Times New Roman"/>
          <w:b w:val="0"/>
          <w:sz w:val="24"/>
        </w:rPr>
        <w:t>6.1.</w:t>
      </w:r>
      <w:r>
        <w:rPr>
          <w:rFonts w:ascii="Times New Roman" w:hAnsi="Times New Roman" w:eastAsia="Times New Roman" w:cs="Times New Roman"/>
          <w:b w:val="0"/>
          <w:sz w:val="24"/>
        </w:rPr>
        <w:t>, he shall first offer the same, in writing, to the Members, who shall have thirty (30) days after receipt of such offer to accept or reject the offer. If more than one Member accepts such offer, the interest being offered shall be allocated among the accepting Members in proportion to the size of their respective capital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offer is rejected, in whole or in part, the Member shall be free to sell or assign the rejected interest, on the same terms and conditions,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the Members have previously agreed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fifty percent (50%) affirmative vote to approve such sale or assignment, and provided also that the sale is consummated within sixty (60) days following the expiration of the thirty (30) day period referred to in the preceding paragraph. If the same is not consummated within said sixty (60) days, the proposed sale or assignment shall again be subject to the provisions of this Article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assignment of any Member’s interest in compliance with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even if it results in the substitution of the assignee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herein, shall release the assignor from those liabilities to the Company which survive such assignment.</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assignment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all or any part of his interest in the Company shall be subject to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assignment instrument shall be in form and substance satisfactory to the Managers. Among the reasons for which consent may be withheld by the Managers is that they have determined, in their sole discretion, that such substitution may: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legal status of the Company under state or federal law or both; or (ii)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Members who are not participating in the transfer under state or federal law or both. The request for consent to sales or assignments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all instruments and documents to be utilized in the transfer and shall be made by certified or registered mail, return receipt requested, sent to the Managers at least sixty (60) days prior to the proposed date of transfer. Any additional information requested by the Managers, including any information relative to the assignee, shall be promptly furnished by the requesting assignor, and no decision need be reached by the Managers until such information is furnished.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assignee shall have submitted his written acceptance and adoption of all the terms and provisions of this Agreement, including any and all amendments to this Agreement to be made subsequent to the assignment.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assignor shall have paid, or obligated himself to pay, as the Company may determine, all reasonable expenses connected with such transfer, including, but not limited to, the cost of preparing and filing any amendment to this Agreement necessary to effectuate the transfer.</w:t>
      </w:r>
    </w:p>
    <w:p>
      <w:pPr>
        <w:keepNext w:val="0"/>
        <w:spacing w:before="120" w:after="0" w:line="260" w:lineRule="exact"/>
        <w:ind w:left="1800" w:right="0" w:firstLine="0"/>
        <w:jc w:val="left"/>
      </w:pPr>
      <w:r>
        <w:rPr>
          <w:rFonts w:ascii="Times New Roman" w:hAnsi="Times New Roman" w:eastAsia="Times New Roman" w:cs="Times New Roman"/>
          <w:b w:val="0"/>
          <w:sz w:val="24"/>
        </w:rPr>
        <w:t>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Member’s interest in the Company has been registered under the Securities Act of 1933, as amended (the “Act”). Notwithstanding any other provisions in this Agreement, no Member’s interest may be offered for sale, sold, transferred or otherwise disposed of unless: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interest is registered under the Act;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the expense of the transferring Member, the Company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letter, satisfactory to the Company, to the effect that such transfer is exempt from registration under the Act and is in compliance with all applicable federal securities laws and regulations;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“no-action” letter from the staff of the Securities and Exchange Commission (“SEC”), satisfactory to the Company, to the effect that the transfer is exempt from registration.</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death, retirement, resignation, expulsion, bankruptcy or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other occurrence which terminates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 the Company, except where the Members, other than the effected Member, vote unanimously to continue the business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of the Company expires;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Managers sell or transfer substantially all of the assets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ceases its business operations;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Members unanimously vote to dissolve and terminate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or incompetency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in the event the Members continue the business under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Member’s personal representative, executor or administrator shall have all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the purpose of managing or settling his estate, as well as such power as the decedent or incompetent possessed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of his interest in the Company and to join with such assignee in following the procedures contained in this Agreement so that the assignee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dissolution and/or termination of the Company, the Managers shall proceed with the liquidation of the Company and sale of its assets. The proceeds of such liquidation shall be applied and distributed in the following order or priority: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payment of the debts and liabilities of the Company (other than any loans or advances that may have been made by the Members to the Company) and expenses of liquidation;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payment of any loans or advances made to or for the benefit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for any compensation owed to any of the Managers, but if the amount available for repayment shall be insufficient, then the amount available shall be distributed among the applicable Members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whose numerator is the amount owed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member and whose denominator is the total amount owed to all members (thus, for example, if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were owed $2,000 and Member B were owed $1,000, and the amount available to compensate them was $600, then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would receive $400 (2/3 of $600) and Member B would receive $200 (1/3 of $600));</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setting up of any reserves which the Managers may deem reasonably necessary in order to meet any contingent or unforeseen liabilities or obligations of the Company arising out of, or in connection with, the business of the Company. Said reserves shall be paid over by the Managers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Managers shall deem advisable, the financial institution shall distribute the balance remaining in the manner provided in this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payment of the balance, if any, of the respective capital accounts of the Members, if any.</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all of the acts provided for in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have been accomplished, the Managers shall file such Articles of Dissolution and any other certificate required in the State of ______________________ and in any other state that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amended by the Managers without the approval of the Members, provided that such amendment is: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solely for the purpose of clarification and does not change the substance hereof;</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the purpose of substituting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the provisions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merely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implementation of the terms of this Agreement; or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opinion of counsel for the Company, necessary or appropriate to satisfy current requirements of the Internal Revenue Code of 1986, as amended, with respect to limited liability companies, or any federal or state securities laws or regulations.</w:t>
      </w:r>
    </w:p>
    <w:p>
      <w:pPr>
        <w:keepNext w:val="0"/>
        <w:spacing w:before="200" w:after="0" w:line="260" w:lineRule="exact"/>
        <w:ind w:left="2160" w:right="0" w:firstLine="0"/>
        <w:jc w:val="both"/>
      </w:pPr>
      <w:r>
        <w:rPr>
          <w:rFonts w:ascii="Times New Roman" w:hAnsi="Times New Roman" w:eastAsia="Times New Roman" w:cs="Times New Roman"/>
          <w:b w:val="0"/>
          <w:sz w:val="24"/>
        </w:rPr>
        <w:t>Any amendment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(C) may be made effective as of the date of this Agreement. All Members shall be notified as to the substance of any such amendment to this Agreement and, upon request, shall be furnished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other amendments to this Agreement shall require the approval of Members holding at least seventy percent (70%) of all units or shares outstanding and entitled to vote.</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800" w:right="0" w:firstLine="0"/>
        <w:jc w:val="left"/>
      </w:pPr>
      <w:r>
        <w:rPr>
          <w:rFonts w:ascii="Times New Roman" w:hAnsi="Times New Roman" w:eastAsia="Times New Roman" w:cs="Times New Roman"/>
          <w:b w:val="0"/>
          <w:sz w:val="24"/>
        </w:rPr>
        <w:t>10.1.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notices or other communications which may be sent to any Member shall be sent to the address noted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unless the Company is notified in writing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address. Notices or other communications shall be deemed to have been given only when deposited with the United States Postal Service by registered or certified mail, return receipt requested, addressed as set forth above.</w:t>
      </w:r>
    </w:p>
    <w:p>
      <w:pPr>
        <w:keepNext w:val="0"/>
        <w:spacing w:before="120" w:after="0" w:line="260" w:lineRule="exact"/>
        <w:ind w:left="1800" w:right="0" w:firstLine="0"/>
        <w:jc w:val="left"/>
      </w:pPr>
      <w:r>
        <w:rPr>
          <w:rFonts w:ascii="Times New Roman" w:hAnsi="Times New Roman" w:eastAsia="Times New Roman" w:cs="Times New Roman"/>
          <w:b w:val="0"/>
          <w:sz w:val="24"/>
        </w:rPr>
        <w:t>10.2.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10.3.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in multiple 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one agreement, by each of the parties hereto on the dates indicated in the acknowledgment of said parties, notwithstanding that all of the parties are not signatories to the same part or that signature pages from different parts are combined. The signature of any party to any part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to and may be appended to any other part.</w:t>
      </w:r>
    </w:p>
    <w:p>
      <w:pPr>
        <w:keepNext w:val="0"/>
        <w:spacing w:before="120" w:after="0" w:line="260" w:lineRule="exact"/>
        <w:ind w:left="1800" w:right="0" w:firstLine="0"/>
        <w:jc w:val="left"/>
      </w:pPr>
      <w:r>
        <w:rPr>
          <w:rFonts w:ascii="Times New Roman" w:hAnsi="Times New Roman" w:eastAsia="Times New Roman" w:cs="Times New Roman"/>
          <w:b w:val="0"/>
          <w:sz w:val="24"/>
        </w:rPr>
        <w:t>10.4.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Words of gender used in this Agreement shall be interpreted to include the other gender, and words in the singular number shall be interpreted to include the plural (and vice-versa), when the sense so requires. The captions to each Article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for reference purposes and in no way define, limit or describe the scope or intent of this Agreement, nor in any way affect it.</w:t>
      </w:r>
    </w:p>
    <w:p>
      <w:pPr>
        <w:keepNext w:val="0"/>
        <w:spacing w:before="120" w:after="0" w:line="260" w:lineRule="exact"/>
        <w:ind w:left="1800" w:right="0" w:firstLine="0"/>
        <w:jc w:val="left"/>
      </w:pPr>
      <w:r>
        <w:rPr>
          <w:rFonts w:ascii="Times New Roman" w:hAnsi="Times New Roman" w:eastAsia="Times New Roman" w:cs="Times New Roman"/>
          <w:b w:val="0"/>
          <w:sz w:val="24"/>
        </w:rPr>
        <w:t>10.5.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contains the entire understanding between the parties and supersedes any prior understandings and agreements between them concerning the within subject matter. There are no representations, agreements, arrangements or understandings, oral or written, between the parties hereto relating to the subject matter of this Agreement which are not described herein.</w:t>
      </w:r>
    </w:p>
    <w:p>
      <w:pPr>
        <w:keepNext w:val="0"/>
        <w:spacing w:before="120" w:after="0" w:line="260" w:lineRule="exact"/>
        <w:ind w:left="1800" w:right="0" w:firstLine="0"/>
        <w:jc w:val="left"/>
      </w:pPr>
      <w:r>
        <w:rPr>
          <w:rFonts w:ascii="Times New Roman" w:hAnsi="Times New Roman" w:eastAsia="Times New Roman" w:cs="Times New Roman"/>
          <w:b w:val="0"/>
          <w:sz w:val="24"/>
        </w:rPr>
        <w:t>10.6.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10.7.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such Member either consents to the filing or such complaint or answer is not discharged or denied prior to the expiration of sixty (60) days following the date of filing.</w:t>
      </w:r>
    </w:p>
    <w:p>
      <w:pPr>
        <w:keepNext w:val="0"/>
        <w:spacing w:before="120" w:after="0" w:line="260" w:lineRule="exact"/>
        <w:ind w:left="1800" w:right="0" w:firstLine="0"/>
        <w:jc w:val="left"/>
      </w:pPr>
      <w:r>
        <w:rPr>
          <w:rFonts w:ascii="Times New Roman" w:hAnsi="Times New Roman" w:eastAsia="Times New Roman" w:cs="Times New Roman"/>
          <w:b w:val="0"/>
          <w:sz w:val="24"/>
        </w:rPr>
        <w:t>10.8.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all Members and their respective legal representatives, heirs,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Members have entered into this Agreement and have hereunto set their hands to multiple copies hereof,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