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Limited Partnership Borrower’s Certification as to Documents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[Borrower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w:t>
      </w:r>
      <w:r>
        <w:rPr>
          <w:rFonts w:ascii="Times New Roman" w:hAnsi="Times New Roman" w:eastAsia="Times New Roman" w:cs="Times New Roman"/>
          <w:b/>
          <w:sz w:val="24"/>
        </w:rPr>
        <w:t>Borrower</w:t>
      </w:r>
      <w:r>
        <w:rPr>
          <w:rFonts w:ascii="Times New Roman" w:hAnsi="Times New Roman" w:eastAsia="Times New Roman" w:cs="Times New Roman"/>
          <w:b w:val="0"/>
          <w:sz w:val="24"/>
        </w:rPr>
        <w:t>"), by [general partner name], as general partner, hereby certifies to [lender name] (“</w:t>
      </w:r>
      <w:r>
        <w:rPr>
          <w:rFonts w:ascii="Times New Roman" w:hAnsi="Times New Roman" w:eastAsia="Times New Roman" w:cs="Times New Roman"/>
          <w:b/>
          <w:sz w:val="24"/>
        </w:rPr>
        <w:t>Lender</w:t>
      </w:r>
      <w:r>
        <w:rPr>
          <w:rFonts w:ascii="Times New Roman" w:hAnsi="Times New Roman" w:eastAsia="Times New Roman" w:cs="Times New Roman"/>
          <w:b w:val="0"/>
          <w:sz w:val="24"/>
        </w:rPr>
        <w:t>”) that the documents annexed hereto are full and complete copies of said documents and there has been no change from the date thereof to this date, that the signatures appearing on said copies are copies of actual signatures, and that the documents are legal and binding documents enforceable pursuant to their terms: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Certificate of Limited Partnership of Borrower filed on [date] together with all amendments thereto and proof of publication.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Limited Partnership Agreement of Borrower.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Abstract of Leases dated [date].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Abstract of Agreements dated [date].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within certification is being submitted to you to induce you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Promissory Note and Deed of Trust of [date] with Borrower.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General Partner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NOTE: The signature of the General Partner should be acknowledged by inserting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standard form of California Acknowledgement consistent with Cal Civ Code § 1189 which can be found here.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