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Limited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LIMITED POWER OF ATTORNEY</w:t>
      </w:r>
    </w:p>
    <w:p>
      <w:pPr>
        <w:keepNext w:val="0"/>
        <w:spacing w:before="120" w:after="0" w:line="260" w:lineRule="exact"/>
        <w:ind w:left="720" w:right="0" w:firstLine="240"/>
        <w:jc w:val="left"/>
      </w:pPr>
      <w:r>
        <w:rPr>
          <w:rFonts w:ascii="Times New Roman" w:hAnsi="Times New Roman" w:eastAsia="Times New Roman" w:cs="Times New Roman"/>
          <w:b w:val="0"/>
          <w:sz w:val="24"/>
        </w:rPr>
        <w:t>I, [principal name], of [city], Michigan, hereby execute this Limited Power of Attorney with the intention that the attorney-in-fact hereinafter named shall be able to act in my place for the purposes and duration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ATTORNEY.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 constitute and appoint [attorney-in-fact name], to be my attorney-in-fact to act for me, in my name, and in my place.</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OF POWER OF ATTORNEY.</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2.1.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Limited Power of Attorney shall become effective on [effective date], and shall remain effective, unless sooner revoked by me, until midnight on [termination date].</w:t>
      </w:r>
    </w:p>
    <w:p>
      <w:pPr>
        <w:keepNext w:val="0"/>
        <w:spacing w:before="120" w:after="0" w:line="260" w:lineRule="exact"/>
        <w:ind w:left="1080" w:right="0" w:firstLine="0"/>
        <w:jc w:val="left"/>
      </w:pPr>
      <w:r>
        <w:rPr>
          <w:rFonts w:ascii="Times New Roman" w:hAnsi="Times New Roman" w:eastAsia="Times New Roman" w:cs="Times New Roman"/>
          <w:b w:val="0"/>
          <w:sz w:val="24"/>
        </w:rPr>
        <w:t>2.2.</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This Limited Power of Attorney shall not be affected by my disability, it being my specific intention that my attorney-in-fact shall continue to act as such even though I may not be competent to ratify the actions of my attorney-in-fact.</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3.1.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attorney-in-fact shall have all of the powers I myself have in connection with the preservation and management of my assets and the discharge of my obligations. In addition thereto, and not in limitation thereof, my attorney-in-fact shall also have the powers set forth below.</w:t>
      </w:r>
    </w:p>
    <w:p>
      <w:pPr>
        <w:keepNext w:val="0"/>
        <w:spacing w:before="120" w:after="0" w:line="260" w:lineRule="exact"/>
        <w:ind w:left="1080" w:right="0" w:firstLine="0"/>
        <w:jc w:val="left"/>
      </w:pPr>
      <w:r>
        <w:rPr>
          <w:rFonts w:ascii="Times New Roman" w:hAnsi="Times New Roman" w:eastAsia="Times New Roman" w:cs="Times New Roman"/>
          <w:b w:val="0"/>
          <w:sz w:val="24"/>
        </w:rPr>
        <w:t>3.2.</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attorney-in-fact may collect and receive, with or without the institution of suit or other legal process, all debts, monies, gifts, objects, interest, dividends, annuities, and demands that now are due or may hereafter become due, owing, or otherwise payable or belonging to me. My attorney-in-fact may use and take all lawful actions in my name or otherwise to recover the same and to compromise the same.</w:t>
      </w:r>
    </w:p>
    <w:p>
      <w:pPr>
        <w:keepNext w:val="0"/>
        <w:spacing w:before="120" w:after="0" w:line="260" w:lineRule="exact"/>
        <w:ind w:left="1080" w:right="0" w:firstLine="0"/>
        <w:jc w:val="left"/>
      </w:pPr>
      <w:r>
        <w:rPr>
          <w:rFonts w:ascii="Times New Roman" w:hAnsi="Times New Roman" w:eastAsia="Times New Roman" w:cs="Times New Roman"/>
          <w:b w:val="0"/>
          <w:sz w:val="24"/>
        </w:rPr>
        <w:t>3.3.</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attorney-in-fact may sell, convey, exchange, or otherwise deal with any of the securities held in my account at [financial institution name] as is proper in the judgment of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3.4.</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attorney-in-fact may appear on my behalf in any litigation in which I am or may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during the duration of this Limited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3.5.</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attorney-in-fact shall have the power to deposit funds in my name in any banking or savings institution or any money market account.</w:t>
      </w:r>
    </w:p>
    <w:p>
      <w:pPr>
        <w:keepNext w:val="0"/>
        <w:spacing w:before="120" w:after="0" w:line="260" w:lineRule="exact"/>
        <w:ind w:left="1080" w:right="0" w:firstLine="0"/>
        <w:jc w:val="left"/>
      </w:pPr>
      <w:r>
        <w:rPr>
          <w:rFonts w:ascii="Times New Roman" w:hAnsi="Times New Roman" w:eastAsia="Times New Roman" w:cs="Times New Roman"/>
          <w:b w:val="0"/>
          <w:sz w:val="24"/>
        </w:rPr>
        <w:t>3.6.</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attorney-in-fact shall have the power to pay any and all bills, accounts, claims, and demands now due by me or becoming due by me during the duration of this Limited Power of Attorney. In connection therewith, my attorney-in-fact may withdraw funds from and draw and sign checks in my name upon any bank or trust company, savings institution, or money market fund in which I may have any funds on deposit.</w:t>
      </w:r>
    </w:p>
    <w:p>
      <w:pPr>
        <w:keepNext w:val="0"/>
        <w:spacing w:before="120" w:after="0" w:line="260" w:lineRule="exact"/>
        <w:ind w:left="1080" w:right="0" w:firstLine="0"/>
        <w:jc w:val="left"/>
      </w:pPr>
      <w:r>
        <w:rPr>
          <w:rFonts w:ascii="Times New Roman" w:hAnsi="Times New Roman" w:eastAsia="Times New Roman" w:cs="Times New Roman"/>
          <w:b w:val="0"/>
          <w:sz w:val="24"/>
        </w:rPr>
        <w:t>3.7.</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attorney-in-fact may endorse all checks drawn to my order for deposit in any account in which I have funds on deposit.</w:t>
      </w:r>
    </w:p>
    <w:p>
      <w:pPr>
        <w:keepNext w:val="0"/>
        <w:spacing w:before="120" w:after="0" w:line="260" w:lineRule="exact"/>
        <w:ind w:left="1080" w:right="0" w:firstLine="0"/>
        <w:jc w:val="left"/>
      </w:pPr>
      <w:r>
        <w:rPr>
          <w:rFonts w:ascii="Times New Roman" w:hAnsi="Times New Roman" w:eastAsia="Times New Roman" w:cs="Times New Roman"/>
          <w:b w:val="0"/>
          <w:sz w:val="24"/>
        </w:rPr>
        <w:t>3.8.</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In connection with the sale of any security owned by me, my attorney-in-fact shall have the power to execute in my name or on my behalf any stock power or other instrument in order to effect any transfer or surrender deemed proper in the judgment of my attorney-in-fact.</w:t>
      </w:r>
    </w:p>
    <w:p>
      <w:pPr>
        <w:keepNext w:val="0"/>
        <w:spacing w:before="120" w:after="0" w:line="260" w:lineRule="exact"/>
        <w:ind w:left="1080" w:right="0" w:firstLine="0"/>
        <w:jc w:val="left"/>
      </w:pPr>
      <w:r>
        <w:rPr>
          <w:rFonts w:ascii="Times New Roman" w:hAnsi="Times New Roman" w:eastAsia="Times New Roman" w:cs="Times New Roman"/>
          <w:b w:val="0"/>
          <w:sz w:val="24"/>
        </w:rPr>
        <w:t>3.9.</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attorney-in-fact may have access to my safety deposit box [box number] at [bank name].</w:t>
      </w:r>
    </w:p>
    <w:p>
      <w:pPr>
        <w:keepNext w:val="0"/>
        <w:spacing w:before="120" w:after="0" w:line="260" w:lineRule="exact"/>
        <w:ind w:left="1080" w:right="0" w:firstLine="0"/>
        <w:jc w:val="left"/>
      </w:pPr>
      <w:r>
        <w:rPr>
          <w:rFonts w:ascii="Times New Roman" w:hAnsi="Times New Roman" w:eastAsia="Times New Roman" w:cs="Times New Roman"/>
          <w:b w:val="0"/>
          <w:sz w:val="24"/>
        </w:rPr>
        <w:t>3.10.</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My attorney-in-fact shall have the power to execute, seal, acknowledge, and deliver any documents in connection with any of the transactions described in the preceding Sections </w:t>
      </w: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through </w:t>
      </w:r>
      <w:r>
        <w:rPr>
          <w:rFonts w:ascii="Times New Roman" w:hAnsi="Times New Roman" w:eastAsia="Times New Roman" w:cs="Times New Roman"/>
          <w:b w:val="0"/>
          <w:sz w:val="24"/>
        </w:rPr>
        <w:t>3.9.</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RATIFICATION; USE OF PHOTOCOPY; REFUSAL BY THIRD PARTIES TO ACT.</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4.1.</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 hereby ratify all acts taken by my attorney-in-fact hereunder.</w:t>
      </w:r>
    </w:p>
    <w:p>
      <w:pPr>
        <w:keepNext w:val="0"/>
        <w:spacing w:before="120" w:after="0" w:line="260" w:lineRule="exact"/>
        <w:ind w:left="1080" w:right="0" w:firstLine="0"/>
        <w:jc w:val="left"/>
      </w:pPr>
      <w:r>
        <w:rPr>
          <w:rFonts w:ascii="Times New Roman" w:hAnsi="Times New Roman" w:eastAsia="Times New Roman" w:cs="Times New Roman"/>
          <w:b w:val="0"/>
          <w:sz w:val="24"/>
        </w:rPr>
        <w:t>4.2.</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photostatic copy of this limited power of attorney shall be as valid as the original.</w:t>
      </w:r>
    </w:p>
    <w:p>
      <w:pPr>
        <w:keepNext w:val="0"/>
        <w:spacing w:before="120" w:after="0" w:line="260" w:lineRule="exact"/>
        <w:ind w:left="1080" w:right="0" w:firstLine="0"/>
        <w:jc w:val="left"/>
      </w:pPr>
      <w:r>
        <w:rPr>
          <w:rFonts w:ascii="Times New Roman" w:hAnsi="Times New Roman" w:eastAsia="Times New Roman" w:cs="Times New Roman"/>
          <w:b w:val="0"/>
          <w:sz w:val="24"/>
        </w:rPr>
        <w:t>4.3.</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In the event of refusal of any person or entity to recognize the authority of my attorney-in-fact granted by this instrument in either general or specific terms, I hereby authorize my attorney, in my name and on my behalf, to sue such person or entity.</w:t>
      </w:r>
    </w:p>
    <w:p>
      <w:pPr>
        <w:keepNext w:val="0"/>
        <w:spacing w:before="120" w:after="0" w:line="260" w:lineRule="exact"/>
        <w:ind w:left="360" w:right="0" w:firstLine="0"/>
        <w:jc w:val="left"/>
      </w:pPr>
      <w:r>
        <w:rPr>
          <w:rFonts w:ascii="Times New Roman" w:hAnsi="Times New Roman" w:eastAsia="Times New Roman" w:cs="Times New Roman"/>
          <w:b w:val="0"/>
          <w:sz w:val="24"/>
        </w:rPr>
        <w:t>Dated: [date of execution]</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 (</w:t>
      </w:r>
      <w:r>
        <w:rPr>
          <w:rFonts w:ascii="Times New Roman" w:hAnsi="Times New Roman" w:eastAsia="Times New Roman" w:cs="Times New Roman"/>
          <w:b w:val="0"/>
          <w:sz w:val="24"/>
        </w:rPr>
        <w:t>signature of principal</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[principal typed name]</w:t>
      </w:r>
    </w:p>
    <w:p>
      <w:pPr>
        <w:keepNext w:val="0"/>
        <w:spacing w:before="120" w:after="0" w:line="260" w:lineRule="exact"/>
        <w:ind w:left="360" w:right="0" w:firstLine="0"/>
        <w:jc w:val="left"/>
      </w:pPr>
      <w:r>
        <w:rPr>
          <w:rFonts w:ascii="Times New Roman" w:hAnsi="Times New Roman" w:eastAsia="Times New Roman" w:cs="Times New Roman"/>
          <w:b w:val="0"/>
          <w:sz w:val="24"/>
        </w:rPr>
        <w:t>WITNESSES: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 (signature of witness)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 (signature of witness)</w:t>
      </w:r>
    </w:p>
    <w:p>
      <w:pPr>
        <w:keepNext w:val="0"/>
        <w:spacing w:before="200" w:after="0" w:line="260" w:lineRule="exact"/>
        <w:ind w:left="360" w:right="0" w:firstLine="0"/>
        <w:jc w:val="both"/>
      </w:pPr>
      <w:r>
        <w:rPr>
          <w:rFonts w:ascii="Times New Roman" w:hAnsi="Times New Roman" w:eastAsia="Times New Roman" w:cs="Times New Roman"/>
          <w:b w:val="0"/>
          <w:sz w:val="24"/>
        </w:rPr>
        <w:t>STATE OF MICHIGAN</w:t>
      </w:r>
    </w:p>
    <w:p>
      <w:pPr>
        <w:keepNext w:val="0"/>
        <w:spacing w:before="60" w:after="0" w:line="260" w:lineRule="exact"/>
        <w:ind w:left="360" w:right="0" w:firstLine="0"/>
        <w:jc w:val="both"/>
      </w:pPr>
      <w:r>
        <w:rPr>
          <w:rFonts w:ascii="Times New Roman" w:hAnsi="Times New Roman" w:eastAsia="Times New Roman" w:cs="Times New Roman"/>
          <w:b w:val="0"/>
          <w:sz w:val="24"/>
        </w:rPr>
        <w:t>COUNTY OF 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ss</w:t>
      </w:r>
    </w:p>
    <w:p>
      <w:pPr>
        <w:keepNext w:val="0"/>
        <w:spacing w:before="120" w:after="0" w:line="260" w:lineRule="exact"/>
        <w:ind w:left="360" w:right="0" w:firstLine="240"/>
        <w:jc w:val="left"/>
      </w:pPr>
      <w:r>
        <w:rPr>
          <w:rFonts w:ascii="Times New Roman" w:hAnsi="Times New Roman" w:eastAsia="Times New Roman" w:cs="Times New Roman"/>
          <w:b w:val="0"/>
          <w:sz w:val="24"/>
        </w:rPr>
        <w:t>On [date], before me personally appeared [principal name], and acknowledged the foregoing Limited Power of Attorney to be his/her free act.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 (signature of notary)</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[county name] County, Michigan</w:t>
      </w:r>
    </w:p>
    <w:p>
      <w:pPr>
        <w:keepNext w:val="0"/>
        <w:spacing w:before="120" w:after="0" w:line="260" w:lineRule="exact"/>
        <w:ind w:left="360" w:right="0" w:firstLine="0"/>
        <w:jc w:val="left"/>
      </w:pPr>
      <w:r>
        <w:rPr>
          <w:rFonts w:ascii="Times New Roman" w:hAnsi="Times New Roman" w:eastAsia="Times New Roman" w:cs="Times New Roman"/>
          <w:b w:val="0"/>
          <w:sz w:val="24"/>
        </w:rPr>
        <w:t>My Commission Expires: [expiration date]</w:t>
      </w: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notary seal</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