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Limited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LIMITED POWER OF ATTORNEY</w:t>
      </w:r>
    </w:p>
    <w:p>
      <w:pPr>
        <w:keepNext w:val="0"/>
        <w:spacing w:before="120" w:after="0" w:line="260" w:lineRule="exact"/>
        <w:ind w:left="720" w:right="0" w:firstLine="240"/>
        <w:jc w:val="left"/>
      </w:pPr>
      <w:r>
        <w:rPr>
          <w:rFonts w:ascii="Times New Roman" w:hAnsi="Times New Roman" w:eastAsia="Times New Roman" w:cs="Times New Roman"/>
          <w:b w:val="0"/>
          <w:sz w:val="24"/>
        </w:rPr>
        <w:t>I, [principal name], of [city], Michigan, hereby execute this Limited Power of Attorney with the intention that the attorneys-in-fact, or either of them, hereinafter named shall be able to act in my place for the purposes and duration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ATTORNEY.</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I constitute and appoint [first attorney-in-fact name] and [second attorney-in-fact name], or either one of them acting alone, to be my attorneys-in-fact to act for me, in my name, and in my place to do the things set forth below.</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OF POWER OF ATTORNEY.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Limited Power of Attorney shall become effective on [effective date], and shall remain effective, unless sooner revoked by me, until midnight on [termination date].</w:t>
      </w:r>
    </w:p>
    <w:p>
      <w:pPr>
        <w:keepNext w:val="0"/>
        <w:spacing w:before="120" w:after="0" w:line="260" w:lineRule="exact"/>
        <w:ind w:left="1080" w:right="0" w:firstLine="0"/>
        <w:jc w:val="left"/>
      </w:pPr>
      <w:r>
        <w:rPr>
          <w:rFonts w:ascii="Times New Roman" w:hAnsi="Times New Roman" w:eastAsia="Times New Roman" w:cs="Times New Roman"/>
          <w:b w:val="0"/>
          <w:sz w:val="24"/>
        </w:rPr>
        <w:t>2.2.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Limited Power of Attorney shall not be affected by my disability, incapacity, or lapse of time, it being my specific intention that my attorneys-in-fact, or either of them, shall continue to act as such even though I may not be competent to ratify the actions of my attorneys-in-fact, or either of them.</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shall have all of the powers I myself have in connection with the preservation and management of my assets and the discharge of my obligations. In addition thereto, and not in limitation thereof, my attorneys-in-fact shall also have the powers set forth below.</w:t>
      </w:r>
    </w:p>
    <w:p>
      <w:pPr>
        <w:keepNext w:val="0"/>
        <w:spacing w:before="120" w:after="0" w:line="260" w:lineRule="exact"/>
        <w:ind w:left="1080" w:right="0" w:firstLine="0"/>
        <w:jc w:val="left"/>
      </w:pPr>
      <w:r>
        <w:rPr>
          <w:rFonts w:ascii="Times New Roman" w:hAnsi="Times New Roman" w:eastAsia="Times New Roman" w:cs="Times New Roman"/>
          <w:b w:val="0"/>
          <w:sz w:val="24"/>
        </w:rPr>
        <w:t>3.2.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collect and receive, with or without the institution of suit or other legal process, all debts, monies, gifts, objects, interest, dividends, annuities, and demands that now are due or may hereafter become due, owing, or otherwise payable or belonging to me. My attorneys-in-fact may use and take all lawful actions in my name or otherwise to recover the same and to compromise the same.</w:t>
      </w:r>
    </w:p>
    <w:p>
      <w:pPr>
        <w:keepNext w:val="0"/>
        <w:spacing w:before="120" w:after="0" w:line="260" w:lineRule="exact"/>
        <w:ind w:left="1080" w:right="0" w:firstLine="0"/>
        <w:jc w:val="left"/>
      </w:pPr>
      <w:r>
        <w:rPr>
          <w:rFonts w:ascii="Times New Roman" w:hAnsi="Times New Roman" w:eastAsia="Times New Roman" w:cs="Times New Roman"/>
          <w:b w:val="0"/>
          <w:sz w:val="24"/>
        </w:rPr>
        <w:t>3.3.</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sell, convey, exchange, or otherwise deal with any of the securities held in my account at [financial institution name] as is proper in the judgment of my attorneys-in-fact.</w:t>
      </w:r>
    </w:p>
    <w:p>
      <w:pPr>
        <w:keepNext w:val="0"/>
        <w:spacing w:before="120" w:after="0" w:line="260" w:lineRule="exact"/>
        <w:ind w:left="1080" w:right="0" w:firstLine="0"/>
        <w:jc w:val="left"/>
      </w:pPr>
      <w:r>
        <w:rPr>
          <w:rFonts w:ascii="Times New Roman" w:hAnsi="Times New Roman" w:eastAsia="Times New Roman" w:cs="Times New Roman"/>
          <w:b w:val="0"/>
          <w:sz w:val="24"/>
        </w:rPr>
        <w:t>3.4.</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appear on my behalf in any litigation in which I am or may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during the duration of this Limited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3.5.</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shall have the power to deposit funds in my name in any banking or savings institution or any money market account.</w:t>
      </w:r>
    </w:p>
    <w:p>
      <w:pPr>
        <w:keepNext w:val="0"/>
        <w:spacing w:before="120" w:after="0" w:line="260" w:lineRule="exact"/>
        <w:ind w:left="1080" w:right="0" w:firstLine="0"/>
        <w:jc w:val="left"/>
      </w:pPr>
      <w:r>
        <w:rPr>
          <w:rFonts w:ascii="Times New Roman" w:hAnsi="Times New Roman" w:eastAsia="Times New Roman" w:cs="Times New Roman"/>
          <w:b w:val="0"/>
          <w:sz w:val="24"/>
        </w:rPr>
        <w:t>3.6.</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shall have the power to pay any and all bills, accounts, claims, and demands now due by me or becoming due by me during the duration of this Limited Power of Attorney. In connection therewith, my attorneys-in-fact may withdraw funds from and draw and sign checks in my name upon any bank or trust company, savings institution, or money market fund in which I may have any funds on deposit.</w:t>
      </w:r>
    </w:p>
    <w:p>
      <w:pPr>
        <w:keepNext w:val="0"/>
        <w:spacing w:before="120" w:after="0" w:line="260" w:lineRule="exact"/>
        <w:ind w:left="1080" w:right="0" w:firstLine="0"/>
        <w:jc w:val="left"/>
      </w:pPr>
      <w:r>
        <w:rPr>
          <w:rFonts w:ascii="Times New Roman" w:hAnsi="Times New Roman" w:eastAsia="Times New Roman" w:cs="Times New Roman"/>
          <w:b w:val="0"/>
          <w:sz w:val="24"/>
        </w:rPr>
        <w:t>3.7.</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endorse all checks drawn to my order for deposit in any account in which I have funds on deposit.</w:t>
      </w:r>
    </w:p>
    <w:p>
      <w:pPr>
        <w:keepNext w:val="0"/>
        <w:spacing w:before="120" w:after="0" w:line="260" w:lineRule="exact"/>
        <w:ind w:left="1080" w:right="0" w:firstLine="0"/>
        <w:jc w:val="left"/>
      </w:pPr>
      <w:r>
        <w:rPr>
          <w:rFonts w:ascii="Times New Roman" w:hAnsi="Times New Roman" w:eastAsia="Times New Roman" w:cs="Times New Roman"/>
          <w:b w:val="0"/>
          <w:sz w:val="24"/>
        </w:rPr>
        <w:t>3.8.</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 connection with the sale of any security owned by me, my attorneys-in-fact, or either of them, shall have the power to execute in my name or on my behalf any stock or bond power or other instrument in order to effect any transfer or surrender deemed proper in the judgment of my attorneys-in-fact.</w:t>
      </w:r>
    </w:p>
    <w:p>
      <w:pPr>
        <w:keepNext w:val="0"/>
        <w:spacing w:before="120" w:after="0" w:line="260" w:lineRule="exact"/>
        <w:ind w:left="1080" w:right="0" w:firstLine="0"/>
        <w:jc w:val="left"/>
      </w:pPr>
      <w:r>
        <w:rPr>
          <w:rFonts w:ascii="Times New Roman" w:hAnsi="Times New Roman" w:eastAsia="Times New Roman" w:cs="Times New Roman"/>
          <w:b w:val="0"/>
          <w:sz w:val="24"/>
        </w:rPr>
        <w:t>3.9.</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may have access to my safety deposit box [box number] at [bank name].</w:t>
      </w:r>
    </w:p>
    <w:p>
      <w:pPr>
        <w:keepNext w:val="0"/>
        <w:spacing w:before="120" w:after="0" w:line="260" w:lineRule="exact"/>
        <w:ind w:left="1080" w:right="0" w:firstLine="0"/>
        <w:jc w:val="left"/>
      </w:pPr>
      <w:r>
        <w:rPr>
          <w:rFonts w:ascii="Times New Roman" w:hAnsi="Times New Roman" w:eastAsia="Times New Roman" w:cs="Times New Roman"/>
          <w:b w:val="0"/>
          <w:sz w:val="24"/>
        </w:rPr>
        <w:t>3.10.</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attorneys-in-fact, or either of them, shall have the power to execute, seal, acknowledge, and deliver any documents in connection with any of the transactions described in the preceding Sections </w:t>
      </w: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through </w:t>
      </w:r>
      <w:r>
        <w:rPr>
          <w:rFonts w:ascii="Times New Roman" w:hAnsi="Times New Roman" w:eastAsia="Times New Roman" w:cs="Times New Roman"/>
          <w:b w:val="0"/>
          <w:sz w:val="24"/>
        </w:rPr>
        <w:t>3.9.</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 USE OF PHOTOCOPY; REFUSAL BY THIRD PARTIES TO ACT.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 hereby ratify all acts taken by my attorneys-in-fact hereunder.</w:t>
      </w:r>
    </w:p>
    <w:p>
      <w:pPr>
        <w:keepNext w:val="0"/>
        <w:spacing w:before="120" w:after="0" w:line="260" w:lineRule="exact"/>
        <w:ind w:left="1080" w:right="0" w:firstLine="0"/>
        <w:jc w:val="left"/>
      </w:pPr>
      <w:r>
        <w:rPr>
          <w:rFonts w:ascii="Times New Roman" w:hAnsi="Times New Roman" w:eastAsia="Times New Roman" w:cs="Times New Roman"/>
          <w:b w:val="0"/>
          <w:sz w:val="24"/>
        </w:rPr>
        <w:t>4.2.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photostatic copy of this limited power of attorney shall be as valid as the original.</w:t>
      </w:r>
    </w:p>
    <w:p>
      <w:pPr>
        <w:keepNext w:val="0"/>
        <w:spacing w:before="120" w:after="0" w:line="260" w:lineRule="exact"/>
        <w:ind w:left="1080" w:right="0" w:firstLine="0"/>
        <w:jc w:val="left"/>
      </w:pPr>
      <w:r>
        <w:rPr>
          <w:rFonts w:ascii="Times New Roman" w:hAnsi="Times New Roman" w:eastAsia="Times New Roman" w:cs="Times New Roman"/>
          <w:b w:val="0"/>
          <w:sz w:val="24"/>
        </w:rPr>
        <w:t>4.3.</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 the event of refusal of any person or entity to recognize the authority of my attorneys-in-fact, or either of them, granted by this instrument in either general or specific terms, I hereby authorize my attorneys, or either of them, in my name and on my behalf, to sue such person or entity.</w:t>
      </w:r>
    </w:p>
    <w:p>
      <w:pPr>
        <w:keepNext w:val="0"/>
        <w:spacing w:before="120" w:after="0" w:line="260" w:lineRule="exact"/>
        <w:ind w:left="360" w:right="0" w:firstLine="0"/>
        <w:jc w:val="left"/>
      </w:pPr>
      <w:r>
        <w:rPr>
          <w:rFonts w:ascii="Times New Roman" w:hAnsi="Times New Roman" w:eastAsia="Times New Roman" w:cs="Times New Roman"/>
          <w:b w:val="0"/>
          <w:sz w:val="24"/>
        </w:rPr>
        <w:t>Dated: [date of execution]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 (</w:t>
      </w:r>
      <w:r>
        <w:rPr>
          <w:rFonts w:ascii="Times New Roman" w:hAnsi="Times New Roman" w:eastAsia="Times New Roman" w:cs="Times New Roman"/>
          <w:b w:val="0"/>
          <w:sz w:val="24"/>
        </w:rPr>
        <w:t>signature of principal</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[principal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WITNESSES: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witness)</w:t>
      </w:r>
    </w:p>
    <w:p>
      <w:pPr>
        <w:keepNext w:val="0"/>
        <w:spacing w:before="200" w:after="0" w:line="260" w:lineRule="exact"/>
        <w:ind w:left="360" w:right="0" w:firstLine="0"/>
        <w:jc w:val="both"/>
      </w:pPr>
      <w:r>
        <w:rPr>
          <w:rFonts w:ascii="Times New Roman" w:hAnsi="Times New Roman" w:eastAsia="Times New Roman" w:cs="Times New Roman"/>
          <w:b w:val="0"/>
          <w:sz w:val="24"/>
        </w:rPr>
        <w:t>STATE OF MICHIGAN</w:t>
      </w:r>
    </w:p>
    <w:p>
      <w:pPr>
        <w:keepNext w:val="0"/>
        <w:spacing w:before="60" w:after="0" w:line="260" w:lineRule="exact"/>
        <w:ind w:left="360" w:right="0" w:firstLine="0"/>
        <w:jc w:val="both"/>
      </w:pPr>
      <w:r>
        <w:rPr>
          <w:rFonts w:ascii="Times New Roman" w:hAnsi="Times New Roman" w:eastAsia="Times New Roman" w:cs="Times New Roman"/>
          <w:b w:val="0"/>
          <w:sz w:val="24"/>
        </w:rPr>
        <w:t>COUNTY OF __________</w:t>
      </w:r>
    </w:p>
    <w:p>
      <w:pPr>
        <w:keepNext w:val="0"/>
        <w:spacing w:before="200" w:after="0" w:line="260" w:lineRule="exact"/>
        <w:ind w:left="360" w:right="0" w:firstLine="0"/>
        <w:jc w:val="both"/>
      </w:pPr>
      <w:r>
        <w:rPr>
          <w:rFonts w:ascii="Times New Roman" w:hAnsi="Times New Roman" w:eastAsia="Times New Roman" w:cs="Times New Roman"/>
          <w:b w:val="0"/>
          <w:sz w:val="24"/>
        </w:rPr>
        <w:t>ss</w:t>
      </w:r>
    </w:p>
    <w:p>
      <w:pPr>
        <w:keepNext w:val="0"/>
        <w:spacing w:before="120" w:after="0" w:line="260" w:lineRule="exact"/>
        <w:ind w:left="360" w:right="0" w:firstLine="240"/>
        <w:jc w:val="left"/>
      </w:pPr>
      <w:r>
        <w:rPr>
          <w:rFonts w:ascii="Times New Roman" w:hAnsi="Times New Roman" w:eastAsia="Times New Roman" w:cs="Times New Roman"/>
          <w:b w:val="0"/>
          <w:sz w:val="24"/>
        </w:rPr>
        <w:t>On [date], before me personally appeared [principal name], and acknowledged the foregoing Limited Power of Attorney to be his/her free act.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notary)</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[county name] County, Michigan</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 [expiration date]</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notary seal</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