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Limited 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NOTICE</w:t>
      </w:r>
    </w:p>
    <w:p>
      <w:pPr>
        <w:keepNext w:val="0"/>
        <w:spacing w:before="200" w:after="0" w:line="260" w:lineRule="exact"/>
        <w:ind w:left="720" w:right="0" w:firstLine="0"/>
        <w:jc w:val="both"/>
      </w:pPr>
      <w:r>
        <w:rPr>
          <w:rFonts w:ascii="Times New Roman" w:hAnsi="Times New Roman" w:eastAsia="Times New Roman" w:cs="Times New Roman"/>
          <w:b w:val="0"/>
          <w:sz w:val="24"/>
        </w:rPr>
        <w:t>THE PURPOSE OF THIS POWER OF ATTORNEY IS TO GIVE THE PERSON YOU DESIGNATE (YOUR “AGENT”) BROAD POWERS TO HANDLE YOUR PROPERTY, WHICH MAY INCLUDE POWERS TO SELL OR OTHERWISE DISPOSE OF ANY REAL OR PERSONAL PROPERTY WITHOUT ADVANCE NOTICE TO YOU OR APPROVAL BY YOU.</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POWER OF ATTORNEY DOES NOT IMPOSE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ON YOUR AGENT TO EXERCISE GRANTED POWERS, BUT WHEN POWERS ARE EXERCISED, YOUR AGENT MUST USE DUE CARE TO ACT FOR YOUR BENEFIT AND IN ACCORDANCE WITH THIS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YOUR AGENT MAY EXERCISE THE POWERS GIVEN HERE THROUGHOUT YOUR LIFETIME, EVEN AFTER YOU BECOME INCAPACITATED, UNLESS YOU EXPRESSLY LIMIT THE DURATION OF THESE POWERS OR YOU REVOKE THESE POWERS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ACTING ON YOUR BEHALF TERMINATES YOUR AGENT’S AUTHORITY.</w:t>
      </w:r>
    </w:p>
    <w:p>
      <w:pPr>
        <w:keepNext w:val="0"/>
        <w:spacing w:before="200" w:after="0" w:line="260" w:lineRule="exact"/>
        <w:ind w:left="720" w:right="0" w:firstLine="0"/>
        <w:jc w:val="both"/>
      </w:pPr>
      <w:r>
        <w:rPr>
          <w:rFonts w:ascii="Times New Roman" w:hAnsi="Times New Roman" w:eastAsia="Times New Roman" w:cs="Times New Roman"/>
          <w:b w:val="0"/>
          <w:sz w:val="24"/>
        </w:rPr>
        <w:t>YOUR AGENT MUST KEEP YOUR FUNDS SEPARATE FROM YOUR AGENT’S FUNDS.</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CAN TAKE AWAY THE POWERS OF YOUR AGENT IF IT FINDS YOUR AGENT IS NOT ACTING PROPERLY.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POWERS AND DUTIES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ARE EXPLAINED MORE FULLY IN 20 PA. C.S. CH. 56.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THERE IS ANYTHING ABOUT THIS FORM THAT YOU DO NOT UNDERSTAND, YOU SHOULD ASK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LAWYER OF YOUR OWN CHOOSING TO EXPLAIN IT TO YOU.</w:t>
      </w:r>
    </w:p>
    <w:p>
      <w:pPr>
        <w:keepNext w:val="0"/>
        <w:spacing w:before="200" w:after="0" w:line="260" w:lineRule="exact"/>
        <w:ind w:left="720" w:right="0" w:firstLine="0"/>
        <w:jc w:val="both"/>
      </w:pPr>
      <w:r>
        <w:rPr>
          <w:rFonts w:ascii="Times New Roman" w:hAnsi="Times New Roman" w:eastAsia="Times New Roman" w:cs="Times New Roman"/>
          <w:b w:val="0"/>
          <w:sz w:val="24"/>
        </w:rPr>
        <w:t>I HAVE READ OR HAD EXPLAINED TO ME THIS NOTICE AND I UNDERSTAND ITS CONTENTS.</w:t>
      </w:r>
    </w:p>
    <w:p>
      <w:pPr>
        <w:keepNext w:val="0"/>
        <w:spacing w:before="200" w:after="0" w:line="260" w:lineRule="exact"/>
        <w:ind w:left="360" w:right="0" w:firstLine="0"/>
        <w:jc w:val="both"/>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p>
    <w:p>
      <w:pPr>
        <w:keepNext w:val="0"/>
        <w:spacing w:before="120" w:after="0" w:line="260" w:lineRule="exact"/>
        <w:ind w:left="360" w:right="0" w:firstLine="0"/>
        <w:jc w:val="left"/>
      </w:pPr>
      <w:r>
        <w:rPr>
          <w:rFonts w:ascii="Times New Roman" w:hAnsi="Times New Roman" w:eastAsia="Times New Roman" w:cs="Times New Roman"/>
          <w:b/>
          <w:sz w:val="24"/>
        </w:rPr>
        <w:t>ACKNOWLEDGMENT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this [date] day of [month], [year], before 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County and State, personally appeared [name of principal], known to me (or satisfactorily proven) to be the person whose name is subscribed to the within document and acknowledge that they executed the same for the purposes therein contained.</w:t>
      </w: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hereunto set my hand and official seal.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p>
    <w:p>
      <w:pPr>
        <w:keepNext w:val="0"/>
        <w:spacing w:before="120" w:after="0" w:line="260" w:lineRule="exact"/>
        <w:ind w:left="360" w:right="0" w:firstLine="0"/>
        <w:jc w:val="left"/>
      </w:pPr>
      <w:r>
        <w:rPr>
          <w:rFonts w:ascii="Times New Roman" w:hAnsi="Times New Roman" w:eastAsia="Times New Roman" w:cs="Times New Roman"/>
          <w:b/>
          <w:sz w:val="24"/>
        </w:rPr>
        <w:t>AGENT’S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[name of agent], HAVE READ THE ATTACHED POWER OF ATTORNEY AND AM THE PERSON IDENTIFIED AS THE AGENT FOR THE PRINCIPAL. I HEREBY ACKNOWLEDGE THAT IN THE ABSENCE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PROVISION TO THE CONTRARY IN THE POWER OF ATTORNEY OR IN 20 PA. C.S. CH. 56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EXERCISE THE POWERS FOR THE BENEFIT OF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THE ASSETS OF THE PRINCIPAL SEPARATE FROM MY ASSETS.</w:t>
      </w:r>
    </w:p>
    <w:p>
      <w:pPr>
        <w:keepNext w:val="0"/>
        <w:spacing w:before="200" w:after="0" w:line="260" w:lineRule="exact"/>
        <w:ind w:left="1080" w:right="0" w:firstLine="0"/>
        <w:jc w:val="both"/>
      </w:pPr>
      <w:r>
        <w:rPr>
          <w:rFonts w:ascii="Times New Roman" w:hAnsi="Times New Roman" w:eastAsia="Times New Roman" w:cs="Times New Roman"/>
          <w:b w:val="0"/>
          <w:sz w:val="24"/>
        </w:rPr>
        <w:t>I SHALL EXERCISE REASONABLE CAUTION AND PRUDENCE.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SHALL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AND ACCURATE RECORD OF ALL ACTIONS, RECEIPTS, AND DISBURSEMENTS ON BEHALF OF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IN ACCORDANCE WITH THE PRINCIPAL’S REASONABLE EXPECTATIONS TO THE EXTENT ACTUALLY KNOWN BY ME AND, OTHERWISE, IN THE PRINCIPAL’S BEST INTEREST, ACT IN GOOD FAITH AND ACT ONLY WITHIN THE SCOPE OF AUTHORITY GRANTED TO ME BY THE PRINCIPAL IN THE POWER OF ATTORNEY.</w:t>
      </w:r>
    </w:p>
    <w:p>
      <w:pPr>
        <w:keepNext w:val="0"/>
        <w:spacing w:before="200" w:after="0" w:line="260" w:lineRule="exact"/>
        <w:ind w:left="360" w:right="0" w:firstLine="0"/>
        <w:jc w:val="both"/>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[name of agent]</w:t>
      </w:r>
    </w:p>
    <w:p>
      <w:pPr>
        <w:keepNext w:val="0"/>
        <w:spacing w:before="120" w:after="0" w:line="260" w:lineRule="exact"/>
        <w:ind w:left="360" w:right="0" w:firstLine="0"/>
        <w:jc w:val="left"/>
      </w:pPr>
      <w:r>
        <w:rPr>
          <w:rFonts w:ascii="Times New Roman" w:hAnsi="Times New Roman" w:eastAsia="Times New Roman" w:cs="Times New Roman"/>
          <w:b w:val="0"/>
          <w:sz w:val="24"/>
        </w:rPr>
        <w:t>(Agent)</w:t>
      </w:r>
    </w:p>
    <w:p>
      <w:pPr/>
    </w:p>
    <w:p>
      <w:pPr>
        <w:keepNext w:val="0"/>
        <w:spacing w:before="120" w:after="0" w:line="260" w:lineRule="exact"/>
        <w:ind w:left="360" w:right="0" w:firstLine="0"/>
        <w:jc w:val="left"/>
      </w:pPr>
      <w:r>
        <w:rPr>
          <w:rFonts w:ascii="Times New Roman" w:hAnsi="Times New Roman" w:eastAsia="Times New Roman" w:cs="Times New Roman"/>
          <w:b/>
          <w:sz w:val="24"/>
        </w:rPr>
        <w:t>ACKNOWLEDGMENT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this [date] day of [month], [year], before 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County and Commonwealth, personally appeared [name of agent] shown to me (or satisfactorily proven) to be the person whose name is subscribed to the within document and acknowledge that they executed the same for the purposes therein contained.</w:t>
      </w: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hereunto set my hand and official seal.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keepNext w:val="0"/>
        <w:spacing w:before="120" w:after="0" w:line="260" w:lineRule="exact"/>
        <w:ind w:left="360" w:right="0" w:firstLine="0"/>
        <w:jc w:val="left"/>
      </w:pPr>
      <w:r>
        <w:rPr>
          <w:rFonts w:ascii="Times New Roman" w:hAnsi="Times New Roman" w:eastAsia="Times New Roman" w:cs="Times New Roman"/>
          <w:b/>
          <w:sz w:val="24"/>
        </w:rPr>
        <w:t>LIMITED POWER OF ATTORNEY</w:t>
      </w:r>
    </w:p>
    <w:p>
      <w:pPr>
        <w:keepNext w:val="0"/>
        <w:spacing w:before="200" w:after="0" w:line="260" w:lineRule="exact"/>
        <w:ind w:left="720" w:right="0" w:firstLine="0"/>
        <w:jc w:val="both"/>
      </w:pPr>
      <w:r>
        <w:rPr>
          <w:rFonts w:ascii="Times New Roman" w:hAnsi="Times New Roman" w:eastAsia="Times New Roman" w:cs="Times New Roman"/>
          <w:b/>
          <w:sz w:val="24"/>
        </w:rPr>
        <w:t>KNOW ALL MEN BY THESE PRESENTS</w:t>
      </w:r>
      <w:r>
        <w:rPr>
          <w:rFonts w:ascii="Times New Roman" w:hAnsi="Times New Roman" w:eastAsia="Times New Roman" w:cs="Times New Roman"/>
          <w:b w:val="0"/>
          <w:sz w:val="24"/>
        </w:rPr>
        <w:t>, That I, [name of principal], hereby constitute and appoint [name of agent], my Attorney in Fact, with full power and authority, and in my name and stead, to act for me in all matters and things, transact all business, make, execute, deliver, and acknowledge all contracts, orders, deeds, guarantees, notes, bills of sale, certificates of title, mortgages, proxies, disclosure statements, checks, writings, assurances, and investments which may be requisite or proper to effectuate any matter or thing belonging to me regarding the [purchase or sale] of real estate located at [address of real property], bearing Tax Identification No. [tax identification number], as fully as if I could so personally, and in so acting for me in my name to execute, acknowledge, and deliver all papers and instruments to perform all acts and things necessary or convenient for or incidental to the exercise of such power and authority.</w:t>
      </w:r>
    </w:p>
    <w:p>
      <w:pPr>
        <w:keepNext w:val="0"/>
        <w:spacing w:before="200" w:after="0" w:line="260" w:lineRule="exact"/>
        <w:ind w:left="720" w:right="0" w:firstLine="0"/>
        <w:jc w:val="both"/>
      </w:pPr>
      <w:r>
        <w:rPr>
          <w:rFonts w:ascii="Times New Roman" w:hAnsi="Times New Roman" w:eastAsia="Times New Roman" w:cs="Times New Roman"/>
          <w:b w:val="0"/>
          <w:sz w:val="24"/>
        </w:rPr>
        <w:t>Without limiting in any way, the foregoing powers, but only as indicative of my intentions to make this Limited Power of Attorney unqualified, for effecting the above acts, I give my Attorney in Fact the following powers and authority:</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receive, confirm, make, execute, acknowledge, and deliver any and all Notes, Bonds, Obligations, Deeds, Leases, Mortgages, Options, Assignments, Contracts, Mechanic's Lien Waivers, Conveyances, and any other instruments, and to perform all acts necessary and convenient in connection therewith; including, but not limited to,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mortgage and note, as well as any and all other documents required to be signed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lender to secure said indebtedness.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make copies of this Limited Power of Attorney and to certify and deliver the same to any person, corporation, partnership, bank, association, and governmental agency who or which may require the same; to hold harmless all such persons, corporations, partnerships, banks, associations, and governmental agencies acting under such Certified copy, it being my intention to protect them against me, my heirs, executors, administrators, and assigns in all respects as if the original of this instrument had by me been delivered to them or it.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Limited Power of Attorney is intended to hold harmless any person or firm dealing with my Attorney in Fact in good faith.</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Limited Power of Attorney is irrevocable from the date of its execution up to and including [date that limited power of attorney will expire], at which time it shall automatically terminate without affecting any of the matters upon which it was exercised prior thereto. This Limited Power of Attorney shall terminate if I die or become incapacitated.</w:t>
      </w:r>
    </w:p>
    <w:p>
      <w:pPr>
        <w:keepNext w:val="0"/>
        <w:spacing w:before="200" w:after="0" w:line="260" w:lineRule="exact"/>
        <w:ind w:left="360" w:right="0" w:firstLine="0"/>
        <w:jc w:val="both"/>
      </w:pPr>
      <w:r>
        <w:rPr>
          <w:rFonts w:ascii="Times New Roman" w:hAnsi="Times New Roman" w:eastAsia="Times New Roman" w:cs="Times New Roman"/>
          <w:b/>
          <w:sz w:val="24"/>
        </w:rPr>
        <w:t>GIVING AND HEREBY GRANTING UNTO</w:t>
      </w:r>
      <w:r>
        <w:rPr>
          <w:rFonts w:ascii="Times New Roman" w:hAnsi="Times New Roman" w:eastAsia="Times New Roman" w:cs="Times New Roman"/>
          <w:b w:val="0"/>
          <w:sz w:val="24"/>
        </w:rPr>
        <w:t xml:space="preserve"> my Attorney in Fact full power and authority to do and perform all and every act and thing whatsoever requisite and necessary to be done in and about the premises, as fully to all intents and purposes as I might or could do if personally present, hereby ratifying and confirming all that the said Attorney in Fact shall lawfully do or cause to be done herein by virtue of these Presents.</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I have hereunto set my hand and seal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________________________________(SEAL)</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360" w:right="0" w:firstLine="0"/>
        <w:jc w:val="both"/>
      </w:pPr>
      <w:r>
        <w:rPr>
          <w:rFonts w:ascii="Times New Roman" w:hAnsi="Times New Roman" w:eastAsia="Times New Roman" w:cs="Times New Roman"/>
          <w:b w:val="0"/>
          <w:sz w:val="24"/>
        </w:rPr>
        <w:t>[witness name – printed]</w:t>
      </w:r>
      <w:r>
        <w:rPr>
          <w:rFonts w:ascii="Times New Roman" w:hAnsi="Times New Roman" w:eastAsia="Times New Roman" w:cs="Times New Roman"/>
          <w:b w:val="0"/>
          <w:sz w:val="24"/>
        </w:rPr>
        <w:t xml:space="preserve"> ________________________________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[witness name – printed]</w:t>
      </w:r>
      <w:r>
        <w:rPr>
          <w:rFonts w:ascii="Times New Roman" w:hAnsi="Times New Roman" w:eastAsia="Times New Roman" w:cs="Times New Roman"/>
          <w:b w:val="0"/>
          <w:sz w:val="24"/>
        </w:rPr>
        <w:t xml:space="preserve"> ________________________________</w:t>
      </w:r>
    </w:p>
    <w:p>
      <w:pPr/>
    </w:p>
    <w:p>
      <w:pPr>
        <w:keepNext w:val="0"/>
        <w:spacing w:before="120" w:after="0" w:line="260" w:lineRule="exact"/>
        <w:ind w:left="360" w:right="0" w:firstLine="0"/>
        <w:jc w:val="left"/>
      </w:pPr>
      <w:r>
        <w:rPr>
          <w:rFonts w:ascii="Times New Roman" w:hAnsi="Times New Roman" w:eastAsia="Times New Roman" w:cs="Times New Roman"/>
          <w:b/>
          <w:sz w:val="24"/>
        </w:rPr>
        <w:t>ACKNOWLEDGMENT</w:t>
      </w:r>
    </w:p>
    <w:p>
      <w:pPr>
        <w:keepNext w:val="0"/>
        <w:spacing w:before="200" w:after="0" w:line="260" w:lineRule="exact"/>
        <w:ind w:left="360" w:right="0" w:firstLine="0"/>
        <w:jc w:val="both"/>
      </w:pPr>
      <w:r>
        <w:rPr>
          <w:rFonts w:ascii="Times New Roman" w:hAnsi="Times New Roman" w:eastAsia="Times New Roman" w:cs="Times New Roman"/>
          <w:b w:val="0"/>
          <w:sz w:val="24"/>
        </w:rPr>
        <w:t>Before me, the undersigned authority, personally appeared the above named [name of principal], known to me (or satisfactorily proven) to be the person whose name is subscribed to the above and acknowledged the above Limited Power of Attorney to be their act and deed, to the end that the same might be recorded as such.</w:t>
      </w: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have hereunto set my hand and official seal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I have hereunto set my hand and seal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________________________________(SEAL)</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200" w:after="0" w:line="260" w:lineRule="exact"/>
        <w:ind w:left="360" w:right="0" w:firstLine="0"/>
        <w:jc w:val="both"/>
      </w:pPr>
      <w:r>
        <w:rPr>
          <w:rFonts w:ascii="Times New Roman" w:hAnsi="Times New Roman" w:eastAsia="Times New Roman" w:cs="Times New Roman"/>
          <w:b/>
          <w:sz w:val="24"/>
        </w:rPr>
        <w:t>Witnesses:</w:t>
      </w:r>
    </w:p>
    <w:p>
      <w:pPr>
        <w:keepNext w:val="0"/>
        <w:spacing w:before="200" w:after="0" w:line="260" w:lineRule="exact"/>
        <w:ind w:left="360" w:right="0" w:firstLine="0"/>
        <w:jc w:val="both"/>
      </w:pPr>
      <w:r>
        <w:rPr>
          <w:rFonts w:ascii="Times New Roman" w:hAnsi="Times New Roman" w:eastAsia="Times New Roman" w:cs="Times New Roman"/>
          <w:b w:val="0"/>
          <w:sz w:val="24"/>
        </w:rPr>
        <w:t>[witness name – printed]</w:t>
      </w:r>
      <w:r>
        <w:rPr>
          <w:rFonts w:ascii="Times New Roman" w:hAnsi="Times New Roman" w:eastAsia="Times New Roman" w:cs="Times New Roman"/>
          <w:b w:val="0"/>
          <w:sz w:val="24"/>
        </w:rPr>
        <w:t xml:space="preserve"> ________________________________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[witness name – printed]</w:t>
      </w:r>
      <w:r>
        <w:rPr>
          <w:rFonts w:ascii="Times New Roman" w:hAnsi="Times New Roman" w:eastAsia="Times New Roman" w:cs="Times New Roman"/>
          <w:b w:val="0"/>
          <w:sz w:val="24"/>
        </w:rPr>
        <w:t xml:space="preserve"> ________________________________</w:t>
      </w:r>
    </w:p>
    <w:p>
      <w:pPr/>
    </w:p>
    <w:p>
      <w:pPr>
        <w:keepNext w:val="0"/>
        <w:spacing w:before="120" w:after="0" w:line="260" w:lineRule="exact"/>
        <w:ind w:left="360" w:right="0" w:firstLine="0"/>
        <w:jc w:val="left"/>
      </w:pPr>
      <w:r>
        <w:rPr>
          <w:rFonts w:ascii="Times New Roman" w:hAnsi="Times New Roman" w:eastAsia="Times New Roman" w:cs="Times New Roman"/>
          <w:b/>
          <w:sz w:val="24"/>
        </w:rPr>
        <w:t>ACKNOWLEDGMENT</w:t>
      </w:r>
    </w:p>
    <w:p>
      <w:pPr>
        <w:keepNext w:val="0"/>
        <w:spacing w:before="200" w:after="0" w:line="260" w:lineRule="exact"/>
        <w:ind w:left="360" w:right="0" w:firstLine="0"/>
        <w:jc w:val="both"/>
      </w:pPr>
      <w:r>
        <w:rPr>
          <w:rFonts w:ascii="Times New Roman" w:hAnsi="Times New Roman" w:eastAsia="Times New Roman" w:cs="Times New Roman"/>
          <w:b w:val="0"/>
          <w:sz w:val="24"/>
        </w:rPr>
        <w:t>Before me, the undersigned authority, personally appeared the above named [name of principal], known to me (or satisfactorily proven) to be the person whose name is subscribed to the above and acknowledged the above Limited Power of Attorney to be their act and deed, to the end that the same might be recorded as such.</w:t>
      </w: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have hereunto set my hand and official seal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