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Limited 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LIMITED POWER OF ATTORNEY</w:t>
      </w:r>
    </w:p>
    <w:p>
      <w:pPr>
        <w:keepNext w:val="0"/>
        <w:spacing w:before="120" w:after="0" w:line="260" w:lineRule="exact"/>
        <w:ind w:left="720" w:right="0" w:firstLine="240"/>
        <w:jc w:val="left"/>
      </w:pPr>
      <w:r>
        <w:rPr>
          <w:rFonts w:ascii="Times New Roman" w:hAnsi="Times New Roman" w:eastAsia="Times New Roman" w:cs="Times New Roman"/>
          <w:b w:val="0"/>
          <w:sz w:val="24"/>
        </w:rPr>
        <w:t>I, [principal name], of [city], Michigan, hereby execute this Limited Power of Attorney with the intention that the attorney-in-fact hereinafter named shall be able to act in my place for the purposes set forth herein.</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ATTORNEY-IN-FACT.</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I constitute and appoint [attorney-in-fact name] to be my attorney-in-fact to act for me, in my name, and in my place, to do the things described in this Limited 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EFFECTIVE DATE OF POWER OF ATTORNEY.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This Limited Power of Attorney shall be effective as of the date of its execution by me.</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This Limited Power of Attorney shall not be affected by my disability, incapacity, or lapse of time, it being my specific intention that my attorneys-in-fact, or either of them, shall continue to act as such even though I may not be competent to ratify the actions of my attorneys-in-fact, or either of them.</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On or about [date of contract], I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for the sale of [describe property or assets] to [buyer name]. Pursuant to that contract, settlement is to be held on or before [settlement or closing date]. My attorney-in-fact shall have all of the powers necessary to comply with that contract. In addition thereto, and not in limitation thereof, my attorney-in-fact shall also have the powers set forth below.</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attorney-in-fact may collect and receive, with or without the institution of suit or other legal process, all debts, monies, and interest due to me pursuant to the aforementioned contract.</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attorney-in-fact may endorse my name for deposit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savings, checking, or money market account of mine with respect to sums payable to me pursuant to the aforementioned contract.</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attorney-in-fact may consent to the disbursement from proceeds due to me pursuant to the aforementioned contract for all items or charges properly payable by me pursuant to said contract, including (but not limited to) recordation costs, transfer taxes, documentary stamps, and other expenses.</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attorney-in-fact may execute, seal, acknowledge, and deliver any documents necessary, advisable, or expedient with respect to the aforementioned contract.</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RATIFICATION; REFUSAL BY THIRD PARTIES TO ACT.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hereby ratify, allow, acknowledge, and hold firm and valid all acts heretofore or hereafter taken by my attorney-in-fact by virtue of these presents in connection with the aforementioned contract.</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the event of refusal of any person or entity to recognize the authority of my attorney-in-fact granted by this instrument in either general or specific terms, I hereby authorize my attorney in my name and on my behalf, to sue such person or entity.</w:t>
      </w:r>
    </w:p>
    <w:p>
      <w:pPr>
        <w:keepNext w:val="0"/>
        <w:spacing w:before="120" w:after="0" w:line="260" w:lineRule="exact"/>
        <w:ind w:left="360" w:right="0" w:firstLine="0"/>
        <w:jc w:val="left"/>
      </w:pPr>
      <w:r>
        <w:rPr>
          <w:rFonts w:ascii="Times New Roman" w:hAnsi="Times New Roman" w:eastAsia="Times New Roman" w:cs="Times New Roman"/>
          <w:b w:val="0"/>
          <w:sz w:val="24"/>
        </w:rPr>
        <w:t>Dated: [date of execution]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 (</w:t>
      </w:r>
      <w:r>
        <w:rPr>
          <w:rFonts w:ascii="Times New Roman" w:hAnsi="Times New Roman" w:eastAsia="Times New Roman" w:cs="Times New Roman"/>
          <w:b w:val="0"/>
          <w:sz w:val="24"/>
        </w:rPr>
        <w:t>signature of principal</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[principal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WITNESSES: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(signature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(signature of witness)</w:t>
      </w:r>
    </w:p>
    <w:p>
      <w:pPr>
        <w:keepNext w:val="0"/>
        <w:spacing w:before="200" w:after="0" w:line="260" w:lineRule="exact"/>
        <w:ind w:left="360" w:right="0" w:firstLine="0"/>
        <w:jc w:val="both"/>
      </w:pPr>
      <w:r>
        <w:rPr>
          <w:rFonts w:ascii="Times New Roman" w:hAnsi="Times New Roman" w:eastAsia="Times New Roman" w:cs="Times New Roman"/>
          <w:b w:val="0"/>
          <w:sz w:val="24"/>
        </w:rPr>
        <w:t>STATE OF MICHIGAN</w:t>
      </w:r>
    </w:p>
    <w:p>
      <w:pPr>
        <w:keepNext w:val="0"/>
        <w:spacing w:before="60" w:after="0" w:line="260" w:lineRule="exact"/>
        <w:ind w:left="360" w:right="0" w:firstLine="0"/>
        <w:jc w:val="both"/>
      </w:pPr>
      <w:r>
        <w:rPr>
          <w:rFonts w:ascii="Times New Roman" w:hAnsi="Times New Roman" w:eastAsia="Times New Roman" w:cs="Times New Roman"/>
          <w:b w:val="0"/>
          <w:sz w:val="24"/>
        </w:rPr>
        <w:t>COUNTY OF 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ss</w:t>
      </w:r>
    </w:p>
    <w:p>
      <w:pPr>
        <w:keepNext w:val="0"/>
        <w:spacing w:before="120" w:after="0" w:line="260" w:lineRule="exact"/>
        <w:ind w:left="360" w:right="0" w:firstLine="240"/>
        <w:jc w:val="left"/>
      </w:pPr>
      <w:r>
        <w:rPr>
          <w:rFonts w:ascii="Times New Roman" w:hAnsi="Times New Roman" w:eastAsia="Times New Roman" w:cs="Times New Roman"/>
          <w:b w:val="0"/>
          <w:sz w:val="24"/>
        </w:rPr>
        <w:t>On [date], before me personally appeared [principal name], and acknowledged the foregoing Limited Power of Attorney to be his/her free act.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[county name] County, Michigan</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[expiration date]</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notary seal</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