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LIMITED POWER OF ATTORNEY</w:t>
      </w:r>
    </w:p>
    <w:p>
      <w:pPr>
        <w:keepNext w:val="0"/>
        <w:spacing w:before="120" w:after="0" w:line="260" w:lineRule="exact"/>
        <w:ind w:left="720" w:right="0" w:firstLine="240"/>
        <w:jc w:val="left"/>
      </w:pPr>
      <w:r>
        <w:rPr>
          <w:rFonts w:ascii="Times New Roman" w:hAnsi="Times New Roman" w:eastAsia="Times New Roman" w:cs="Times New Roman"/>
          <w:b w:val="0"/>
          <w:sz w:val="24"/>
        </w:rPr>
        <w:t>I, [principal name], of [city], Michigan, hereby execute this Limited Power of Attorney with the intention that the attorneys-in-fact, or either of them, hereinafter named shall be able to act in my place for the purposes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ATTORNEY-IN-FACT.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I constitute and appoint [first attorney-in-fact name] and [second attorney-in-fact name], or either one of them acting alone, to be my attorney-in-fact to act for me, in my name, and in my place, to do the things described in this Limited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POWER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be effective as of the date of its execution by me.</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not be affected by my disability, incapacity, or lapse of time, it being my specific intention that my attorneys-in-fact, or either of them, shall continue to act as such even though I may not be competent to ratify the actions of my attorneys-in-fact, or either of them.</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or about [date of contract], I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for the sale of [describe property or assets] to [buyer name]. Pursuant to that contract, settlement is to be held on or before [anticipated settlement or closing date]. My attorneys-in-fact, or either of them, shall have all of the powers necessary to comply with that contract. In addition thereto, and not in limitation thereof, my attorneys-in-fact, or either of them, shall also have the powers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3.2.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collect and receive, with or without the institution of suit or other legal process, all debts, monies, and interest due to me pursuant to the aforementioned contract.</w:t>
      </w:r>
    </w:p>
    <w:p>
      <w:pPr>
        <w:keepNext w:val="0"/>
        <w:spacing w:before="120" w:after="0" w:line="260" w:lineRule="exact"/>
        <w:ind w:left="1080" w:right="0" w:firstLine="0"/>
        <w:jc w:val="left"/>
      </w:pPr>
      <w:r>
        <w:rPr>
          <w:rFonts w:ascii="Times New Roman" w:hAnsi="Times New Roman" w:eastAsia="Times New Roman" w:cs="Times New Roman"/>
          <w:b w:val="0"/>
          <w:sz w:val="24"/>
        </w:rPr>
        <w:t>3.3.</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endorse my name for deposit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savings, checking, or money market account of mine with respect to sums payable to me pursuant to the aforementioned contract.</w:t>
      </w:r>
    </w:p>
    <w:p>
      <w:pPr>
        <w:keepNext w:val="0"/>
        <w:spacing w:before="120" w:after="0" w:line="260" w:lineRule="exact"/>
        <w:ind w:left="1080" w:right="0" w:firstLine="0"/>
        <w:jc w:val="left"/>
      </w:pPr>
      <w:r>
        <w:rPr>
          <w:rFonts w:ascii="Times New Roman" w:hAnsi="Times New Roman" w:eastAsia="Times New Roman" w:cs="Times New Roman"/>
          <w:b w:val="0"/>
          <w:sz w:val="24"/>
        </w:rPr>
        <w:t>3.4.</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consent to the disbursement from proceeds due to me pursuant to the aforementioned contract for all items or charges properly payable by me pursuant to said contract, including (but not limited to) recordation costs, transfer taxes, documentary stamps, and other expenses.</w:t>
      </w:r>
    </w:p>
    <w:p>
      <w:pPr>
        <w:keepNext w:val="0"/>
        <w:spacing w:before="120" w:after="0" w:line="260" w:lineRule="exact"/>
        <w:ind w:left="1080" w:right="0" w:firstLine="0"/>
        <w:jc w:val="left"/>
      </w:pPr>
      <w:r>
        <w:rPr>
          <w:rFonts w:ascii="Times New Roman" w:hAnsi="Times New Roman" w:eastAsia="Times New Roman" w:cs="Times New Roman"/>
          <w:b w:val="0"/>
          <w:sz w:val="24"/>
        </w:rPr>
        <w:t>3.5.</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execute, seal, acknowledge, and deliver any deeds or other documents necessary, advisable, or expedient with respect to the aforementioned contract.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REFUSAL BY THIRD PARTIES TO ACT.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 hereby ratify, allow, acknowledge, and hold firm and valid all acts heretofore or hereafter taken by my attorneys-in-fact, or either of them, by virtue of these presents in connection with the aforementioned contract.</w:t>
      </w:r>
    </w:p>
    <w:p>
      <w:pPr>
        <w:keepNext w:val="0"/>
        <w:spacing w:before="120" w:after="0" w:line="260" w:lineRule="exact"/>
        <w:ind w:left="1080" w:right="0" w:firstLine="0"/>
        <w:jc w:val="left"/>
      </w:pPr>
      <w:r>
        <w:rPr>
          <w:rFonts w:ascii="Times New Roman" w:hAnsi="Times New Roman" w:eastAsia="Times New Roman" w:cs="Times New Roman"/>
          <w:b w:val="0"/>
          <w:sz w:val="24"/>
        </w:rPr>
        <w:t>4.2.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 the event of refusal of any person or entity to recognize the authority of my attorneys-in-fact, or either of them, granted by this instrument in either general or specific terms, I hereby authorize my attorneys, or either of them, in my name and on my behalf, to sue such person or entity.</w:t>
      </w:r>
    </w:p>
    <w:p>
      <w:pPr>
        <w:keepNext w:val="0"/>
        <w:spacing w:before="120" w:after="0" w:line="260" w:lineRule="exact"/>
        <w:ind w:left="360" w:right="0" w:firstLine="0"/>
        <w:jc w:val="left"/>
      </w:pPr>
      <w:r>
        <w:rPr>
          <w:rFonts w:ascii="Times New Roman" w:hAnsi="Times New Roman" w:eastAsia="Times New Roman" w:cs="Times New Roman"/>
          <w:b w:val="0"/>
          <w:sz w:val="24"/>
        </w:rPr>
        <w:t>Dated: [date of execution]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 (</w:t>
      </w:r>
      <w:r>
        <w:rPr>
          <w:rFonts w:ascii="Times New Roman" w:hAnsi="Times New Roman" w:eastAsia="Times New Roman" w:cs="Times New Roman"/>
          <w:b w:val="0"/>
          <w:sz w:val="24"/>
        </w:rPr>
        <w:t>signature of principal</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[principal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WITNESSES: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200" w:after="0" w:line="260" w:lineRule="exact"/>
        <w:ind w:left="360" w:right="0" w:firstLine="0"/>
        <w:jc w:val="both"/>
      </w:pPr>
      <w:r>
        <w:rPr>
          <w:rFonts w:ascii="Times New Roman" w:hAnsi="Times New Roman" w:eastAsia="Times New Roman" w:cs="Times New Roman"/>
          <w:b w:val="0"/>
          <w:sz w:val="24"/>
        </w:rPr>
        <w:t>STATE OF MICHIGAN</w:t>
      </w:r>
    </w:p>
    <w:p>
      <w:pPr>
        <w:keepNext w:val="0"/>
        <w:spacing w:before="60" w:after="0" w:line="260" w:lineRule="exact"/>
        <w:ind w:left="360" w:right="0" w:firstLine="0"/>
        <w:jc w:val="both"/>
      </w:pPr>
      <w:r>
        <w:rPr>
          <w:rFonts w:ascii="Times New Roman" w:hAnsi="Times New Roman" w:eastAsia="Times New Roman" w:cs="Times New Roman"/>
          <w:b w:val="0"/>
          <w:sz w:val="24"/>
        </w:rPr>
        <w:t>COUNTY OF 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ss</w:t>
      </w:r>
    </w:p>
    <w:p>
      <w:pPr>
        <w:keepNext w:val="0"/>
        <w:spacing w:before="120" w:after="0" w:line="260" w:lineRule="exact"/>
        <w:ind w:left="360" w:right="0" w:firstLine="240"/>
        <w:jc w:val="left"/>
      </w:pPr>
      <w:r>
        <w:rPr>
          <w:rFonts w:ascii="Times New Roman" w:hAnsi="Times New Roman" w:eastAsia="Times New Roman" w:cs="Times New Roman"/>
          <w:b w:val="0"/>
          <w:sz w:val="24"/>
        </w:rPr>
        <w:t>On [date], before me personally appeared [principal name], and acknowledged the foregoing Limited Power of Attorney to be his/her free act.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notary)</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[county name] County, Michigan</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[expiration 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notary seal</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