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spacing w:before="53" w:after="0"/>
        <w:jc w:val="center"/>
      </w:pPr>
      <w:r>
        <w:rPr>
          <w:rFonts w:ascii="Times New Roman" w:hAnsi="Times New Roman" w:eastAsia="Times New Roman" w:cs="Times New Roman"/>
          <w:b/>
          <w:sz w:val="24"/>
        </w:rPr>
        <w:t>Limited Power 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Attorney</w:t>
      </w:r>
    </w:p>
    <w:p>
      <w:pPr>
        <w:spacing w:before="10" w:after="0"/>
      </w:pPr>
    </w:p>
    <w:p>
      <w:pPr>
        <w:spacing w:line="276" w:lineRule="exact"/>
      </w:pPr>
      <w:r>
        <w:rPr>
          <w:rFonts w:ascii="Times New Roman" w:hAnsi="Times New Roman" w:eastAsia="Times New Roman" w:cs="Times New Roman"/>
          <w:sz w:val="24"/>
        </w:rPr>
        <w:t>BE IT ACKNOWLEDGED that</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PRINCIPAL]</w:t>
      </w:r>
      <w:r>
        <w:rPr>
          <w:rFonts w:ascii="Times New Roman" w:hAnsi="Times New Roman" w:eastAsia="Times New Roman" w:cs="Times New Roman"/>
          <w:sz w:val="24"/>
        </w:rPr>
        <w:tab/>
      </w:r>
    </w:p>
    <w:p>
      <w:pPr>
        <w:spacing w:line="276" w:lineRule="exact"/>
      </w:pPr>
    </w:p>
    <w:p>
      <w:pPr>
        <w:spacing w:line="276" w:lineRule="exact"/>
      </w:pPr>
      <w:r>
        <w:rPr>
          <w:rFonts w:ascii="Times New Roman" w:hAnsi="Times New Roman" w:eastAsia="Times New Roman" w:cs="Times New Roman"/>
          <w:sz w:val="24"/>
        </w:rPr>
        <w:t>[SOCIAL SECURITY NUMBER]</w:t>
      </w:r>
      <w:r>
        <w:rPr>
          <w:rFonts w:ascii="Times New Roman" w:hAnsi="Times New Roman" w:eastAsia="Times New Roman" w:cs="Times New Roman"/>
          <w:sz w:val="24"/>
        </w:rPr>
        <w:t>, the “Principal”, do hereby grant a limited</w:t>
      </w:r>
      <w:r>
        <w:rPr>
          <w:rFonts w:ascii="Times New Roman" w:hAnsi="Times New Roman" w:eastAsia="Times New Roman" w:cs="Times New Roman"/>
          <w:sz w:val="24"/>
        </w:rPr>
        <w:t xml:space="preserve"> </w:t>
      </w:r>
    </w:p>
    <w:p>
      <w:pPr>
        <w:spacing w:line="276" w:lineRule="exact"/>
      </w:pPr>
      <w:r>
        <w:rPr>
          <w:rFonts w:ascii="Times New Roman" w:hAnsi="Times New Roman" w:eastAsia="Times New Roman" w:cs="Times New Roman"/>
          <w:sz w:val="24"/>
        </w:rPr>
        <w:t xml:space="preserve">                         </w:t>
      </w:r>
    </w:p>
    <w:p>
      <w:pPr>
        <w:spacing w:line="276" w:lineRule="exact"/>
      </w:pPr>
      <w:r>
        <w:rPr>
          <w:rFonts w:ascii="Times New Roman" w:hAnsi="Times New Roman" w:eastAsia="Times New Roman" w:cs="Times New Roman"/>
          <w:sz w:val="24"/>
        </w:rPr>
        <w:t>and specific power of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[AGENT'S ADDRESS]</w:t>
      </w:r>
      <w:r>
        <w:rPr>
          <w:rFonts w:ascii="Times New Roman" w:hAnsi="Times New Roman" w:eastAsia="Times New Roman" w:cs="Times New Roman"/>
          <w:sz w:val="24"/>
        </w:rPr>
        <w:t xml:space="preserve">, </w:t>
      </w:r>
    </w:p>
    <w:p>
      <w:pPr>
        <w:spacing w:line="276" w:lineRule="exact"/>
      </w:pPr>
    </w:p>
    <w:p>
      <w:pPr>
        <w:spacing w:line="276" w:lineRule="exact"/>
      </w:pPr>
      <w:r>
        <w:rPr>
          <w:rFonts w:ascii="Times New Roman" w:hAnsi="Times New Roman" w:eastAsia="Times New Roman" w:cs="Times New Roman"/>
          <w:sz w:val="24"/>
        </w:rPr>
        <w:t>[AGENT'S PHONE NUMBER]</w:t>
      </w:r>
      <w:r>
        <w:rPr>
          <w:rFonts w:ascii="Times New Roman" w:hAnsi="Times New Roman" w:eastAsia="Times New Roman" w:cs="Times New Roman"/>
          <w:sz w:val="24"/>
        </w:rPr>
        <w:t xml:space="preserve"> as my</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Attorney-in-Fact”.</w:t>
      </w:r>
    </w:p>
    <w:p>
      <w:pPr/>
    </w:p>
    <w:p>
      <w:pPr>
        <w:ind w:firstLine="720"/>
      </w:pPr>
      <w:r>
        <w:rPr>
          <w:rFonts w:ascii="Times New Roman" w:hAnsi="Times New Roman" w:eastAsia="Times New Roman" w:cs="Times New Roman"/>
          <w:sz w:val="24"/>
        </w:rPr>
        <w:t>Said Attorney-in-Fact shall have full power and authority to undertake and</w:t>
      </w:r>
      <w:r>
        <w:rPr>
          <w:rFonts w:ascii="Times New Roman" w:hAnsi="Times New Roman" w:eastAsia="Times New Roman" w:cs="Times New Roman"/>
          <w:sz w:val="24"/>
        </w:rPr>
        <w:t xml:space="preserve"> </w:t>
      </w:r>
      <w:r>
        <w:rPr>
          <w:rFonts w:ascii="Times New Roman" w:hAnsi="Times New Roman" w:eastAsia="Times New Roman" w:cs="Times New Roman"/>
          <w:sz w:val="24"/>
        </w:rPr>
        <w:t>perform only the following acts on my</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p>
    <w:p>
      <w:pPr/>
    </w:p>
    <w:p>
      <w:pPr/>
    </w:p>
    <w:p>
      <w:pPr/>
      <w:r>
        <w:rPr>
          <w:rFonts w:ascii="Times New Roman" w:hAnsi="Times New Roman" w:eastAsia="Times New Roman" w:cs="Times New Roman"/>
          <w:sz w:val="24"/>
        </w:rPr>
        <w:t xml:space="preserve">1.  </w:t>
      </w:r>
      <w:r>
        <w:rPr>
          <w:rFonts w:ascii="Times New Roman" w:hAnsi="Times New Roman" w:eastAsia="Times New Roman" w:cs="Times New Roman"/>
          <w:sz w:val="24"/>
        </w:rPr>
        <w:t>[DESCRIBE ACT]</w:t>
      </w:r>
      <w:r>
        <w:rPr>
          <w:rFonts w:ascii="Times New Roman" w:hAnsi="Times New Roman" w:eastAsia="Times New Roman" w:cs="Times New Roman"/>
          <w:sz w:val="24"/>
        </w:rPr>
        <w:tab/>
      </w:r>
    </w:p>
    <w:p>
      <w:pPr>
        <w:jc w:val="center"/>
      </w:pPr>
    </w:p>
    <w:p>
      <w:pPr/>
      <w:r>
        <w:rPr>
          <w:rFonts w:ascii="Times New Roman" w:hAnsi="Times New Roman" w:eastAsia="Times New Roman" w:cs="Times New Roman"/>
          <w:sz w:val="24"/>
        </w:rPr>
        <w:t xml:space="preserve">2.  </w:t>
      </w:r>
      <w:r>
        <w:rPr>
          <w:rFonts w:ascii="Times New Roman" w:hAnsi="Times New Roman" w:eastAsia="Times New Roman" w:cs="Times New Roman"/>
          <w:sz w:val="24"/>
        </w:rPr>
        <w:t>[DESCRIBE ACT]</w:t>
      </w:r>
      <w:r>
        <w:rPr>
          <w:rFonts w:ascii="Times New Roman" w:hAnsi="Times New Roman" w:eastAsia="Times New Roman" w:cs="Times New Roman"/>
          <w:sz w:val="24"/>
        </w:rPr>
        <w:tab/>
      </w:r>
    </w:p>
    <w:p>
      <w:pPr>
        <w:jc w:val="center"/>
      </w:pPr>
    </w:p>
    <w:p>
      <w:pPr/>
      <w:r>
        <w:rPr>
          <w:rFonts w:ascii="Times New Roman" w:hAnsi="Times New Roman" w:eastAsia="Times New Roman" w:cs="Times New Roman"/>
          <w:sz w:val="24"/>
        </w:rPr>
        <w:t xml:space="preserve">3.  </w:t>
      </w:r>
      <w:r>
        <w:rPr>
          <w:rFonts w:ascii="Times New Roman" w:hAnsi="Times New Roman" w:eastAsia="Times New Roman" w:cs="Times New Roman"/>
          <w:sz w:val="24"/>
        </w:rPr>
        <w:t>[DESCRIBE ACT]</w:t>
      </w:r>
    </w:p>
    <w:p>
      <w:pPr/>
      <w:r>
        <w:rPr>
          <w:rFonts w:ascii="Times New Roman" w:hAnsi="Times New Roman" w:eastAsia="Times New Roman" w:cs="Times New Roman"/>
          <w:sz w:val="24"/>
        </w:rPr>
        <w:tab/>
      </w:r>
    </w:p>
    <w:p>
      <w:pPr/>
      <w:r>
        <w:rPr>
          <w:rFonts w:ascii="Times New Roman" w:hAnsi="Times New Roman" w:eastAsia="Times New Roman" w:cs="Times New Roman"/>
          <w:sz w:val="24"/>
        </w:rPr>
        <w:t>The authority herein shall include such incidental acts as are reasonably required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carry out and perform the specific authorities granted</w:t>
      </w:r>
      <w:r>
        <w:rPr>
          <w:rFonts w:ascii="Times New Roman" w:hAnsi="Times New Roman" w:eastAsia="Times New Roman" w:cs="Times New Roman"/>
          <w:sz w:val="24"/>
        </w:rPr>
        <w:t xml:space="preserve"> </w:t>
      </w:r>
      <w:r>
        <w:rPr>
          <w:rFonts w:ascii="Times New Roman" w:hAnsi="Times New Roman" w:eastAsia="Times New Roman" w:cs="Times New Roman"/>
          <w:sz w:val="24"/>
        </w:rPr>
        <w:t>herein. My Attorney-in-Fact agrees to accept this appointment subject to its terms, and</w:t>
      </w:r>
      <w:r>
        <w:rPr>
          <w:rFonts w:ascii="Times New Roman" w:hAnsi="Times New Roman" w:eastAsia="Times New Roman" w:cs="Times New Roman"/>
          <w:sz w:val="24"/>
        </w:rPr>
        <w:t xml:space="preserve"> </w:t>
      </w:r>
      <w:r>
        <w:rPr>
          <w:rFonts w:ascii="Times New Roman" w:hAnsi="Times New Roman" w:eastAsia="Times New Roman" w:cs="Times New Roman"/>
          <w:sz w:val="24"/>
        </w:rPr>
        <w:t>agrees</w:t>
      </w:r>
      <w:r>
        <w:rPr>
          <w:rFonts w:ascii="Times New Roman" w:hAnsi="Times New Roman" w:eastAsia="Times New Roman" w:cs="Times New Roman"/>
          <w:sz w:val="24"/>
        </w:rPr>
        <w:t xml:space="preserve"> </w:t>
      </w:r>
      <w:r>
        <w:rPr>
          <w:rFonts w:ascii="Times New Roman" w:hAnsi="Times New Roman" w:eastAsia="Times New Roman" w:cs="Times New Roman"/>
          <w:sz w:val="24"/>
        </w:rPr>
        <w:t>to act and perform in said fiduciary capacity consistent with my best interest, as</w:t>
      </w:r>
      <w:r>
        <w:rPr>
          <w:rFonts w:ascii="Times New Roman" w:hAnsi="Times New Roman" w:eastAsia="Times New Roman" w:cs="Times New Roman"/>
          <w:sz w:val="24"/>
        </w:rPr>
        <w:t xml:space="preserve"> </w:t>
      </w:r>
      <w:r>
        <w:rPr>
          <w:rFonts w:ascii="Times New Roman" w:hAnsi="Times New Roman" w:eastAsia="Times New Roman" w:cs="Times New Roman"/>
          <w:sz w:val="24"/>
        </w:rPr>
        <w:t>my Attorney-in-Fact in its discretion deems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advisable. This power of attorney is effective upon execution. </w:t>
      </w:r>
    </w:p>
    <w:p>
      <w:pPr/>
    </w:p>
    <w:p>
      <w:pPr/>
      <w:r>
        <w:rPr>
          <w:rFonts w:ascii="Times New Roman" w:hAnsi="Times New Roman" w:eastAsia="Times New Roman" w:cs="Times New Roman"/>
          <w:sz w:val="24"/>
        </w:rPr>
        <w:t>This power of attorney may</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revoked by any of the following:</w:t>
      </w:r>
    </w:p>
    <w:p>
      <w:pPr/>
    </w:p>
    <w:p>
      <w:pPr>
        <w:jc w:val="center"/>
      </w:pPr>
      <w:r>
        <w:rPr>
          <w:rFonts w:ascii="Times New Roman" w:hAnsi="Times New Roman" w:eastAsia="Times New Roman" w:cs="Times New Roman"/>
          <w:b/>
          <w:sz w:val="24"/>
        </w:rPr>
        <w:t>(Initial and Check the Box if Applicable)</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By the Principal at anytime by authorizing a Revocation.</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When the above stated one (1) time power or responsibility has been completed.</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 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This power of attorney form shall automatically be revoked upon my death or incapacitation,</w:t>
      </w:r>
      <w:r>
        <w:rPr>
          <w:rFonts w:ascii="Times New Roman" w:hAnsi="Times New Roman" w:eastAsia="Times New Roman" w:cs="Times New Roman"/>
          <w:sz w:val="24"/>
        </w:rPr>
        <w:t xml:space="preserve"> </w:t>
      </w:r>
      <w:r>
        <w:rPr>
          <w:rFonts w:ascii="Times New Roman" w:hAnsi="Times New Roman" w:eastAsia="Times New Roman" w:cs="Times New Roman"/>
          <w:sz w:val="24"/>
        </w:rPr>
        <w:t>provided any person relying on this power of attorney shall have full rights to accept and</w:t>
      </w:r>
      <w:r>
        <w:rPr>
          <w:rFonts w:ascii="Times New Roman" w:hAnsi="Times New Roman" w:eastAsia="Times New Roman" w:cs="Times New Roman"/>
          <w:sz w:val="24"/>
        </w:rPr>
        <w:t xml:space="preserve"> </w:t>
      </w:r>
      <w:r>
        <w:rPr>
          <w:rFonts w:ascii="Times New Roman" w:hAnsi="Times New Roman" w:eastAsia="Times New Roman" w:cs="Times New Roman"/>
          <w:sz w:val="24"/>
        </w:rPr>
        <w:t>reply</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authority of my Attorney-in-Fact until in receipt of actual notice of</w:t>
      </w:r>
      <w:r>
        <w:rPr>
          <w:rFonts w:ascii="Times New Roman" w:hAnsi="Times New Roman" w:eastAsia="Times New Roman" w:cs="Times New Roman"/>
          <w:sz w:val="24"/>
        </w:rPr>
        <w:t xml:space="preserve"> </w:t>
      </w:r>
      <w:r>
        <w:rPr>
          <w:rFonts w:ascii="Times New Roman" w:hAnsi="Times New Roman" w:eastAsia="Times New Roman" w:cs="Times New Roman"/>
          <w:sz w:val="24"/>
        </w:rPr>
        <w:t>revocation.</w:t>
      </w:r>
    </w:p>
    <w:p>
      <w:pPr/>
    </w:p>
    <w:p>
      <w:pPr/>
    </w:p>
    <w:p>
      <w:pPr/>
    </w:p>
    <w:p>
      <w:pPr/>
    </w:p>
    <w:p>
      <w:pPr/>
    </w:p>
    <w:p>
      <w:pPr/>
      <w:r>
        <w:rPr>
          <w:rFonts w:ascii="Times New Roman" w:hAnsi="Times New Roman" w:eastAsia="Times New Roman" w:cs="Times New Roman"/>
          <w:b/>
          <w:sz w:val="24"/>
        </w:rPr>
        <w:t>State Law</w:t>
      </w:r>
      <w:r>
        <w:rPr>
          <w:rFonts w:ascii="Times New Roman" w:hAnsi="Times New Roman" w:eastAsia="Times New Roman" w:cs="Times New Roman"/>
          <w:sz w:val="24"/>
        </w:rPr>
        <w:t xml:space="preserve">. This Power of Attorney is governed by the laws of the State of </w:t>
      </w:r>
    </w:p>
    <w:p>
      <w:pPr/>
    </w:p>
    <w:p>
      <w:pP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 YEAR]</w:t>
      </w:r>
      <w:r>
        <w:rPr>
          <w:rFonts w:ascii="Times New Roman" w:hAnsi="Times New Roman" w:eastAsia="Times New Roman" w:cs="Times New Roman"/>
          <w:sz w:val="24"/>
        </w:rPr>
        <w:t>.</w:t>
      </w:r>
    </w:p>
    <w:p>
      <w:pPr/>
    </w:p>
    <w:p>
      <w:pPr>
        <w:spacing w:before="2" w:after="0"/>
      </w:pPr>
      <w:r>
        <w:rPr>
          <w:rFonts w:ascii="Times New Roman" w:hAnsi="Times New Roman" w:eastAsia="Times New Roman" w:cs="Times New Roman"/>
          <w:sz w:val="24"/>
        </w:rPr>
        <w:t>___________________________</w:t>
      </w:r>
    </w:p>
    <w:p>
      <w:pPr>
        <w:spacing w:line="20" w:lineRule="exact"/>
      </w:pPr>
    </w:p>
    <w:p>
      <w:pPr>
        <w:spacing w:line="173" w:lineRule="exact"/>
      </w:pPr>
      <w:r>
        <w:rPr>
          <w:rFonts w:ascii="Times New Roman" w:hAnsi="Times New Roman" w:eastAsia="Times New Roman" w:cs="Times New Roman"/>
          <w:sz w:val="24"/>
        </w:rPr>
        <w:t>Signature</w:t>
      </w:r>
    </w:p>
    <w:p>
      <w:pPr>
        <w:spacing w:line="173" w:lineRule="exact"/>
      </w:pPr>
    </w:p>
    <w:p>
      <w:pPr>
        <w:spacing w:before="2" w:after="0"/>
      </w:pPr>
      <w:r>
        <w:rPr>
          <w:rFonts w:ascii="Times New Roman" w:hAnsi="Times New Roman" w:eastAsia="Times New Roman" w:cs="Times New Roman"/>
          <w:sz w:val="24"/>
        </w:rPr>
        <w:t>[PRINT NAME]</w:t>
      </w:r>
    </w:p>
    <w:p>
      <w:pPr>
        <w:spacing w:before="2" w:after="0"/>
      </w:pPr>
    </w:p>
    <w:p>
      <w:pPr>
        <w:spacing w:before="2" w:after="0"/>
      </w:pPr>
    </w:p>
    <w:p>
      <w:pPr>
        <w:spacing w:before="2" w:after="0"/>
      </w:pPr>
    </w:p>
    <w:p>
      <w:pPr>
        <w:spacing w:line="173" w:lineRule="exact"/>
      </w:pPr>
    </w:p>
    <w:p>
      <w:pPr>
        <w:jc w:val="center"/>
      </w:pPr>
      <w:r>
        <w:rPr>
          <w:rFonts w:ascii="Times New Roman" w:hAnsi="Times New Roman" w:eastAsia="Times New Roman" w:cs="Times New Roman"/>
          <w:b/>
          <w:sz w:val="24"/>
        </w:rPr>
        <w:t>ACCEPTANCE OF APPOINTMENT</w:t>
      </w:r>
    </w:p>
    <w:p>
      <w:pPr>
        <w:jc w:val="center"/>
      </w:pPr>
    </w:p>
    <w:p>
      <w:pPr/>
      <w:r>
        <w:rPr>
          <w:rFonts w:ascii="Times New Roman" w:hAnsi="Times New Roman" w:eastAsia="Times New Roman" w:cs="Times New Roman"/>
          <w:sz w:val="24"/>
        </w:rPr>
        <w:tab/>
        <w:t>I, ________________________, the attorney-in-fact named above, hereby accept appointment as attorney-in-fact in accordance with the foregoing instrument.</w:t>
      </w:r>
    </w:p>
    <w:p>
      <w:pP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b/>
          <w:sz w:val="24"/>
        </w:rPr>
        <w:t>Attorney-in-Fact’s Signature</w:t>
      </w:r>
    </w:p>
    <w:p>
      <w:pPr/>
    </w:p>
    <w:p>
      <w:pPr/>
      <w:r>
        <w:rPr>
          <w:rFonts w:ascii="Times New Roman" w:hAnsi="Times New Roman" w:eastAsia="Times New Roman" w:cs="Times New Roman"/>
          <w:sz w:val="24"/>
        </w:rPr>
        <w:t>[ATTORNEY IN FACT'S PRINTED NAME]</w:t>
      </w:r>
    </w:p>
    <w:p>
      <w:pPr/>
    </w:p>
    <w:p>
      <w:pPr/>
    </w:p>
    <w:p>
      <w:pPr>
        <w:jc w:val="center"/>
      </w:pPr>
      <w:r>
        <w:rPr>
          <w:rFonts w:ascii="Times New Roman" w:hAnsi="Times New Roman" w:eastAsia="Times New Roman" w:cs="Times New Roman"/>
          <w:b/>
          <w:sz w:val="24"/>
        </w:rPr>
        <w:t>WITNESSES</w:t>
      </w:r>
    </w:p>
    <w:p>
      <w:pPr>
        <w:jc w:val="center"/>
      </w:pPr>
    </w:p>
    <w:p>
      <w:pPr/>
      <w:r>
        <w:rPr>
          <w:rFonts w:ascii="Times New Roman" w:hAnsi="Times New Roman" w:eastAsia="Times New Roman" w:cs="Times New Roman"/>
          <w:sz w:val="24"/>
        </w:rPr>
        <w:t>We, the witnesses, each do hereby declare in the presence of the principal that the principal signed and executed this instrument as his Power of Attorney in the presence of each of us, that he signed it willingly, that each of us hereby signs this Power of Attorney as witness at the request of the principal and in his presence, and that, to the best of our knowledge, the principal is eighteen years of age or over, of sound mind, and under no constraint or undue influence.</w:t>
      </w:r>
    </w:p>
    <w:p>
      <w:pPr/>
    </w:p>
    <w:p>
      <w:pP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[WITNESS STREET ADDRESS]</w:t>
      </w:r>
      <w:r>
        <w:rPr>
          <w:rFonts w:ascii="Times New Roman" w:hAnsi="Times New Roman" w:eastAsia="Times New Roman" w:cs="Times New Roman"/>
          <w:sz w:val="24"/>
        </w:rPr>
        <w:br/>
      </w:r>
      <w:r>
        <w:rPr>
          <w:rFonts w:ascii="Times New Roman" w:hAnsi="Times New Roman" w:eastAsia="Times New Roman" w:cs="Times New Roman"/>
          <w:sz w:val="24"/>
        </w:rPr>
        <w:t>Witness Signature</w:t>
        <w:tab/>
        <w:tab/>
        <w:tab/>
        <w:tab/>
        <w:t xml:space="preserve">                              </w:t>
      </w:r>
    </w:p>
    <w:p>
      <w:pPr/>
    </w:p>
    <w:p>
      <w:pPr/>
      <w:r>
        <w:rPr>
          <w:rFonts w:ascii="Times New Roman" w:hAnsi="Times New Roman" w:eastAsia="Times New Roman" w:cs="Times New Roman"/>
          <w:sz w:val="24"/>
        </w:rPr>
        <w:t>[WITNESS PRINT NAME]</w:t>
      </w:r>
      <w:r>
        <w:rPr>
          <w:rFonts w:ascii="Times New Roman" w:hAnsi="Times New Roman" w:eastAsia="Times New Roman" w:cs="Times New Roman"/>
          <w:sz w:val="24"/>
        </w:rPr>
        <w:tab/>
        <w:tab/>
        <w:tab/>
      </w:r>
      <w:r>
        <w:rPr>
          <w:rFonts w:ascii="Times New Roman" w:hAnsi="Times New Roman" w:eastAsia="Times New Roman" w:cs="Times New Roman"/>
          <w:sz w:val="24"/>
        </w:rPr>
        <w:t>[WITNESS CITY, STATE, ZIP CODE]</w:t>
      </w:r>
      <w:r>
        <w:rPr>
          <w:rFonts w:ascii="Times New Roman" w:hAnsi="Times New Roman" w:eastAsia="Times New Roman" w:cs="Times New Roman"/>
          <w:sz w:val="24"/>
        </w:rPr>
        <w:br/>
      </w:r>
    </w:p>
    <w:p>
      <w:pP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[WITNESS STREET ADDRESS]</w:t>
      </w:r>
      <w:r>
        <w:rPr>
          <w:rFonts w:ascii="Times New Roman" w:hAnsi="Times New Roman" w:eastAsia="Times New Roman" w:cs="Times New Roman"/>
          <w:sz w:val="24"/>
        </w:rPr>
        <w:br/>
      </w:r>
      <w:r>
        <w:rPr>
          <w:rFonts w:ascii="Times New Roman" w:hAnsi="Times New Roman" w:eastAsia="Times New Roman" w:cs="Times New Roman"/>
          <w:sz w:val="24"/>
        </w:rPr>
        <w:t>Witness Signature</w:t>
        <w:tab/>
        <w:tab/>
        <w:tab/>
        <w:tab/>
        <w:t xml:space="preserve">                        </w:t>
      </w:r>
    </w:p>
    <w:p>
      <w:pPr/>
    </w:p>
    <w:p>
      <w:pPr/>
      <w:r>
        <w:rPr>
          <w:rFonts w:ascii="Times New Roman" w:hAnsi="Times New Roman" w:eastAsia="Times New Roman" w:cs="Times New Roman"/>
          <w:sz w:val="24"/>
        </w:rPr>
        <w:t>[WITNESS PRINT NAME]</w:t>
      </w:r>
      <w:r>
        <w:rPr>
          <w:rFonts w:ascii="Times New Roman" w:hAnsi="Times New Roman" w:eastAsia="Times New Roman" w:cs="Times New Roman"/>
          <w:sz w:val="24"/>
        </w:rPr>
        <w:tab/>
        <w:tab/>
        <w:tab/>
      </w:r>
      <w:r>
        <w:rPr>
          <w:rFonts w:ascii="Times New Roman" w:hAnsi="Times New Roman" w:eastAsia="Times New Roman" w:cs="Times New Roman"/>
          <w:sz w:val="24"/>
        </w:rPr>
        <w:t>[WITNESS CITY, STATE, ZIP CODE]</w:t>
      </w:r>
      <w:r>
        <w:rPr>
          <w:rFonts w:ascii="Times New Roman" w:hAnsi="Times New Roman" w:eastAsia="Times New Roman" w:cs="Times New Roman"/>
          <w:sz w:val="24"/>
        </w:rPr>
        <w:br/>
      </w:r>
    </w:p>
    <w:p>
      <w:pPr>
        <w:keepNext/>
      </w:pPr>
    </w:p>
    <w:p>
      <w:pPr>
        <w:keepNext/>
      </w:pPr>
    </w:p>
    <w:p>
      <w:pPr>
        <w:keepNext/>
      </w:pPr>
    </w:p>
    <w:p>
      <w:pPr>
        <w:keepNext/>
        <w:jc w:val="center"/>
      </w:pPr>
      <w:r>
        <w:rPr>
          <w:rFonts w:ascii="Times New Roman" w:hAnsi="Times New Roman" w:eastAsia="Times New Roman" w:cs="Times New Roman"/>
          <w:b/>
          <w:sz w:val="24"/>
        </w:rPr>
        <w:t>ACKNOWLEDGMENT OF NOTARY PUBLIC</w:t>
      </w:r>
    </w:p>
    <w:p>
      <w:pPr>
        <w:keepNext/>
        <w:jc w:val="center"/>
      </w:pPr>
    </w:p>
    <w:p>
      <w:pPr>
        <w:keepNext/>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 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[PRINCIPAL'S NAME]</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p>
    <w:p>
      <w:pP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r>
    </w:p>
    <w:p>
      <w:pPr/>
      <w:r>
        <w:rPr>
          <w:rFonts w:ascii="Times New Roman" w:hAnsi="Times New Roman" w:eastAsia="Times New Roman" w:cs="Times New Roman"/>
          <w:sz w:val="24"/>
        </w:rPr>
        <w:br/>
        <w:tab/>
        <w:tab/>
        <w:tab/>
        <w:tab/>
        <w:tab/>
        <w:tab/>
        <w:t>My commission expires:</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