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Limited Product Warranty</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[company name (the “Company”)] expressly warrants to the [original purchaser; original end-use purchaser; any owner] that,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[one (1)] year(s) from the date of [sale/purchase/initial installation -- applicable trigger date for commencement of warranty], the [covered product (the “Product”)] will be reasonably free of defects in materials and workmanship [if applicable, add: and that when properly handled and fabricated, will conform, within accepted tolerance, to applicable manufacturing specifications]. This Limited Warranty only applies to Company’s Products which are [used, stored, handled, fabricated and installed] in the manner recommended by Company.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Company will, at its option, [repair or replace Product without charge, or refund the cost of the Product], if the Product fails or does perform as warranted solely due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manufacturing defect within the warranty period, subject to the exclusions set forth in this Limited Warranty. Repair or replacement during this [one (1)] year warranty shall include [reasonable labor charges necessary to repair or replace the defective product], but shall not include [applicable limitations with respect to the warranty coverage, such as: the costs associated with removal, repair or replacement of fixtures, hardware or decorative treatment, including, but not limited to floor, wall, or ceiling treatments]. During the entire [one (1)] year warranty, Company’s obligation as to repair or replacement shall further be limited to repair or replacement with the [styles, models, products, colors, etc.] of the Product that are available at the time of the repair or replacement, and shall be limited to the repair or replacement of only the specific Product that fails due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manufacturing defect. Any repaired or replaced product shall also remain subject to the original [one (1)] year warranty from the date of the original [purchase/installation], and any repair or replacement shall not extend the original warranty period in any manner or start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warranty period.]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[include as applicable: You may obtain coverage under this Limited Warranty by providing Company with proof [the required documentation or proofs Company will require to honor warranty, such as: of original purchase or installation]. For service under this Limited Warranty, you must notify [applicable notification mechanism, such as: manufacturer, seller, distributor, retailer, dealer from whom you purchased the product] in writing, providing [all information to be provided by customer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warranty claim, e.g. your name and address,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the product involved, the nature of the defect].</w:t>
      </w:r>
    </w:p>
    <w:p>
      <w:pPr>
        <w:keepNext w:val="0"/>
        <w:spacing w:before="200" w:after="0" w:line="260" w:lineRule="exact"/>
        <w:ind w:left="360" w:right="0" w:firstLine="0"/>
        <w:jc w:val="both"/>
      </w:pPr>
      <w:r>
        <w:rPr>
          <w:rFonts w:ascii="Times New Roman" w:hAnsi="Times New Roman" w:eastAsia="Times New Roman" w:cs="Times New Roman"/>
          <w:b w:val="0"/>
          <w:sz w:val="24"/>
        </w:rPr>
        <w:t>[If warranty is transferable, include: This Limited Warranty is transferable only when the new owner submits to Company proof of the original date of [purchase/installation]. Transfer of the Limited Warranty only entitles the new owner coverage for the remainder of the original [one (1)] year warranty.]</w:t>
      </w:r>
    </w:p>
    <w:p>
      <w:pPr>
        <w:keepNext w:val="0"/>
        <w:spacing w:before="120" w:after="0" w:line="260" w:lineRule="exact"/>
        <w:ind w:left="360" w:right="0" w:firstLine="0"/>
        <w:jc w:val="left"/>
      </w:pPr>
      <w:r>
        <w:rPr>
          <w:rFonts w:ascii="Times New Roman" w:hAnsi="Times New Roman" w:eastAsia="Times New Roman" w:cs="Times New Roman"/>
          <w:b/>
          <w:sz w:val="24"/>
        </w:rPr>
        <w:t>Disclaimer of Warranties</w:t>
      </w:r>
    </w:p>
    <w:p>
      <w:pPr>
        <w:keepNext w:val="0"/>
        <w:spacing w:before="200" w:after="0" w:line="260" w:lineRule="exact"/>
        <w:ind w:left="720" w:right="0" w:firstLine="0"/>
        <w:jc w:val="both"/>
      </w:pPr>
      <w:r>
        <w:rPr>
          <w:rFonts w:ascii="Times New Roman" w:hAnsi="Times New Roman" w:eastAsia="Times New Roman" w:cs="Times New Roman"/>
          <w:b w:val="0"/>
          <w:sz w:val="24"/>
        </w:rPr>
        <w:t>Company’s Products must be stored, handled, installed, used and maintained in accordance with instructions provided by Company, and this Limited Warranty is conditioned upon compliance with all such instructions. Copies of the Company’s [use guide; care guide; instruction manual, installation or fabrication guides, etc.] are available from the [dealer; distributor etc.] or from the Company at the address listed below. You may also obtain this/these materials by contacting Company at [phone number] or on the Company’s website at [Company’s website address].</w:t>
      </w:r>
    </w:p>
    <w:p>
      <w:pPr>
        <w:keepNext w:val="0"/>
        <w:spacing w:before="200" w:after="0" w:line="260" w:lineRule="exact"/>
        <w:ind w:left="720" w:right="0" w:firstLine="0"/>
        <w:jc w:val="both"/>
      </w:pPr>
      <w:r>
        <w:rPr>
          <w:rFonts w:ascii="Times New Roman" w:hAnsi="Times New Roman" w:eastAsia="Times New Roman" w:cs="Times New Roman"/>
          <w:b w:val="0"/>
          <w:sz w:val="24"/>
        </w:rPr>
        <w:t>This Limited Warranty does not cover defects caused by:</w:t>
      </w:r>
    </w:p>
    <w:p>
      <w:pPr>
        <w:keepNext w:val="0"/>
        <w:spacing w:before="200" w:after="0" w:line="260" w:lineRule="exact"/>
        <w:ind w:left="720" w:right="0" w:firstLine="0"/>
        <w:jc w:val="both"/>
      </w:pPr>
      <w:r>
        <w:rPr>
          <w:rFonts w:ascii="Times New Roman" w:hAnsi="Times New Roman" w:eastAsia="Times New Roman" w:cs="Times New Roman"/>
          <w:b w:val="0"/>
          <w:sz w:val="24"/>
        </w:rPr>
        <w:t>include all applicable warranty exclusions, such as</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non-compliance with Company’s [use guide, care guide, instruction manual]. Such failures include, but are not limited to, [exposure to physical abuse, including, but not limited to ___, chemical abuse (e.g. harsh cleansers and solvents), thermal abuse or shock (e.g. excessive heat or cold) or misuse];</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improper storage, installation, handling, use and/or fabrication of the Product;</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damage not resulting from manufacturing defects that occur while the Product is in the customer’s possession;</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unreasonable or unintended use of Product;</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products installed with known or visible manufacturing defects at the time of installation, including, but not limited to [applicable examples, such as color variances];</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minor conditions such as [stains, scratches, etc];</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failure or dissatisfaction with appearance of [          ] </w:t>
      </w:r>
    </w:p>
    <w:p>
      <w:pPr>
        <w:keepNext w:val="0"/>
        <w:spacing w:before="200" w:after="0" w:line="260" w:lineRule="exact"/>
        <w:ind w:left="720" w:right="0" w:firstLine="0"/>
        <w:jc w:val="both"/>
      </w:pPr>
      <w:r>
        <w:rPr>
          <w:rFonts w:ascii="Times New Roman" w:hAnsi="Times New Roman" w:eastAsia="Times New Roman" w:cs="Times New Roman"/>
          <w:b w:val="0"/>
          <w:sz w:val="24"/>
        </w:rPr>
        <w:t>Any information or suggestion by Company with respect to the Products concerning applications, specifications or compliance with codes and standards is provided solely for your convenient reference and are made without any representation as to accuracy or suitability.You must verify and test the suitability of any information with respect to the Products for your specific application.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WARRANTIES SET FORTH HEREIN ARE THE ONLY WARRANTIES MADE BY COMPANY IN CONNECTION WITH THESE PRODUCTS. COMPANY CAN NOT AND DOES NOT MAKE ANY IMPLIED OR EXPRESS WARRANTIES WITH RESPECT TO THE PRODUCT, AND DISCLAIMS ALL OTHER WARRANTIES, INCLUDING, BUT NOT LIMITED TO, ANY WARRANTY OF MERCHANTABILITY OR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PRODUCTS SOLD BY COMPANY ARE SOLD ONLY TO THE SPECIFICATIONS SPECIFICALLY SET FORTH BY COMPANY IN WRITING. OTHER THAN THE LIMITED WARRANTY SET FORTH HEREIN, COMPANY MAKES NO OTHER WARRANTIES, EXPRESS OR IMPLIED. COMPANY’S SOLE OBLIGATION UNDER THIS WARRANTY SHALL BE REPAIR OR REPLACEMENT OF NON-CONFORMING PRODUCTS, OR AT THE OPTION OF COMPANY, RETURN OF THE PRODUCT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REFUND OF THE PURCHASE PRICE. BUYER ASSUMES ALL RISK WHATSOEVER AS TO THE RESULT OF THE USE OF THE PRODUCTS PURCHASED, WHETHER USED SINGULARLY OR IN COMBINATION WITH ANY OTHER PRODUCTS OR SUBSTANCES.</w:t>
      </w:r>
    </w:p>
    <w:p>
      <w:pPr>
        <w:keepNext w:val="0"/>
        <w:spacing w:before="120" w:after="0" w:line="260" w:lineRule="exact"/>
        <w:ind w:left="360" w:right="0" w:firstLine="0"/>
        <w:jc w:val="left"/>
      </w:pPr>
      <w:r>
        <w:rPr>
          <w:rFonts w:ascii="Times New Roman" w:hAnsi="Times New Roman" w:eastAsia="Times New Roman" w:cs="Times New Roman"/>
          <w:b/>
          <w:sz w:val="24"/>
        </w:rPr>
        <w:t>Limitation of Liability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 claim by the buyer/owner of any kind, including claims for indemnification, shall be greater in amount than the purchase price of the Products in respect to which damages are claimed. IN NO EVENT SHALL COMPANY BE LIABLE TO BUYER/OWNER IN TORT, CONTRACT OR OTHERWISE, FOR ANY SPECIAL, INDIRECT, INCIDENTAL, CONSEQUENTIAL, RELIANCE, STATUTORY, SPECIAL, PUNITIVE OR EXEMPLARY DAMAGES, INCLUDING, BUT NOT LIMITED TO, LOST PROFITS, LOSS OF USE, LOSS OF TIME, LOSS OF REVENUES, INCONVENIENCE, LOSS BUSINESS OPPORTUNITIES, DAMAGE TO GOOD WILL OR REPUTATION, OR LOSS OF DATA, EVEN IF ADVISED OF THE POSSIBILITY OF SUCH DAMAGES OR SUCH DAMAGES COULD HAVE BEEN REASONABLY FORESEEN, IN CONNECTION WITH, ARISING OUT OF,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SALE, DELIVERY, SERVICING, USE OR LOSS OF USE OF THE PRODUCTS SOLD HEREUNDER, OR FOR ANY LIABILITY OF BUYER TO ANY THIRD PARTY WITH RESPECT THERETO.</w:t>
      </w:r>
    </w:p>
    <w:p>
      <w:pPr>
        <w:keepNext w:val="0"/>
        <w:spacing w:before="120" w:after="0" w:line="260" w:lineRule="exact"/>
        <w:ind w:left="360" w:right="0" w:firstLine="0"/>
        <w:jc w:val="left"/>
      </w:pPr>
      <w:r>
        <w:rPr>
          <w:rFonts w:ascii="Times New Roman" w:hAnsi="Times New Roman" w:eastAsia="Times New Roman" w:cs="Times New Roman"/>
          <w:b/>
          <w:sz w:val="24"/>
        </w:rPr>
        <w:t>Contact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Any question concerning this warranty should be addressed to:</w:t>
      </w:r>
    </w:p>
    <w:p>
      <w:pPr>
        <w:keepNext w:val="0"/>
        <w:spacing w:before="200" w:after="0" w:line="260" w:lineRule="exact"/>
        <w:ind w:left="720" w:right="0" w:firstLine="0"/>
        <w:jc w:val="both"/>
      </w:pPr>
      <w:r>
        <w:rPr>
          <w:rFonts w:ascii="Times New Roman" w:hAnsi="Times New Roman" w:eastAsia="Times New Roman" w:cs="Times New Roman"/>
          <w:b w:val="0"/>
          <w:sz w:val="24"/>
        </w:rPr>
        <w:t>[Company Name]</w:t>
      </w:r>
    </w:p>
    <w:p>
      <w:pPr>
        <w:keepNext w:val="0"/>
        <w:spacing w:before="200" w:after="0" w:line="260" w:lineRule="exact"/>
        <w:ind w:left="720" w:right="0" w:firstLine="0"/>
        <w:jc w:val="both"/>
      </w:pPr>
      <w:r>
        <w:rPr>
          <w:rFonts w:ascii="Times New Roman" w:hAnsi="Times New Roman" w:eastAsia="Times New Roman" w:cs="Times New Roman"/>
          <w:b w:val="0"/>
          <w:sz w:val="24"/>
        </w:rPr>
        <w:t>Address: [address]</w:t>
      </w:r>
    </w:p>
    <w:p>
      <w:pPr>
        <w:keepNext w:val="0"/>
        <w:spacing w:before="200" w:after="0" w:line="260" w:lineRule="exact"/>
        <w:ind w:left="720" w:right="0" w:firstLine="0"/>
        <w:jc w:val="both"/>
      </w:pPr>
      <w:r>
        <w:rPr>
          <w:rFonts w:ascii="Times New Roman" w:hAnsi="Times New Roman" w:eastAsia="Times New Roman" w:cs="Times New Roman"/>
          <w:b w:val="0"/>
          <w:sz w:val="24"/>
        </w:rPr>
        <w:t>Attention: [name]</w:t>
      </w:r>
    </w:p>
    <w:p>
      <w:pPr>
        <w:keepNext w:val="0"/>
        <w:spacing w:before="200" w:after="0" w:line="260" w:lineRule="exact"/>
        <w:ind w:left="720" w:right="0" w:firstLine="0"/>
        <w:jc w:val="both"/>
      </w:pPr>
      <w:r>
        <w:rPr>
          <w:rFonts w:ascii="Times New Roman" w:hAnsi="Times New Roman" w:eastAsia="Times New Roman" w:cs="Times New Roman"/>
          <w:b w:val="0"/>
          <w:sz w:val="24"/>
        </w:rPr>
        <w:t>Phone: [phone number]</w:t>
      </w:r>
    </w:p>
    <w:p>
      <w:pPr>
        <w:keepNext w:val="0"/>
        <w:spacing w:before="200" w:after="0" w:line="260" w:lineRule="exact"/>
        <w:ind w:left="720" w:right="0" w:firstLine="0"/>
        <w:jc w:val="both"/>
      </w:pPr>
      <w:r>
        <w:rPr>
          <w:rFonts w:ascii="Times New Roman" w:hAnsi="Times New Roman" w:eastAsia="Times New Roman" w:cs="Times New Roman"/>
          <w:b w:val="0"/>
          <w:sz w:val="24"/>
        </w:rPr>
        <w:t>Website address: [address]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