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Litigation Hold Letter from Employer to Opposing Party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[Opposing party]</w:t>
      </w:r>
    </w:p>
    <w:p>
      <w:pPr>
        <w:keepNext w:val="0"/>
        <w:spacing w:before="60" w:after="0" w:line="260" w:lineRule="exact"/>
        <w:ind w:left="360" w:right="0" w:firstLine="0"/>
        <w:jc w:val="both"/>
      </w:pPr>
      <w:r>
        <w:rPr>
          <w:rFonts w:ascii="Times New Roman" w:hAnsi="Times New Roman" w:eastAsia="Times New Roman" w:cs="Times New Roman"/>
          <w:b w:val="0"/>
          <w:sz w:val="24"/>
        </w:rPr>
        <w:t>[Opposing party’s address]</w:t>
      </w:r>
    </w:p>
    <w:p>
      <w:pPr>
        <w:keepNext w:val="0"/>
        <w:spacing w:before="200" w:after="0" w:line="260" w:lineRule="exact"/>
        <w:ind w:left="360" w:right="0" w:firstLine="0"/>
        <w:jc w:val="both"/>
      </w:pPr>
      <w:r>
        <w:rPr>
          <w:rFonts w:ascii="Times New Roman" w:hAnsi="Times New Roman" w:eastAsia="Times New Roman" w:cs="Times New Roman"/>
          <w:b/>
          <w:sz w:val="24"/>
        </w:rPr>
        <w:t>Re: [Case name and number]: Preservation of Evidence Demand</w:t>
      </w:r>
    </w:p>
    <w:p>
      <w:pPr>
        <w:keepNext w:val="0"/>
        <w:spacing w:before="200" w:after="0" w:line="260" w:lineRule="exact"/>
        <w:ind w:left="360" w:right="0" w:firstLine="0"/>
        <w:jc w:val="both"/>
      </w:pPr>
      <w:r>
        <w:rPr>
          <w:rFonts w:ascii="Times New Roman" w:hAnsi="Times New Roman" w:eastAsia="Times New Roman" w:cs="Times New Roman"/>
          <w:b w:val="0"/>
          <w:sz w:val="24"/>
        </w:rPr>
        <w:t>Dear [Name of opposing party]: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write on behalf of [Client’s name] (the Company) in regard to [case name] (the Litigation). </w:t>
      </w:r>
      <w:r>
        <w:rPr>
          <w:rFonts w:ascii="Times New Roman" w:hAnsi="Times New Roman" w:eastAsia="Times New Roman" w:cs="Times New Roman"/>
          <w:b/>
          <w:sz w:val="24"/>
        </w:rPr>
        <w:t>This letter directs you to preserve documents and information relating to the Litigation</w:t>
      </w:r>
      <w:r>
        <w:rPr>
          <w:rFonts w:ascii="Times New Roman" w:hAnsi="Times New Roman" w:eastAsia="Times New Roman" w:cs="Times New Roman"/>
          <w:b w:val="0"/>
          <w:sz w:val="24"/>
        </w:rPr>
        <w:t>. The failure to preserve documents and information relating to the Litigation may expose you to extreme sanction.</w:t>
      </w:r>
    </w:p>
    <w:p>
      <w:pPr>
        <w:keepNext w:val="0"/>
        <w:spacing w:before="120" w:after="0" w:line="260" w:lineRule="exact"/>
        <w:ind w:left="360" w:right="0" w:firstLine="0"/>
        <w:jc w:val="left"/>
      </w:pPr>
      <w:r>
        <w:rPr>
          <w:rFonts w:ascii="Times New Roman" w:hAnsi="Times New Roman" w:eastAsia="Times New Roman" w:cs="Times New Roman"/>
          <w:b w:val="0"/>
          <w:sz w:val="24"/>
        </w:rPr>
        <w:t>Section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Broad Scope of Discovery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Rules governing civil procedure require preservation of all documents and data relating to the Litigation from all sources. “Documents and data” as used here means not only hard copy documents. Instead, courts interpret “documents and data” very broadly to include audio recordings, videotape, e-mail, instant messages, word processing documents, spreadsheets, databases, calendars, telephone logs, contact manager information, Internet usage files, and all other electronic information created, received, and/or maintained by the Company on its computer systems. “Sources” include </w:t>
      </w:r>
      <w:r>
        <w:rPr>
          <w:rFonts w:ascii="Times New Roman" w:hAnsi="Times New Roman" w:eastAsia="Times New Roman" w:cs="Times New Roman"/>
          <w:b w:val="0"/>
          <w:sz w:val="24"/>
        </w:rPr>
        <w:t>all</w:t>
      </w:r>
      <w:r>
        <w:rPr>
          <w:rFonts w:ascii="Times New Roman" w:hAnsi="Times New Roman" w:eastAsia="Times New Roman" w:cs="Times New Roman"/>
          <w:b w:val="0"/>
          <w:sz w:val="24"/>
        </w:rPr>
        <w:t xml:space="preserve"> hard copy files, electronic files, computer hard drives, removable media (e.g., CDs and DVDs), laptop computers, PDAs, Blackberry devices, iPhones, smart phones, backup tapes, back up media and any other locations where hard copy or electronic data is or could be stored.</w:t>
      </w:r>
    </w:p>
    <w:p>
      <w:pPr>
        <w:keepNext w:val="0"/>
        <w:spacing w:before="120" w:after="0" w:line="260" w:lineRule="exact"/>
        <w:ind w:left="360" w:right="0" w:firstLine="0"/>
        <w:jc w:val="left"/>
      </w:pPr>
      <w:r>
        <w:rPr>
          <w:rFonts w:ascii="Times New Roman" w:hAnsi="Times New Roman" w:eastAsia="Times New Roman" w:cs="Times New Roman"/>
          <w:b w:val="0"/>
          <w:sz w:val="24"/>
        </w:rPr>
        <w:t>Section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Preservation of All Documents Related to the Complaint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Please continue to preserve all documents and information, including but not limited to the originals and all non-identical copies (i.e., different from originals due to notations made on or attached to such copies or otherwise) of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application process of [names of relevant employees], including, to the extent they exist, his/her job application, his/her personnel file, interview notes, and any other documents related to his/her job application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 handbooks or personnel policies in effect during the period from [relevant time period], including policies related to confidential information, customer information, pricing information, and job applications, including any amendments or revisions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e-mail messages, text messages, notes, or other documents regarding [name of relevant employee] including but not limited to documents relating to his application to the Company, his/her employment with [name of competitor], background checks, communications with Human Resources, communications with [name of relevant employee 1], communications with [name of relevant employee 2]</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documents related to customers, potential customers, pricing, sales lists and the like</w:t>
      </w:r>
    </w:p>
    <w:p>
      <w:pPr>
        <w:keepNext w:val="0"/>
        <w:spacing w:before="200" w:after="0" w:line="260" w:lineRule="exact"/>
        <w:ind w:left="720" w:right="0" w:firstLine="0"/>
        <w:jc w:val="both"/>
      </w:pPr>
      <w:r>
        <w:rPr>
          <w:rFonts w:ascii="Times New Roman" w:hAnsi="Times New Roman" w:eastAsia="Times New Roman" w:cs="Times New Roman"/>
          <w:b w:val="0"/>
          <w:sz w:val="24"/>
        </w:rPr>
        <w:t>[other documents to preserve that are relevant to the litigation at issue.]</w:t>
      </w:r>
    </w:p>
    <w:p>
      <w:pPr>
        <w:keepNext w:val="0"/>
        <w:spacing w:before="120" w:after="0" w:line="260" w:lineRule="exact"/>
        <w:ind w:left="360" w:right="0" w:firstLine="0"/>
        <w:jc w:val="left"/>
      </w:pPr>
      <w:r>
        <w:rPr>
          <w:rFonts w:ascii="Times New Roman" w:hAnsi="Times New Roman" w:eastAsia="Times New Roman" w:cs="Times New Roman"/>
          <w:b w:val="0"/>
          <w:sz w:val="24"/>
        </w:rPr>
        <w:t>Section 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Preservation of Electronically Stored Information (ESI)</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Electronically stored information (ESI) may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important and irreplaceable source of discovery and/or evidence in this matter. You must continue to take every reasonable step to preserve this information until further notice.</w:t>
      </w:r>
    </w:p>
    <w:p>
      <w:pPr>
        <w:keepNext w:val="0"/>
        <w:spacing w:before="200" w:after="0" w:line="260" w:lineRule="exact"/>
        <w:ind w:left="720" w:right="0" w:firstLine="0"/>
        <w:jc w:val="both"/>
      </w:pPr>
      <w:r>
        <w:rPr>
          <w:rFonts w:ascii="Times New Roman" w:hAnsi="Times New Roman" w:eastAsia="Times New Roman" w:cs="Times New Roman"/>
          <w:b/>
          <w:sz w:val="24"/>
        </w:rPr>
        <w:t>To comply with your legal obligations, you must continue to preserve all existing documents and data related to the allegations in the Litigation and suspend deletion, overwriting, or any other possible destruction of relevant documents and data. Automatic data destruction protocols must be suspended as they relate to materials encompassed by the scope of this notification. Failure to do so could result in sanctions by the court.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Regarding ESI, you must continue to preserve </w:t>
      </w:r>
      <w:r>
        <w:rPr>
          <w:rFonts w:ascii="Times New Roman" w:hAnsi="Times New Roman" w:eastAsia="Times New Roman" w:cs="Times New Roman"/>
          <w:b/>
          <w:sz w:val="24"/>
        </w:rPr>
        <w:t>all</w:t>
      </w:r>
      <w:r>
        <w:rPr>
          <w:rFonts w:ascii="Times New Roman" w:hAnsi="Times New Roman" w:eastAsia="Times New Roman" w:cs="Times New Roman"/>
          <w:b w:val="0"/>
          <w:sz w:val="24"/>
        </w:rPr>
        <w:t xml:space="preserve"> such information, no matter when it was created, continuing to the present. Your obligation to preserve data is ongoing: You should continue to preserve all newly created documents and data until further notice.</w:t>
      </w:r>
    </w:p>
    <w:p>
      <w:pPr>
        <w:keepNext w:val="0"/>
        <w:spacing w:before="200" w:after="0" w:line="260" w:lineRule="exact"/>
        <w:ind w:left="720" w:right="0" w:firstLine="0"/>
        <w:jc w:val="both"/>
      </w:pPr>
      <w:r>
        <w:rPr>
          <w:rFonts w:ascii="Times New Roman" w:hAnsi="Times New Roman" w:eastAsia="Times New Roman" w:cs="Times New Roman"/>
          <w:b w:val="0"/>
          <w:sz w:val="24"/>
        </w:rPr>
        <w:t>Typically, such ESI may be located in or on one or more of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Computer(s), meaning any programmable machine, including but not limited to, network servers, desktops, laptops, notebook computers, home and office computers, mainframes, personal digital assistants (such as Blackberry, iPhone, and other handheld computing devices), and mobile phones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Hard drive(s), meaning the primary hardware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computer uses to store information (also known as “hard disks”)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Network(s), meaning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of one of more computer systems connected to enable people to share information and equipment (e.g., local area network(s) (“LAN”), wide area network(s) (“WAN”), home area network(s) (“HAN”), metropolitan area network(s) (“MAN”), etc.)</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Other storage device(s) or media, meaning any component that is used to store data</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Magnetic storage media, including but not limited to hard drives, stick drives, Zip drives, and floppy disks</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Optical storage media, including but not limited to CD-ROMs and DVD-ROMs</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Voice-mail and/or voice messaging systems –and–</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Archive(s) and/or backup tapes, meaning long-term storage area(s) for data and hard copy documents</w:t>
      </w:r>
    </w:p>
    <w:p>
      <w:pPr>
        <w:keepNext w:val="0"/>
        <w:spacing w:before="120" w:after="0" w:line="260" w:lineRule="exact"/>
        <w:ind w:left="360" w:right="0" w:firstLine="0"/>
        <w:jc w:val="left"/>
      </w:pPr>
      <w:r>
        <w:rPr>
          <w:rFonts w:ascii="Times New Roman" w:hAnsi="Times New Roman" w:eastAsia="Times New Roman" w:cs="Times New Roman"/>
          <w:b w:val="0"/>
          <w:sz w:val="24"/>
        </w:rPr>
        <w:t>Section 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Suspension of Routine Business Practices Likely to Alter or Destroy Documents or Information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You should continue to suspend any routine business practice likely to alter or destroy the documents and information described herein. Such business practices may include, but are not limited to, shredding, disposal or other destruction of documents; server backup tape rotation or overwriting; electronic data deletion; scheduled destruction of back up media; re-imaging of drives; drive hardware exchanges; sale, gift or destruction of computer systems; disk defragmentation; and/or other disk maintenance routines. These routine business practices should not be resumed until the parties have taken all necessary, reasonable steps to ensure that discoverable information has been adequately preserved.</w:t>
      </w:r>
    </w:p>
    <w:p>
      <w:pPr>
        <w:keepNext w:val="0"/>
        <w:spacing w:before="200" w:after="0" w:line="260" w:lineRule="exact"/>
        <w:ind w:left="720" w:right="0" w:firstLine="0"/>
        <w:jc w:val="both"/>
      </w:pPr>
      <w:r>
        <w:rPr>
          <w:rFonts w:ascii="Times New Roman" w:hAnsi="Times New Roman" w:eastAsia="Times New Roman" w:cs="Times New Roman"/>
          <w:b w:val="0"/>
          <w:sz w:val="24"/>
        </w:rPr>
        <w:t>Because discoverable ESI may be contained in files that have already been deleted during the normal course of your business, we also ask that you take affirmative steps to preserve drives, devices and storage media in which deleted information is kept. When electronic files are deleted, ordinarily they are not permanently destroyed until the deleted files are actually overwritten. Thus, you should take affirmative steps to prevent deleted electronic information from being overwritten. Until deleted data is adequately preserved by making forensically qualified clones or images of digital storage media containing deleted data, you should shut down hardware and remove it from service.</w:t>
      </w:r>
    </w:p>
    <w:p>
      <w:pPr>
        <w:keepNext w:val="0"/>
        <w:spacing w:before="120" w:after="0" w:line="260" w:lineRule="exact"/>
        <w:ind w:left="360" w:right="0" w:firstLine="0"/>
        <w:jc w:val="left"/>
      </w:pPr>
      <w:r>
        <w:rPr>
          <w:rFonts w:ascii="Times New Roman" w:hAnsi="Times New Roman" w:eastAsia="Times New Roman" w:cs="Times New Roman"/>
          <w:b w:val="0"/>
          <w:sz w:val="24"/>
        </w:rPr>
        <w:t>Section 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Discovery Issues and Delivery of Notice of Litigation Hold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To the extent that you wish to engage in early discovery, the Company would be pleased to discuss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protocol for doing so. The Company will seek discovery of all text messages, e-mails, voice mails, memos or other documents in paper or electronic form (including electronic data stored on personal e-mail systems, cell phones, smart phones, and related non-company servers), during the period of [relevant time period]. I would be happy to participate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conference call with you to arrange for the exchange of ESI.</w:t>
      </w:r>
    </w:p>
    <w:p>
      <w:pPr>
        <w:keepNext w:val="0"/>
        <w:spacing w:before="200" w:after="0" w:line="260" w:lineRule="exact"/>
        <w:ind w:left="720" w:right="0" w:firstLine="0"/>
        <w:jc w:val="both"/>
      </w:pPr>
      <w:r>
        <w:rPr>
          <w:rFonts w:ascii="Times New Roman" w:hAnsi="Times New Roman" w:eastAsia="Times New Roman" w:cs="Times New Roman"/>
          <w:b w:val="0"/>
          <w:sz w:val="24"/>
        </w:rPr>
        <w:t>To the extent that you have retained legal counsel to represent you in this matter, please feel free to share the contents of this letter with your legal representative and have her or him contact me.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