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 [title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Minnesota state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o Memos</w:t>
      </w:r>
    </w:p>
    <w:p>
      <w:pPr>
        <w:keepNext w:val="0"/>
        <w:spacing w:before="200" w:after="0" w:line="260" w:lineRule="exact"/>
        <w:ind w:left="1080" w:right="0" w:firstLine="0"/>
        <w:jc w:val="both"/>
      </w:pPr>
      <w:r>
        <w:rPr>
          <w:rFonts w:ascii="Times New Roman" w:hAnsi="Times New Roman" w:eastAsia="Times New Roman" w:cs="Times New Roman"/>
          <w:b w:val="0"/>
          <w:sz w:val="24"/>
        </w:rPr>
        <w:t>o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o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o Decks</w:t>
      </w:r>
    </w:p>
    <w:p>
      <w:pPr>
        <w:keepNext w:val="0"/>
        <w:spacing w:before="200" w:after="0" w:line="260" w:lineRule="exact"/>
        <w:ind w:left="1080" w:right="0" w:firstLine="0"/>
        <w:jc w:val="both"/>
      </w:pPr>
      <w:r>
        <w:rPr>
          <w:rFonts w:ascii="Times New Roman" w:hAnsi="Times New Roman" w:eastAsia="Times New Roman" w:cs="Times New Roman"/>
          <w:b w:val="0"/>
          <w:sz w:val="24"/>
        </w:rPr>
        <w:t>o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o Reports</w:t>
      </w:r>
    </w:p>
    <w:p>
      <w:pPr>
        <w:keepNext w:val="0"/>
        <w:spacing w:before="200" w:after="0" w:line="260" w:lineRule="exact"/>
        <w:ind w:left="1080" w:right="0" w:firstLine="0"/>
        <w:jc w:val="both"/>
      </w:pPr>
      <w:r>
        <w:rPr>
          <w:rFonts w:ascii="Times New Roman" w:hAnsi="Times New Roman" w:eastAsia="Times New Roman" w:cs="Times New Roman"/>
          <w:b w:val="0"/>
          <w:sz w:val="24"/>
        </w:rPr>
        <w:t>o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o Drafts</w:t>
      </w:r>
    </w:p>
    <w:p>
      <w:pPr>
        <w:keepNext w:val="0"/>
        <w:spacing w:before="200" w:after="0" w:line="260" w:lineRule="exact"/>
        <w:ind w:left="1080" w:right="0" w:firstLine="0"/>
        <w:jc w:val="both"/>
      </w:pPr>
      <w:r>
        <w:rPr>
          <w:rFonts w:ascii="Times New Roman" w:hAnsi="Times New Roman" w:eastAsia="Times New Roman" w:cs="Times New Roman"/>
          <w:b w:val="0"/>
          <w:sz w:val="24"/>
        </w:rPr>
        <w:t>o Texts</w:t>
      </w:r>
    </w:p>
    <w:p>
      <w:pPr>
        <w:keepNext w:val="0"/>
        <w:spacing w:before="200" w:after="0" w:line="260" w:lineRule="exact"/>
        <w:ind w:left="1080" w:right="0" w:firstLine="0"/>
        <w:jc w:val="both"/>
      </w:pPr>
      <w:r>
        <w:rPr>
          <w:rFonts w:ascii="Times New Roman" w:hAnsi="Times New Roman" w:eastAsia="Times New Roman" w:cs="Times New Roman"/>
          <w:b w:val="0"/>
          <w:sz w:val="24"/>
        </w:rPr>
        <w:t>o Emails</w:t>
      </w:r>
    </w:p>
    <w:p>
      <w:pPr>
        <w:keepNext w:val="0"/>
        <w:spacing w:before="200" w:after="0" w:line="260" w:lineRule="exact"/>
        <w:ind w:left="1080" w:right="0" w:firstLine="0"/>
        <w:jc w:val="both"/>
      </w:pPr>
      <w:r>
        <w:rPr>
          <w:rFonts w:ascii="Times New Roman" w:hAnsi="Times New Roman" w:eastAsia="Times New Roman" w:cs="Times New Roman"/>
          <w:b w:val="0"/>
          <w:sz w:val="24"/>
        </w:rPr>
        <w:t>o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o Calendars</w:t>
      </w:r>
    </w:p>
    <w:p>
      <w:pPr>
        <w:keepNext w:val="0"/>
        <w:spacing w:before="200" w:after="0" w:line="260" w:lineRule="exact"/>
        <w:ind w:left="1080" w:right="0" w:firstLine="0"/>
        <w:jc w:val="both"/>
      </w:pPr>
      <w:r>
        <w:rPr>
          <w:rFonts w:ascii="Times New Roman" w:hAnsi="Times New Roman" w:eastAsia="Times New Roman" w:cs="Times New Roman"/>
          <w:b w:val="0"/>
          <w:sz w:val="24"/>
        </w:rPr>
        <w:t>o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o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o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o Texts –and–</w:t>
      </w:r>
    </w:p>
    <w:p>
      <w:pPr>
        <w:keepNext w:val="0"/>
        <w:spacing w:before="200" w:after="0" w:line="260" w:lineRule="exact"/>
        <w:ind w:left="1080" w:right="0" w:firstLine="0"/>
        <w:jc w:val="both"/>
      </w:pPr>
      <w:r>
        <w:rPr>
          <w:rFonts w:ascii="Times New Roman" w:hAnsi="Times New Roman" w:eastAsia="Times New Roman" w:cs="Times New Roman"/>
          <w:b w:val="0"/>
          <w:sz w:val="24"/>
        </w:rPr>
        <w:t>o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(IM's),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