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Living Will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Living Will (Advance Directive for Medical/Surgical Treatment)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declarant],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of [city], Colorado, being of sound mind and at least 18 years of age, hereby make the following declaration regarding artificially prolonging my life in each of the circumstances described below.</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Terminal Condition.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are my declarations regarding withdrawal/continuance of life-sustaining procedures and artificial nutrition and hydration if I (1)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and (2) lack decisional capacity, both as determined and duly certified by my attending physician and at least one other physician.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Life-Sustaining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and lack decisional capacity, I direct that:</w:t>
      </w:r>
    </w:p>
    <w:p>
      <w:pPr>
        <w:keepNext w:val="0"/>
        <w:spacing w:before="200" w:after="0" w:line="260" w:lineRule="exact"/>
        <w:ind w:left="1080" w:right="0" w:firstLine="0"/>
        <w:jc w:val="both"/>
      </w:pPr>
      <w:r>
        <w:rPr>
          <w:rFonts w:ascii="Times New Roman" w:hAnsi="Times New Roman" w:eastAsia="Times New Roman" w:cs="Times New Roman"/>
          <w:b w:val="0"/>
          <w:sz w:val="24"/>
        </w:rPr>
        <w:t>_____ Life-sustaining procedures should be discontinued immediately</w:t>
      </w:r>
    </w:p>
    <w:p>
      <w:pPr>
        <w:keepNext w:val="0"/>
        <w:spacing w:before="200" w:after="0" w:line="260" w:lineRule="exact"/>
        <w:ind w:left="1080" w:right="0" w:firstLine="0"/>
        <w:jc w:val="both"/>
      </w:pPr>
      <w:r>
        <w:rPr>
          <w:rFonts w:ascii="Times New Roman" w:hAnsi="Times New Roman" w:eastAsia="Times New Roman" w:cs="Times New Roman"/>
          <w:b w:val="0"/>
          <w:sz w:val="24"/>
        </w:rPr>
        <w:t>_____ Life-sustaining procedures should be continued for [number] days</w:t>
      </w:r>
    </w:p>
    <w:p>
      <w:pPr>
        <w:keepNext w:val="0"/>
        <w:spacing w:before="200" w:after="0" w:line="260" w:lineRule="exact"/>
        <w:ind w:left="1080" w:right="0" w:firstLine="0"/>
        <w:jc w:val="both"/>
      </w:pPr>
      <w:r>
        <w:rPr>
          <w:rFonts w:ascii="Times New Roman" w:hAnsi="Times New Roman" w:eastAsia="Times New Roman" w:cs="Times New Roman"/>
          <w:b w:val="0"/>
          <w:sz w:val="24"/>
        </w:rPr>
        <w:t>_____ Life-sustaining procedures should be continued indefinitely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terminal condition and lack decisional capacity, I direct that:</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not be continued</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be continued for [number] days</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be continued indefinitely</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Persistent Vegetative 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are my declarations regarding withdrawal/continuance of life-sustaining procedures and artificial nutrition and hydration if I (1)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 and (2) lack decisional capacity, both as determined and duly certified by my attending physician and at least one other physician.</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Life-Sustaining Procedures.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 and lack decisional capacity, I direct that:</w:t>
      </w:r>
    </w:p>
    <w:p>
      <w:pPr>
        <w:keepNext w:val="0"/>
        <w:spacing w:before="200" w:after="0" w:line="260" w:lineRule="exact"/>
        <w:ind w:left="1440" w:right="0" w:firstLine="0"/>
        <w:jc w:val="both"/>
      </w:pPr>
      <w:r>
        <w:rPr>
          <w:rFonts w:ascii="Times New Roman" w:hAnsi="Times New Roman" w:eastAsia="Times New Roman" w:cs="Times New Roman"/>
          <w:b w:val="0"/>
          <w:sz w:val="24"/>
        </w:rPr>
        <w:t>_____ Life-sustaining procedures should be discontinued immediately</w:t>
      </w:r>
    </w:p>
    <w:p>
      <w:pPr>
        <w:keepNext w:val="0"/>
        <w:spacing w:before="200" w:after="0" w:line="260" w:lineRule="exact"/>
        <w:ind w:left="1440" w:right="0" w:firstLine="0"/>
        <w:jc w:val="both"/>
      </w:pPr>
      <w:r>
        <w:rPr>
          <w:rFonts w:ascii="Times New Roman" w:hAnsi="Times New Roman" w:eastAsia="Times New Roman" w:cs="Times New Roman"/>
          <w:b w:val="0"/>
          <w:sz w:val="24"/>
        </w:rPr>
        <w:t>_____ Life-sustaining procedures should be continued for [number] days</w:t>
      </w:r>
    </w:p>
    <w:p>
      <w:pPr>
        <w:keepNext w:val="0"/>
        <w:spacing w:before="200" w:after="0" w:line="260" w:lineRule="exact"/>
        <w:ind w:left="1440" w:right="0" w:firstLine="0"/>
        <w:jc w:val="both"/>
      </w:pPr>
      <w:r>
        <w:rPr>
          <w:rFonts w:ascii="Times New Roman" w:hAnsi="Times New Roman" w:eastAsia="Times New Roman" w:cs="Times New Roman"/>
          <w:b w:val="0"/>
          <w:sz w:val="24"/>
        </w:rPr>
        <w:t>_____ Life-sustaining procedures should be continued indefinitely</w:t>
      </w:r>
    </w:p>
    <w:p>
      <w:pPr>
        <w:keepNext w:val="0"/>
        <w:spacing w:before="120" w:after="0" w:line="260" w:lineRule="exact"/>
        <w:ind w:left="108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Artificial Nutrition and Hydration.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I am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persistent vegetative state and lack decisional capacity, I direct that:</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not be continued</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be continued for [number] days</w:t>
      </w:r>
    </w:p>
    <w:p>
      <w:pPr>
        <w:keepNext w:val="0"/>
        <w:spacing w:before="200" w:after="0" w:line="260" w:lineRule="exact"/>
        <w:ind w:left="1080" w:right="0" w:firstLine="0"/>
        <w:jc w:val="both"/>
      </w:pPr>
      <w:r>
        <w:rPr>
          <w:rFonts w:ascii="Times New Roman" w:hAnsi="Times New Roman" w:eastAsia="Times New Roman" w:cs="Times New Roman"/>
          <w:b w:val="0"/>
          <w:sz w:val="24"/>
        </w:rPr>
        <w:t>_____ Artificial nutrition and hydration should be continued indefinitely</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Additional Directions.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[additional directions]</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Medical Power of Attorney; Conflicts.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have executed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medical power of attorney. Where this declaration conflicts with provisions in my medical power of attorney, my decisions as declared in this living will shall prevail.</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Communication between Medical Team and Designated Individuals; HIPAA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My healthcare team may communicate with any of the below-listed individuals regarding my condition prior to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final determination as to the withholding or withdrawal of life-sustaining procedures, including artificial nutrition and hydration.</w:t>
      </w:r>
    </w:p>
    <w:p>
      <w:pPr>
        <w:keepNext w:val="0"/>
        <w:spacing w:before="200" w:after="0" w:line="260" w:lineRule="exact"/>
        <w:ind w:left="720" w:right="0" w:firstLine="0"/>
        <w:jc w:val="both"/>
      </w:pPr>
      <w:r>
        <w:rPr>
          <w:rFonts w:ascii="Times New Roman" w:hAnsi="Times New Roman" w:eastAsia="Times New Roman" w:cs="Times New Roman"/>
          <w:b w:val="0"/>
          <w:sz w:val="24"/>
        </w:rPr>
        <w:t>The below-listed individuals may not make decisions about my treatment unless they are also my agent under my medical power of attorney. I hereby waive any requirements of the Health Insurance Portability and Accountability Act of 1996 ("HIPAA"), 42 U.S.C. § 1320d, and 45 C.F.R. pts. 160 through 164 concerning release of medical information by my medical care providers to these individuals.</w:t>
      </w:r>
    </w:p>
    <w:p>
      <w:pPr>
        <w:keepNext w:val="0"/>
        <w:spacing w:before="200" w:after="0" w:line="260" w:lineRule="exact"/>
        <w:ind w:left="720" w:right="0" w:firstLine="0"/>
        <w:jc w:val="both"/>
      </w:pPr>
      <w:r>
        <w:rPr>
          <w:rFonts w:ascii="Times New Roman" w:hAnsi="Times New Roman" w:eastAsia="Times New Roman" w:cs="Times New Roman"/>
          <w:b/>
          <w:sz w:val="24"/>
        </w:rPr>
        <w:t>My healthcare team may communicate with the following individuals:</w:t>
      </w:r>
      <w:r>
        <w:rPr>
          <w:rFonts w:ascii="Times New Roman" w:hAnsi="Times New Roman" w:eastAsia="Times New Roman" w:cs="Times New Roman"/>
          <w:b w:val="0"/>
          <w:sz w:val="24"/>
        </w:rPr>
        <w:t xml:space="preserve"> [name, relationship, and telephone number of individual(s)]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Revocation.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declaration may be revoked by me at any time by oral statement; by written instrument; by burning, tearing, cancelling, obliterating, or destroying the signed original of this declaration; or by any other means which effectively communicates my intent to revoke this declaration.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 execute this declaration, as my free and voluntary act,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Dated: this [date]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declarant)</w:t>
      </w:r>
    </w:p>
    <w:p>
      <w:pPr>
        <w:keepNext w:val="0"/>
        <w:spacing w:before="120" w:after="0" w:line="260" w:lineRule="exact"/>
        <w:ind w:left="360" w:right="0" w:firstLine="0"/>
        <w:jc w:val="left"/>
      </w:pPr>
      <w:r>
        <w:rPr>
          <w:rFonts w:ascii="Times New Roman" w:hAnsi="Times New Roman" w:eastAsia="Times New Roman" w:cs="Times New Roman"/>
          <w:b w:val="0"/>
          <w:sz w:val="24"/>
        </w:rPr>
        <w:t>[declarant full typed name]</w:t>
      </w:r>
    </w:p>
    <w:p>
      <w:pPr>
        <w:keepNext w:val="0"/>
        <w:spacing w:before="120" w:after="0" w:line="260" w:lineRule="exact"/>
        <w:ind w:left="360" w:right="0" w:firstLine="0"/>
        <w:jc w:val="left"/>
      </w:pPr>
      <w:r>
        <w:rPr>
          <w:rFonts w:ascii="Times New Roman" w:hAnsi="Times New Roman" w:eastAsia="Times New Roman" w:cs="Times New Roman"/>
          <w:b w:val="0"/>
          <w:sz w:val="24"/>
        </w:rPr>
        <w:t>Declarant</w:t>
      </w:r>
    </w:p>
    <w:p>
      <w:pPr>
        <w:keepNext w:val="0"/>
        <w:spacing w:before="200" w:after="0" w:line="260" w:lineRule="exact"/>
        <w:ind w:left="360" w:right="0" w:firstLine="0"/>
        <w:jc w:val="both"/>
      </w:pPr>
      <w:r>
        <w:rPr>
          <w:rFonts w:ascii="Times New Roman" w:hAnsi="Times New Roman" w:eastAsia="Times New Roman" w:cs="Times New Roman"/>
          <w:b w:val="0"/>
          <w:sz w:val="24"/>
        </w:rPr>
        <w:t>WITNESSES:</w:t>
      </w:r>
    </w:p>
    <w:p>
      <w:pPr>
        <w:keepNext w:val="0"/>
        <w:spacing w:before="200" w:after="0" w:line="260" w:lineRule="exact"/>
        <w:ind w:left="360" w:right="0" w:firstLine="0"/>
        <w:jc w:val="both"/>
      </w:pPr>
      <w:r>
        <w:rPr>
          <w:rFonts w:ascii="Times New Roman" w:hAnsi="Times New Roman" w:eastAsia="Times New Roman" w:cs="Times New Roman"/>
          <w:b w:val="0"/>
          <w:sz w:val="24"/>
        </w:rPr>
        <w:t>We, the undersigned witnesses, each declare in the presence of the above-named Declarant that the Declarant willingly signed this document in our presence and that to the best of our knowledge the Declarant is at least 18 years of age, of sound mind, and under no constraint or undue influence.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first witness]</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(signature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[typed name of second witness]</w:t>
      </w:r>
    </w:p>
    <w:p>
      <w:pPr>
        <w:keepNext w:val="0"/>
        <w:spacing w:before="120" w:after="0" w:line="260" w:lineRule="exact"/>
        <w:ind w:left="360" w:right="0" w:firstLine="0"/>
        <w:jc w:val="left"/>
      </w:pPr>
      <w:r>
        <w:rPr>
          <w:rFonts w:ascii="Times New Roman" w:hAnsi="Times New Roman" w:eastAsia="Times New Roman" w:cs="Times New Roman"/>
          <w:b w:val="0"/>
          <w:sz w:val="24"/>
        </w:rPr>
        <w:t>Witness</w:t>
      </w:r>
    </w:p>
    <w:p>
      <w:pPr>
        <w:keepNext w:val="0"/>
        <w:spacing w:before="120" w:after="0" w:line="260" w:lineRule="exact"/>
        <w:ind w:left="360" w:right="0" w:firstLine="0"/>
        <w:jc w:val="left"/>
      </w:pPr>
      <w:r>
        <w:rPr>
          <w:rFonts w:ascii="Times New Roman" w:hAnsi="Times New Roman" w:eastAsia="Times New Roman" w:cs="Times New Roman"/>
          <w:b w:val="0"/>
          <w:sz w:val="24"/>
        </w:rPr>
        <w:t>[address of second witness]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