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LIVING WILL (DECLARATION)</w:t>
      </w:r>
    </w:p>
    <w:p>
      <w:pPr/>
    </w:p>
    <w:p>
      <w:pPr/>
      <w:r>
        <w:rPr>
          <w:rFonts w:ascii="Times New Roman" w:hAnsi="Times New Roman" w:eastAsia="Times New Roman" w:cs="Times New Roman"/>
          <w:sz w:val="24"/>
        </w:rPr>
        <w:t>This document contains two parts. Both parts are for use when you can no longer communicate your health care wishes to your doctors. You may choose to sign one or the other or both.</w:t>
      </w:r>
    </w:p>
    <w:p>
      <w:pPr/>
    </w:p>
    <w:p>
      <w:pPr/>
      <w:r>
        <w:rPr>
          <w:rFonts w:ascii="Times New Roman" w:hAnsi="Times New Roman" w:eastAsia="Times New Roman" w:cs="Times New Roman"/>
          <w:sz w:val="24"/>
        </w:rPr>
        <w:t xml:space="preserve">The first form is called a Health Care Directive, also known as a living will.  The Health Care Directive allows you to tell your health care providers your preferences for end of life treatment. </w:t>
      </w:r>
    </w:p>
    <w:p>
      <w:pPr/>
    </w:p>
    <w:p>
      <w:pPr/>
      <w:r>
        <w:rPr>
          <w:rFonts w:ascii="Times New Roman" w:hAnsi="Times New Roman" w:eastAsia="Times New Roman" w:cs="Times New Roman"/>
          <w:sz w:val="24"/>
        </w:rPr>
        <w:t>The second form is called a Health Care Power of Attorney. This Health Care Power of Attorney allows you to appoint another person to make health care decisions on your behalf taking into account your wishes.</w:t>
      </w:r>
    </w:p>
    <w:p>
      <w:pPr/>
    </w:p>
    <w:p>
      <w:pPr/>
      <w:r>
        <w:rPr>
          <w:rFonts w:ascii="Times New Roman" w:hAnsi="Times New Roman" w:eastAsia="Times New Roman" w:cs="Times New Roman"/>
          <w:sz w:val="24"/>
        </w:rPr>
        <w:t>This form was completed and signed on ________________, 20____.</w:t>
      </w:r>
    </w:p>
    <w:p>
      <w:pPr/>
    </w:p>
    <w:p>
      <w:pPr/>
      <w:r>
        <w:rPr>
          <w:rFonts w:ascii="Times New Roman" w:hAnsi="Times New Roman" w:eastAsia="Times New Roman" w:cs="Times New Roman"/>
          <w:b/>
          <w:sz w:val="24"/>
        </w:rPr>
        <w:t>HEALTH CARE DIRECTIVE (LIVING WILL)</w:t>
      </w:r>
    </w:p>
    <w:p>
      <w:pPr/>
      <w:r>
        <w:rPr>
          <w:rFonts w:ascii="Times New Roman" w:hAnsi="Times New Roman" w:eastAsia="Times New Roman" w:cs="Times New Roman"/>
          <w:sz w:val="24"/>
        </w:rPr>
        <w:t>(If you do not wish to fill out this form and just wish to designate a health care agent, draw an “X” through the following section)</w:t>
      </w:r>
    </w:p>
    <w:p>
      <w:pPr/>
    </w:p>
    <w:p>
      <w:pPr/>
      <w:r>
        <w:rPr>
          <w:rFonts w:ascii="Times New Roman" w:hAnsi="Times New Roman" w:eastAsia="Times New Roman" w:cs="Times New Roman"/>
          <w:sz w:val="24"/>
        </w:rPr>
        <w:t xml:space="preserve">I, ______________________, with a mailing address of ______________________, with the last four (4) digits of my social security number (SSN) being xxx-xx-_______ (Hereinafter may be referred to as the ‘Principal’) desire to advise my doctors and medical providers of my wishes for my health care in the event I am not able to communicate my wishes. </w:t>
      </w:r>
    </w:p>
    <w:p>
      <w:pPr/>
    </w:p>
    <w:p>
      <w:pPr/>
      <w:r>
        <w:rPr>
          <w:rFonts w:ascii="Times New Roman" w:hAnsi="Times New Roman" w:eastAsia="Times New Roman" w:cs="Times New Roman"/>
          <w:b/>
          <w:sz w:val="24"/>
        </w:rPr>
        <w:t>LIFE SUPPORT</w:t>
      </w:r>
    </w:p>
    <w:p>
      <w:pPr/>
      <w:r>
        <w:rPr>
          <w:rFonts w:ascii="Times New Roman" w:hAnsi="Times New Roman" w:eastAsia="Times New Roman" w:cs="Times New Roman"/>
          <w:sz w:val="24"/>
        </w:rPr>
        <w:t>I desire that my doctor make a concerted effort to return me to an acceptable quality of life using then available treatments and therapies. However, if my quality of life becomes unacceptable as I have defined below and my doctors have determined that my condition will not improve (is irreversible), I direct that all treatments that extend my life be withdrawn.</w:t>
      </w:r>
    </w:p>
    <w:p>
      <w:pPr/>
    </w:p>
    <w:p>
      <w:pPr/>
      <w:r>
        <w:rPr>
          <w:rFonts w:ascii="Times New Roman" w:hAnsi="Times New Roman" w:eastAsia="Times New Roman" w:cs="Times New Roman"/>
          <w:sz w:val="24"/>
        </w:rPr>
        <w:t>An unacceptable quality of life means (initial and check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Chronic coma or persistent vegetative state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 longer able to communicate my needs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 longer able to recognize family or friends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Total dependence on others for daily care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Other: _____________________________________________________.</w:t>
      </w:r>
    </w:p>
    <w:p>
      <w:pPr/>
    </w:p>
    <w:p>
      <w:pPr>
        <w:spacing w:before="0" w:after="0"/>
      </w:pPr>
      <w:r>
        <w:rPr>
          <w:rFonts w:ascii="Times New Roman" w:hAnsi="Times New Roman" w:eastAsia="Times New Roman" w:cs="Times New Roman"/>
          <w:sz w:val="24"/>
        </w:rPr>
        <w:t>(initial and check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Even if I have the quality of life described above, I still wish to be treated with food and water by tube or intravenously (IV).</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If I have the quality of life described above, I do NOT wish to be treated with food and water by tube or intravenously (IV).</w:t>
      </w:r>
    </w:p>
    <w:p>
      <w:pPr/>
    </w:p>
    <w:p>
      <w:pPr/>
      <w:r>
        <w:rPr>
          <w:rFonts w:ascii="Times New Roman" w:hAnsi="Times New Roman" w:eastAsia="Times New Roman" w:cs="Times New Roman"/>
          <w:b/>
          <w:sz w:val="24"/>
        </w:rPr>
        <w:t>CERTAIN LIFE-SUSTAINING TREATMENT</w:t>
      </w:r>
      <w:r>
        <w:rPr>
          <w:rFonts w:ascii="Times New Roman" w:hAnsi="Times New Roman" w:eastAsia="Times New Roman" w:cs="Times New Roman"/>
          <w:sz w:val="24"/>
        </w:rPr>
        <w:t>: (You do not have to initial and check any of these if you do not wish to)</w:t>
      </w:r>
    </w:p>
    <w:p>
      <w:pPr/>
    </w:p>
    <w:p>
      <w:pPr/>
      <w:r>
        <w:rPr>
          <w:rFonts w:ascii="Times New Roman" w:hAnsi="Times New Roman" w:eastAsia="Times New Roman" w:cs="Times New Roman"/>
          <w:sz w:val="24"/>
        </w:rPr>
        <w:t>Some people do not wish to have certain life sustaining treatments under any circumstance, even if recovery is a possibility. Check treatments below, if any, that you do not wish to have under any circumstances (initial and check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Cardiopulmonary Resuscitation (CPR)</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Ventilation (breathing machine)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Feeding tube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Dialysis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Other: ______________________________________________________.</w:t>
      </w:r>
    </w:p>
    <w:p>
      <w:pPr/>
    </w:p>
    <w:p>
      <w:pPr/>
      <w:r>
        <w:rPr>
          <w:rFonts w:ascii="Times New Roman" w:hAnsi="Times New Roman" w:eastAsia="Times New Roman" w:cs="Times New Roman"/>
          <w:b/>
          <w:sz w:val="24"/>
        </w:rPr>
        <w:t>END OF LIFE WISHES</w:t>
      </w:r>
      <w:r>
        <w:rPr>
          <w:rFonts w:ascii="Times New Roman" w:hAnsi="Times New Roman" w:eastAsia="Times New Roman" w:cs="Times New Roman"/>
          <w:sz w:val="24"/>
        </w:rPr>
        <w:t xml:space="preserve"> (hospice care, funeral arrangements, etc.):</w:t>
      </w:r>
    </w:p>
    <w:p>
      <w:pPr/>
    </w:p>
    <w:p>
      <w:pPr/>
      <w:r>
        <w:rPr>
          <w:rFonts w:ascii="Times New Roman" w:hAnsi="Times New Roman" w:eastAsia="Times New Roman" w:cs="Times New Roman"/>
          <w:sz w:val="24"/>
        </w:rPr>
        <w:t xml:space="preserve">When I am near death, it is important to me that:  </w:t>
        <w:tab/>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HEALTH CARE (MEDICAL) POWER OF ATTORNEY WITH MENTAL HEALTH AUTHORITY</w:t>
      </w:r>
    </w:p>
    <w:p>
      <w:pPr/>
    </w:p>
    <w:p>
      <w:pPr/>
      <w:r>
        <w:rPr>
          <w:rFonts w:ascii="Times New Roman" w:hAnsi="Times New Roman" w:eastAsia="Times New Roman" w:cs="Times New Roman"/>
          <w:sz w:val="24"/>
        </w:rPr>
        <w:t>It provides peace of mind to be able to choose someone you know and who knows you to make healthcare decisions on your behalf when you no longer can communicate your wishes. It is important that you discuss your wishes with your health care agent so they can be sure to make sure your wishes are carried out by the health care providers. If you DO NOT, however, choose someone to make decisions for you, write NONE in the line for the agent’s name.</w:t>
      </w:r>
    </w:p>
    <w:p>
      <w:pPr/>
    </w:p>
    <w:p>
      <w:pPr/>
      <w:r>
        <w:rPr>
          <w:rFonts w:ascii="Times New Roman" w:hAnsi="Times New Roman" w:eastAsia="Times New Roman" w:cs="Times New Roman"/>
          <w:sz w:val="24"/>
        </w:rPr>
        <w:t>I, ______________________, as Principal, designate ______________________, as my agent to act in all matters relating to my health care (including my mental health care) and including, without limitation, the power to give or refuse consent to all medical and surgical treatments, hospitalizations and related health care. This power of attorney is effective at the point when I am not longer able to communicate my health care wishes.  My agent's decisions under this power of attorney, during any period when I am unable to make and/or communicate my health care decisions or when there is uncertainty as to whether I am dead or alive, are binding on my heirs, devisees and personal representatives.</w:t>
      </w:r>
    </w:p>
    <w:p>
      <w:pPr/>
    </w:p>
    <w:p>
      <w:pPr/>
      <w:r>
        <w:rPr>
          <w:rFonts w:ascii="Times New Roman" w:hAnsi="Times New Roman" w:eastAsia="Times New Roman" w:cs="Times New Roman"/>
          <w:sz w:val="24"/>
        </w:rPr>
        <w:t>My agent’s address and phone number are as follows:</w:t>
      </w:r>
    </w:p>
    <w:p>
      <w:pPr/>
    </w:p>
    <w:p>
      <w:pPr/>
      <w:r>
        <w:rPr>
          <w:rFonts w:ascii="Times New Roman" w:hAnsi="Times New Roman" w:eastAsia="Times New Roman" w:cs="Times New Roman"/>
          <w:sz w:val="24"/>
        </w:rPr>
        <w:t>Phone: ______________________________</w:t>
      </w:r>
    </w:p>
    <w:p>
      <w:pPr/>
      <w:r>
        <w:rPr>
          <w:rFonts w:ascii="Times New Roman" w:hAnsi="Times New Roman" w:eastAsia="Times New Roman" w:cs="Times New Roman"/>
          <w:sz w:val="24"/>
        </w:rPr>
        <w:t>Address: ______________________________</w:t>
        <w:tab/>
      </w:r>
    </w:p>
    <w:p>
      <w:pPr/>
    </w:p>
    <w:p>
      <w:pPr/>
      <w:r>
        <w:rPr>
          <w:rFonts w:ascii="Times New Roman" w:hAnsi="Times New Roman" w:eastAsia="Times New Roman" w:cs="Times New Roman"/>
          <w:sz w:val="24"/>
        </w:rPr>
        <w:t>(initial and check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I specifically consent to giving my agent the power to admit me to an inpatient or partial psychiatric hospitalization program if ordered by my physician. (Initial if this is your choice)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This Health Care Directive including Mental Health Care Power of Attorney may not be revoked if I am incapacitated. (Initial if this is your choice)</w:t>
      </w:r>
    </w:p>
    <w:p>
      <w:pPr/>
    </w:p>
    <w:p>
      <w:pPr/>
      <w:r>
        <w:rPr>
          <w:rFonts w:ascii="Times New Roman" w:hAnsi="Times New Roman" w:eastAsia="Times New Roman" w:cs="Times New Roman"/>
          <w:sz w:val="24"/>
        </w:rPr>
        <w:t>If my agent is unwilling or unable to serve, I hereby appoint as my successor agent:</w:t>
      </w:r>
    </w:p>
    <w:p>
      <w:pPr/>
    </w:p>
    <w:p>
      <w:pPr/>
      <w:r>
        <w:rPr>
          <w:rFonts w:ascii="Times New Roman" w:hAnsi="Times New Roman" w:eastAsia="Times New Roman" w:cs="Times New Roman"/>
          <w:sz w:val="24"/>
        </w:rPr>
        <w:t>Successor Agent’s Name: ______________________________</w:t>
        <w:tab/>
        <w:tab/>
        <w:t xml:space="preserve">      </w:t>
      </w:r>
    </w:p>
    <w:p>
      <w:pPr/>
      <w:r>
        <w:rPr>
          <w:rFonts w:ascii="Times New Roman" w:hAnsi="Times New Roman" w:eastAsia="Times New Roman" w:cs="Times New Roman"/>
          <w:sz w:val="24"/>
        </w:rPr>
        <w:t>Phone: ______________________________</w:t>
      </w:r>
    </w:p>
    <w:p>
      <w:pPr/>
      <w:r>
        <w:rPr>
          <w:rFonts w:ascii="Times New Roman" w:hAnsi="Times New Roman" w:eastAsia="Times New Roman" w:cs="Times New Roman"/>
          <w:sz w:val="24"/>
        </w:rPr>
        <w:t>Address: ______________________________</w:t>
        <w:tab/>
        <w:tab/>
        <w:t xml:space="preserve">      </w:t>
      </w:r>
    </w:p>
    <w:p>
      <w:pPr/>
    </w:p>
    <w:p>
      <w:pPr/>
      <w:r>
        <w:rPr>
          <w:rFonts w:ascii="Times New Roman" w:hAnsi="Times New Roman" w:eastAsia="Times New Roman" w:cs="Times New Roman"/>
          <w:sz w:val="24"/>
        </w:rPr>
        <w:t>I intend for my agent to receive any and all of my health records and information as if I were the one requesting such information. This release authority applies to any information governed by the Health Insurance Portability and Accountability Act of 1996 (aka HIPAA), 42 USC 1420D and 45 CFR 160-164.</w:t>
      </w:r>
    </w:p>
    <w:p>
      <w:pPr/>
    </w:p>
    <w:p>
      <w:pPr/>
      <w:r>
        <w:rPr>
          <w:rFonts w:ascii="Times New Roman" w:hAnsi="Times New Roman" w:eastAsia="Times New Roman" w:cs="Times New Roman"/>
          <w:sz w:val="24"/>
        </w:rPr>
        <w:t>I have signed this document on this ________________, 20____.</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 _____________________________</w:t>
      </w:r>
    </w:p>
    <w:p>
      <w:pPr/>
    </w:p>
    <w:p>
      <w:pPr/>
      <w:r>
        <w:rPr>
          <w:rFonts w:ascii="Times New Roman" w:hAnsi="Times New Roman" w:eastAsia="Times New Roman" w:cs="Times New Roman"/>
          <w:sz w:val="24"/>
        </w:rPr>
        <w:t>You may either choose two (2) witnesses and/or a notary to acknowledge your signature.</w:t>
      </w:r>
    </w:p>
    <w:p>
      <w:pPr/>
    </w:p>
    <w:p>
      <w:pPr>
        <w:spacing w:before="0" w:after="0"/>
      </w:pPr>
    </w:p>
    <w:p>
      <w:pPr>
        <w:jc w:val="center"/>
      </w:pPr>
    </w:p>
    <w:p>
      <w:pPr>
        <w:jc w:val="center"/>
      </w:pPr>
      <w:r>
        <w:rPr>
          <w:rFonts w:ascii="Times New Roman" w:hAnsi="Times New Roman" w:eastAsia="Times New Roman" w:cs="Times New Roman"/>
          <w:b/>
          <w:sz w:val="24"/>
        </w:rPr>
        <w:t>WITNESS ACKNOWLEDGMENT</w:t>
      </w:r>
    </w:p>
    <w:p>
      <w:pPr/>
    </w:p>
    <w:p>
      <w:pPr/>
    </w:p>
    <w:p>
      <w:pPr/>
      <w:r>
        <w:rPr>
          <w:rFonts w:ascii="Times New Roman" w:hAnsi="Times New Roman" w:eastAsia="Times New Roman" w:cs="Times New Roman"/>
          <w:sz w:val="24"/>
        </w:rPr>
        <w:t>On the date set forth above, I hereby state as follows:</w:t>
      </w:r>
    </w:p>
    <w:p>
      <w:pPr/>
    </w:p>
    <w:p>
      <w:pPr/>
      <w:r>
        <w:rPr>
          <w:rFonts w:ascii="Times New Roman" w:hAnsi="Times New Roman" w:eastAsia="Times New Roman" w:cs="Times New Roman"/>
          <w:sz w:val="24"/>
        </w:rPr>
        <w:t>The above named person is personally known to me, and I believe him/her to be of sound mind and to have voluntarily executed this document. I am at least 18 years old, not related to him/her by blood, marriage or adoption, and I am not an agent or successor agent named in this document. To my knowledge, I am not a beneficiary of his/her will or any codicil, and I have no claim against his/her estate. I am not directly involved in his/her health care.</w:t>
      </w:r>
    </w:p>
    <w:p>
      <w:pPr/>
    </w:p>
    <w:p>
      <w:pPr/>
      <w:r>
        <w:rPr>
          <w:rFonts w:ascii="Times New Roman" w:hAnsi="Times New Roman" w:eastAsia="Times New Roman" w:cs="Times New Roman"/>
          <w:b/>
          <w:sz w:val="24"/>
        </w:rPr>
        <w:t>Witness 1</w:t>
      </w:r>
    </w:p>
    <w:p>
      <w:pPr/>
    </w:p>
    <w:p>
      <w:pPr/>
      <w:r>
        <w:rPr>
          <w:rFonts w:ascii="Times New Roman" w:hAnsi="Times New Roman" w:eastAsia="Times New Roman" w:cs="Times New Roman"/>
          <w:sz w:val="24"/>
        </w:rPr>
        <w:t xml:space="preserve">Witness 1 Signature: </w:t>
      </w: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 _____________________________</w:t>
      </w:r>
    </w:p>
    <w:p>
      <w:pPr/>
      <w:r>
        <w:rPr>
          <w:rFonts w:ascii="Times New Roman" w:hAnsi="Times New Roman" w:eastAsia="Times New Roman" w:cs="Times New Roman"/>
          <w:sz w:val="24"/>
        </w:rPr>
        <w:t>Phone: ______________________________</w:t>
      </w:r>
    </w:p>
    <w:p>
      <w:pPr/>
      <w:r>
        <w:rPr>
          <w:rFonts w:ascii="Times New Roman" w:hAnsi="Times New Roman" w:eastAsia="Times New Roman" w:cs="Times New Roman"/>
          <w:sz w:val="24"/>
        </w:rPr>
        <w:t>Address: ______________________________</w:t>
      </w:r>
    </w:p>
    <w:p>
      <w:pPr/>
    </w:p>
    <w:p>
      <w:pPr/>
      <w:r>
        <w:rPr>
          <w:rFonts w:ascii="Times New Roman" w:hAnsi="Times New Roman" w:eastAsia="Times New Roman" w:cs="Times New Roman"/>
          <w:b/>
          <w:sz w:val="24"/>
        </w:rPr>
        <w:t>Witness 2</w:t>
      </w:r>
    </w:p>
    <w:p>
      <w:pPr/>
    </w:p>
    <w:p>
      <w:pPr/>
      <w:r>
        <w:rPr>
          <w:rFonts w:ascii="Times New Roman" w:hAnsi="Times New Roman" w:eastAsia="Times New Roman" w:cs="Times New Roman"/>
          <w:sz w:val="24"/>
        </w:rPr>
        <w:t xml:space="preserve">Witness 2 Signature: </w:t>
      </w: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 _____________________________</w:t>
      </w:r>
    </w:p>
    <w:p>
      <w:pPr/>
      <w:r>
        <w:rPr>
          <w:rFonts w:ascii="Times New Roman" w:hAnsi="Times New Roman" w:eastAsia="Times New Roman" w:cs="Times New Roman"/>
          <w:sz w:val="24"/>
        </w:rPr>
        <w:t>Phone: ______________________________</w:t>
      </w:r>
    </w:p>
    <w:p>
      <w:pPr/>
      <w:r>
        <w:rPr>
          <w:rFonts w:ascii="Times New Roman" w:hAnsi="Times New Roman" w:eastAsia="Times New Roman" w:cs="Times New Roman"/>
          <w:sz w:val="24"/>
        </w:rPr>
        <w:t>Address: ______________________________</w:t>
      </w:r>
    </w:p>
    <w:p>
      <w:pPr/>
    </w:p>
    <w:p>
      <w:pPr/>
    </w:p>
    <w:p>
      <w:pPr/>
    </w:p>
    <w:p>
      <w:pPr/>
    </w:p>
    <w:p>
      <w:pPr/>
    </w:p>
    <w:p>
      <w:pPr/>
    </w:p>
    <w:p>
      <w:pPr/>
    </w:p>
    <w:p>
      <w:pPr/>
    </w:p>
    <w:p>
      <w:pPr/>
    </w:p>
    <w:p>
      <w:pPr/>
    </w:p>
    <w:p>
      <w:pPr/>
    </w:p>
    <w:p>
      <w:pPr/>
    </w:p>
    <w:p>
      <w:pPr>
        <w:spacing w:before="0" w:after="0"/>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 }</w:t>
      </w:r>
    </w:p>
    <w:p>
      <w:pPr/>
      <w:r>
        <w:rPr>
          <w:rFonts w:ascii="Times New Roman" w:hAnsi="Times New Roman" w:eastAsia="Times New Roman" w:cs="Times New Roman"/>
          <w:sz w:val="24"/>
        </w:rPr>
        <w:t>County of _____________ }</w:t>
      </w:r>
    </w:p>
    <w:p>
      <w:pPr/>
    </w:p>
    <w:p>
      <w:pPr/>
      <w:r>
        <w:rPr>
          <w:rFonts w:ascii="Times New Roman" w:hAnsi="Times New Roman" w:eastAsia="Times New Roman" w:cs="Times New Roman"/>
          <w:sz w:val="24"/>
        </w:rPr>
        <w:t>Signed and sworn to me on the ___ day of __________________, in the year 20___.</w:t>
      </w:r>
    </w:p>
    <w:p>
      <w:pPr/>
    </w:p>
    <w:p>
      <w:pPr/>
      <w:r>
        <w:rPr>
          <w:rFonts w:ascii="Times New Roman" w:hAnsi="Times New Roman" w:eastAsia="Times New Roman" w:cs="Times New Roman"/>
          <w:sz w:val="24"/>
        </w:rPr>
        <w:t xml:space="preserve">I, the undersigned authority in and for said County in said State, hereby certify that the </w:t>
      </w:r>
    </w:p>
    <w:p>
      <w:pPr/>
    </w:p>
    <w:p>
      <w:pPr/>
      <w:r>
        <w:rPr>
          <w:rFonts w:ascii="Times New Roman" w:hAnsi="Times New Roman" w:eastAsia="Times New Roman" w:cs="Times New Roman"/>
          <w:sz w:val="24"/>
        </w:rPr>
        <w:t>Principal __________________, whose name is signed above in this living will, and who is known to me, acknowledged before me on this day that, being informed of the contents of the said document, (s)he executed the same voluntarily on the day the same bears date.</w:t>
      </w:r>
    </w:p>
    <w:p>
      <w:pPr/>
    </w:p>
    <w:p>
      <w:pPr/>
      <w:r>
        <w:rPr>
          <w:rFonts w:ascii="Times New Roman" w:hAnsi="Times New Roman" w:eastAsia="Times New Roman" w:cs="Times New Roman"/>
          <w:sz w:val="24"/>
        </w:rPr>
        <w:t>Given under my hand this _____________, 20____.</w:t>
      </w:r>
    </w:p>
    <w:p>
      <w:pPr/>
    </w:p>
    <w:p>
      <w:pPr/>
    </w:p>
    <w:p>
      <w:pPr/>
      <w:r>
        <w:rPr>
          <w:rFonts w:ascii="Times New Roman" w:hAnsi="Times New Roman" w:eastAsia="Times New Roman" w:cs="Times New Roman"/>
          <w:sz w:val="24"/>
        </w:rPr>
        <w:t xml:space="preserve">Notary Public Signature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Printed Name: _____________________________.</w:t>
      </w:r>
    </w:p>
    <w:p>
      <w:pPr/>
      <w:r>
        <w:rPr>
          <w:rFonts w:ascii="Times New Roman" w:hAnsi="Times New Roman" w:eastAsia="Times New Roman" w:cs="Times New Roman"/>
          <w:sz w:val="24"/>
        </w:rPr>
        <w:t>My commission expires: _____________________</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