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Living Will Directive and Health Care Surrogate Designation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LIVING WILL DIRECTIVE AND HEALTH CARE SURROGATE DESIGNATION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DECLARANT: [name of declarant]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HEALTH CARE SURROGATE: [name of health care surrogate]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ALTERNATE HEALTH CARE SURROGATE: [name of alternate health care surrogate] </w:t>
      </w:r>
    </w:p>
    <w:p>
      <w:pPr>
        <w:keepNext w:val="0"/>
        <w:spacing w:before="200" w:after="0" w:line="260" w:lineRule="exact"/>
        <w:ind w:left="720" w:right="0" w:firstLine="0"/>
        <w:jc w:val="both"/>
      </w:pPr>
      <w:r>
        <w:rPr>
          <w:rFonts w:ascii="Times New Roman" w:hAnsi="Times New Roman" w:eastAsia="Times New Roman" w:cs="Times New Roman"/>
          <w:b w:val="0"/>
          <w:sz w:val="24"/>
        </w:rPr>
        <w:t>SECOND ALTERNATE HEALTH CARE SURROGATE: [name of second alternate health care surrogate]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declarant], hereby set forth my wishes regarding life-prolonging treatment and artificially provided nutrition and hydration to be provided to me if I no longer have decisional capacity, have a terminal condition, or become permanently unconscious. </w:t>
      </w:r>
      <w:r>
        <w:rPr>
          <w:rFonts w:ascii="Times New Roman" w:hAnsi="Times New Roman" w:eastAsia="Times New Roman" w:cs="Times New Roman"/>
          <w:b/>
          <w:sz w:val="24"/>
        </w:rPr>
        <w:t>I revoke any previous declarations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 designate [name of health care surrogate] as Health Care Surrogate to make health care decisions for me, in accordance with this directive, when I do not have the ability to make and communicate a health care decision on my own behalf. If [name of health care surrogate] does not act for me, I designate [name of alternate health care surrogate] as Health Care Surrogate. If [name of alternate health care surrogate] does not act for me, I designate [name of second alternate health care surrogate] as Health Care Surrogate. Any Health Care Surrogate serving pursuant to this instrument is referred to as Health Care Surrogate.</w:t>
      </w:r>
    </w:p>
    <w:p>
      <w:pPr>
        <w:keepNext w:val="0"/>
        <w:spacing w:before="200" w:after="0" w:line="260" w:lineRule="exact"/>
        <w:ind w:left="720" w:right="0" w:firstLine="0"/>
        <w:jc w:val="both"/>
      </w:pPr>
      <w:r>
        <w:rPr>
          <w:rFonts w:ascii="Times New Roman" w:hAnsi="Times New Roman" w:eastAsia="Times New Roman" w:cs="Times New Roman"/>
          <w:b w:val="0"/>
          <w:sz w:val="24"/>
        </w:rPr>
        <w:t>Health Care Surrogate will comply with my wishes as set forth below. If Health Care Surrogate is not able, or is unavailable, to act for me, my attending physician (and other health care providers) will comply with my wishes as set forth below.</w:t>
      </w:r>
    </w:p>
    <w:p>
      <w:pPr>
        <w:keepNext w:val="0"/>
        <w:spacing w:before="120" w:after="0" w:line="260" w:lineRule="exact"/>
        <w:ind w:left="720" w:right="0" w:firstLine="0"/>
        <w:jc w:val="left"/>
      </w:pPr>
      <w:r>
        <w:rPr>
          <w:rFonts w:ascii="Times New Roman" w:hAnsi="Times New Roman" w:eastAsia="Times New Roman" w:cs="Times New Roman"/>
          <w:b/>
          <w:sz w:val="24"/>
        </w:rPr>
        <w:t>Life-Prolonging Treatment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____ 1 I direct that treatment be withheld or withdrawn, and that I be permitted to die naturally with only the administration of medication or the performance of any medical treatment deemed necessary to alleviate pain; or</w:t>
      </w:r>
    </w:p>
    <w:p>
      <w:pPr>
        <w:keepNext w:val="0"/>
        <w:spacing w:before="200" w:after="0" w:line="260" w:lineRule="exact"/>
        <w:ind w:left="1440" w:right="0" w:firstLine="0"/>
        <w:jc w:val="both"/>
      </w:pPr>
      <w:r>
        <w:rPr>
          <w:rFonts w:ascii="Times New Roman" w:hAnsi="Times New Roman" w:eastAsia="Times New Roman" w:cs="Times New Roman"/>
          <w:b w:val="0"/>
          <w:sz w:val="24"/>
        </w:rPr>
        <w:t>_____ 1A I DO NOT authorize that life-prolonging treatment be withheld or withdrawn.</w:t>
      </w:r>
    </w:p>
    <w:p>
      <w:pPr>
        <w:keepNext w:val="0"/>
        <w:spacing w:before="120" w:after="0" w:line="260" w:lineRule="exact"/>
        <w:ind w:left="720" w:right="0" w:firstLine="0"/>
        <w:jc w:val="left"/>
      </w:pP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____ 2 I authorize the withholding or withdrawal of artificially provided food, water, or other artificially provided nourishment or fluids; or</w:t>
      </w:r>
    </w:p>
    <w:p>
      <w:pPr>
        <w:keepNext w:val="0"/>
        <w:spacing w:before="200" w:after="0" w:line="260" w:lineRule="exact"/>
        <w:ind w:left="1440" w:right="0" w:firstLine="0"/>
        <w:jc w:val="both"/>
      </w:pPr>
      <w:r>
        <w:rPr>
          <w:rFonts w:ascii="Times New Roman" w:hAnsi="Times New Roman" w:eastAsia="Times New Roman" w:cs="Times New Roman"/>
          <w:b w:val="0"/>
          <w:sz w:val="24"/>
        </w:rPr>
        <w:t>_____ 2A I DO NOT authorize the withholding or withdrawal of artificially provided food, water, or other artificially provided nourishment or fluids.</w:t>
      </w:r>
    </w:p>
    <w:p>
      <w:pPr>
        <w:keepNext w:val="0"/>
        <w:spacing w:before="120" w:after="0" w:line="260" w:lineRule="exact"/>
        <w:ind w:left="720" w:right="0" w:firstLine="0"/>
        <w:jc w:val="left"/>
      </w:pPr>
      <w:r>
        <w:rPr>
          <w:rFonts w:ascii="Times New Roman" w:hAnsi="Times New Roman" w:eastAsia="Times New Roman" w:cs="Times New Roman"/>
          <w:b/>
          <w:sz w:val="24"/>
        </w:rPr>
        <w:t>Surrogate Discretion Controls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____ 3 I authorize Health Care Surrogate, designated above, to withhold artificially provided nourishment or fluids, or other treatment if the Health Care Surrogate determines that withholding or withdrawing is in my best interest. I do not, however, mandate that withholding or withdrawing, regardless of the provisions I selected above.</w:t>
      </w:r>
    </w:p>
    <w:p>
      <w:pPr>
        <w:keepNext w:val="0"/>
        <w:spacing w:before="120" w:after="0" w:line="260" w:lineRule="exact"/>
        <w:ind w:left="720" w:right="0" w:firstLine="0"/>
        <w:jc w:val="left"/>
      </w:pPr>
      <w:r>
        <w:rPr>
          <w:rFonts w:ascii="Times New Roman" w:hAnsi="Times New Roman" w:eastAsia="Times New Roman" w:cs="Times New Roman"/>
          <w:b/>
          <w:sz w:val="24"/>
        </w:rPr>
        <w:t>Organ Donation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_____ 4 I authorize the giving of all or any part of my body upon death for any purpose specified in Ky. Rev. Stat. Ann. § 311.1929.</w:t>
      </w:r>
    </w:p>
    <w:p>
      <w:pPr>
        <w:keepNext w:val="0"/>
        <w:spacing w:before="200" w:after="0" w:line="260" w:lineRule="exact"/>
        <w:ind w:left="1440" w:right="0" w:firstLine="0"/>
        <w:jc w:val="both"/>
      </w:pPr>
      <w:r>
        <w:rPr>
          <w:rFonts w:ascii="Times New Roman" w:hAnsi="Times New Roman" w:eastAsia="Times New Roman" w:cs="Times New Roman"/>
          <w:b w:val="0"/>
          <w:sz w:val="24"/>
        </w:rPr>
        <w:t>_____ 4A I DO NOT authorize the giving of all or any part of my body upon my death.</w:t>
      </w:r>
    </w:p>
    <w:p>
      <w:pPr>
        <w:keepNext w:val="0"/>
        <w:spacing w:before="200" w:after="0" w:line="260" w:lineRule="exact"/>
        <w:ind w:left="720" w:right="0" w:firstLine="0"/>
        <w:jc w:val="both"/>
      </w:pPr>
      <w:r>
        <w:rPr>
          <w:rFonts w:ascii="Times New Roman" w:hAnsi="Times New Roman" w:eastAsia="Times New Roman" w:cs="Times New Roman"/>
          <w:b w:val="0"/>
          <w:sz w:val="24"/>
        </w:rPr>
        <w:t>In the absence of my ability to give directions regarding the use of life-prolonging treatment and artificially provided nutrition and hydration it is my intention that this direction be honored by my attending physician, my family, and any Health Care Surrogate designated pursuant to this directive as the final expression of my legal right to refuse medical or surgical treatment and I accept the consequences of the refusal.</w:t>
      </w:r>
    </w:p>
    <w:p>
      <w:pPr>
        <w:keepNext w:val="0"/>
        <w:spacing w:before="200" w:after="0" w:line="260" w:lineRule="exact"/>
        <w:ind w:left="720" w:right="0" w:firstLine="0"/>
        <w:jc w:val="both"/>
      </w:pPr>
      <w:r>
        <w:rPr>
          <w:rFonts w:ascii="Times New Roman" w:hAnsi="Times New Roman" w:eastAsia="Times New Roman" w:cs="Times New Roman"/>
          <w:b w:val="0"/>
          <w:sz w:val="24"/>
        </w:rPr>
        <w:t>Health Care Surrogate is authorized to take charge of my person in the event of my illness or disability of any kind and to arrange for my removal from or placement in such institutions or facilities, including, but not limited to, hospitals, nursing homes, hospices and convalescent homes as Health Care Surrogate, in Health Care Surrogate's discretion, may determine most suitable for my personal care, comfort, benefit, health or safety, all in the standard to which I had been accustomed at the time of such removal or placement.</w:t>
      </w:r>
    </w:p>
    <w:p>
      <w:pPr>
        <w:keepNext w:val="0"/>
        <w:spacing w:before="200" w:after="0" w:line="260" w:lineRule="exact"/>
        <w:ind w:left="720" w:right="0" w:firstLine="0"/>
        <w:jc w:val="both"/>
      </w:pPr>
      <w:r>
        <w:rPr>
          <w:rFonts w:ascii="Times New Roman" w:hAnsi="Times New Roman" w:eastAsia="Times New Roman" w:cs="Times New Roman"/>
          <w:b w:val="0"/>
          <w:sz w:val="24"/>
        </w:rPr>
        <w:t>Health Care Surrogate is authorized to receive protected information under the Health Insurance Portability and Accountability Act of 1996 ("HIPAA"), and to authorize the disclosure and use of my protected health information as provided in 45 CFR Part 164, to the greatest extent allowed by Federal law. It is my intent for Health Care Surrogate to be considered my personal representative under 45 CFR 164.502(g), and, therefore, Health Care Surrogate will be treated as I would be with respect to my rights regarding the use and disclosure of my protected health information or other medical records.</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the full import of this directive and that I may revoke it at any time, and I am emotionally and mentally competent to make this directive.</w:t>
      </w:r>
    </w:p>
    <w:p>
      <w:pPr>
        <w:keepNext w:val="0"/>
        <w:spacing w:before="200" w:after="0" w:line="260" w:lineRule="exact"/>
        <w:ind w:left="720" w:right="0" w:firstLine="0"/>
        <w:jc w:val="both"/>
      </w:pPr>
      <w:r>
        <w:rPr>
          <w:rFonts w:ascii="Times New Roman" w:hAnsi="Times New Roman" w:eastAsia="Times New Roman" w:cs="Times New Roman"/>
          <w:b w:val="0"/>
          <w:sz w:val="24"/>
        </w:rPr>
        <w:t>Third parties may rely upon photostatic, facsimile, or electronic copies of the original document.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declarant], Declarant</w:t>
      </w:r>
    </w:p>
    <w:p>
      <w:pPr>
        <w:keepNext w:val="0"/>
        <w:spacing w:before="120" w:after="0" w:line="260" w:lineRule="exact"/>
        <w:ind w:left="360" w:right="0" w:firstLine="0"/>
        <w:jc w:val="left"/>
      </w:pPr>
      <w:r>
        <w:rPr>
          <w:rFonts w:ascii="Times New Roman" w:hAnsi="Times New Roman" w:eastAsia="Times New Roman" w:cs="Times New Roman"/>
          <w:b w:val="0"/>
          <w:sz w:val="24"/>
        </w:rPr>
        <w:t>[address of declarant]</w:t>
      </w:r>
    </w:p>
    <w:p>
      <w:pPr>
        <w:keepNext w:val="0"/>
        <w:spacing w:before="200" w:after="0" w:line="260" w:lineRule="exact"/>
        <w:ind w:left="360" w:right="0" w:firstLine="0"/>
        <w:jc w:val="both"/>
      </w:pPr>
      <w:r>
        <w:rPr>
          <w:rFonts w:ascii="Times New Roman" w:hAnsi="Times New Roman" w:eastAsia="Times New Roman" w:cs="Times New Roman"/>
          <w:b/>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In our joint presence, the declarant, who is of sound mind and 18 years of age, or older, voluntarily dated and signed this writing or directed it to be dated and signed for the declarant.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residing at [address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residing at [address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w:t>
      </w:r>
    </w:p>
    <w:p>
      <w:pPr/>
    </w:p>
    <w:p>
      <w:pPr>
        <w:keepNext w:val="0"/>
        <w:spacing w:before="200" w:after="0" w:line="260" w:lineRule="exact"/>
        <w:ind w:left="360" w:right="0" w:firstLine="0"/>
        <w:jc w:val="both"/>
      </w:pPr>
      <w:r>
        <w:rPr>
          <w:rFonts w:ascii="Times New Roman" w:hAnsi="Times New Roman" w:eastAsia="Times New Roman" w:cs="Times New Roman"/>
          <w:b/>
          <w:sz w:val="24"/>
        </w:rPr>
        <w:t>Execution of this document restricts withholding and withdrawing of some medical procedures. Consult Kentucky Revised Statutes or your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