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9" w:after="0"/>
      </w:pPr>
      <w:r>
        <w:rPr>
          <w:rFonts w:ascii="Times New Roman" w:hAnsi="Times New Roman" w:eastAsia="Times New Roman" w:cs="Times New Roman"/>
          <w:b/>
          <w:sz w:val="24"/>
        </w:rPr>
        <w:t>LOUISIANA HEALTH CARE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/>
    </w:p>
    <w:p>
      <w:pPr/>
    </w:p>
    <w:p>
      <w:pPr>
        <w:spacing w:before="3" w:after="0"/>
      </w:pPr>
    </w:p>
    <w:p>
      <w:pPr>
        <w:spacing w:line="458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 xml:space="preserve">I </w:t>
      </w: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 xml:space="preserve"> 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appoint: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>
        <w:spacing w:line="458" w:lineRule="auto"/>
      </w:pP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 OF ATTORNEY IN FACT]</w:t>
      </w:r>
    </w:p>
    <w:p>
      <w:pPr>
        <w:spacing w:line="263" w:lineRule="exact"/>
      </w:pPr>
      <w:r>
        <w:rPr>
          <w:rFonts w:ascii="Times New Roman" w:hAnsi="Times New Roman" w:eastAsia="Times New Roman" w:cs="Times New Roman"/>
          <w:sz w:val="24"/>
        </w:rPr>
        <w:t>Home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Address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 OF ATTORNEY IN FACT]</w:t>
      </w:r>
    </w:p>
    <w:p>
      <w:pPr>
        <w:spacing w:before="1" w:after="0"/>
      </w:pPr>
    </w:p>
    <w:p>
      <w:pPr>
        <w:spacing w:before="55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>[CITY, STATE]</w:t>
      </w:r>
    </w:p>
    <w:p>
      <w:pPr>
        <w:spacing w:before="55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Home 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[ATTORNEY IN FACT'S HOME PHONE NUMBER]</w:t>
      </w:r>
    </w:p>
    <w:p>
      <w:pPr>
        <w:spacing w:before="55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Work 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 </w:t>
      </w:r>
      <w:r>
        <w:rPr>
          <w:rFonts w:ascii="Times New Roman" w:hAnsi="Times New Roman" w:eastAsia="Times New Roman" w:cs="Times New Roman"/>
          <w:sz w:val="24"/>
        </w:rPr>
        <w:t>[ATTORNEY IN FACT'S WORK PHONE NUMBER]</w:t>
      </w:r>
    </w:p>
    <w:p>
      <w:pPr>
        <w:spacing w:before="4" w:after="0" w:line="276" w:lineRule="auto"/>
      </w:pP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become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 such as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following:</w:t>
      </w:r>
    </w:p>
    <w:p>
      <w:pPr>
        <w:spacing w:before="4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Grant,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refuse,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withdraw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 service,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procedure,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even though my death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ensue.</w:t>
      </w:r>
    </w:p>
    <w:p>
      <w:pPr>
        <w:spacing w:before="8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Talk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personnel,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get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information,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records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necessary to carry out these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decisions.</w:t>
      </w:r>
    </w:p>
    <w:p>
      <w:pPr>
        <w:spacing w:before="4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Authorize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admission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discharge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from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hospital,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nursing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home,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residential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assisted living or similar facility 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service.</w:t>
      </w:r>
    </w:p>
    <w:p>
      <w:pPr>
        <w:spacing w:before="4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Contract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services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facility (without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incurring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liability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contracts)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surgery,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expenses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prescriptions.</w:t>
      </w:r>
    </w:p>
    <w:p>
      <w:pPr>
        <w:spacing w:before="196" w:after="0"/>
        <w:ind w:hanging="212"/>
        <w:jc w:val="both"/>
      </w:pPr>
      <w:r>
        <w:rPr>
          <w:rFonts w:ascii="Times New Roman" w:hAnsi="Times New Roman" w:eastAsia="Times New Roman" w:cs="Times New Roman"/>
          <w:sz w:val="24"/>
        </w:rPr>
        <w:t>Make decisions regarding surgery, medical expenses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prescriptions.</w:t>
      </w:r>
    </w:p>
    <w:p>
      <w:pPr/>
    </w:p>
    <w:p>
      <w:pPr/>
    </w:p>
    <w:p>
      <w:pPr>
        <w:spacing w:before="3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available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appoint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following person(s) to serve as agent(s) in the order listed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below:</w:t>
      </w:r>
    </w:p>
    <w:p>
      <w:pPr>
        <w:spacing w:before="8" w:after="0"/>
      </w:pPr>
    </w:p>
    <w:p>
      <w:pPr>
        <w:spacing w:line="451" w:lineRule="auto"/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 OF SUCCESSOR AGENT]</w:t>
      </w:r>
    </w:p>
    <w:p>
      <w:pPr>
        <w:spacing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Home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Address </w:t>
      </w:r>
      <w:r>
        <w:rPr>
          <w:rFonts w:ascii="Times New Roman" w:hAnsi="Times New Roman" w:eastAsia="Times New Roman" w:cs="Times New Roman"/>
          <w:sz w:val="24"/>
        </w:rPr>
        <w:t>[HOME ADDRESS OF SUCCESSOR AGENT]</w:t>
      </w:r>
    </w:p>
    <w:p>
      <w:pPr>
        <w:spacing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>[CITY, STATE]</w:t>
      </w:r>
    </w:p>
    <w:p>
      <w:pPr>
        <w:spacing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Home 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[SUCCESSOR AGENT'S HOME PHONE NUMBER]</w:t>
      </w:r>
    </w:p>
    <w:p>
      <w:pPr>
        <w:spacing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Work 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 </w:t>
      </w:r>
      <w:r>
        <w:rPr>
          <w:rFonts w:ascii="Times New Roman" w:hAnsi="Times New Roman" w:eastAsia="Times New Roman" w:cs="Times New Roman"/>
          <w:sz w:val="24"/>
        </w:rPr>
        <w:t>[SUCCESSOR AGENT'S WORK PHONE NUMBER]</w:t>
      </w:r>
    </w:p>
    <w:p>
      <w:pPr>
        <w:spacing w:before="4" w:after="0" w:line="451" w:lineRule="auto"/>
        <w:ind w:firstLine="0"/>
        <w:jc w:val="both"/>
      </w:pPr>
      <w:r>
        <w:rPr>
          <w:rFonts w:ascii="Times New Roman" w:hAnsi="Times New Roman" w:eastAsia="Times New Roman" w:cs="Times New Roman"/>
          <w:sz w:val="24"/>
        </w:rPr>
        <w:t>Name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 OF 2ND SUCCESSOR AGENT]</w:t>
      </w:r>
    </w:p>
    <w:p>
      <w:pPr>
        <w:spacing w:before="4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Home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Address </w:t>
      </w:r>
      <w:r>
        <w:rPr>
          <w:rFonts w:ascii="Times New Roman" w:hAnsi="Times New Roman" w:eastAsia="Times New Roman" w:cs="Times New Roman"/>
          <w:sz w:val="24"/>
        </w:rPr>
        <w:t>[HOME ADDRESS OF 2ND SUCCESSOR AGENT]</w:t>
      </w:r>
    </w:p>
    <w:p>
      <w:pPr>
        <w:spacing w:before="4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>[CITY, STATE]</w:t>
      </w:r>
    </w:p>
    <w:p>
      <w:pPr>
        <w:spacing w:before="4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Home 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[HOME PHONE NUMBER OF 2ND SUCCESSOR AGENT]</w:t>
      </w:r>
    </w:p>
    <w:p>
      <w:pPr>
        <w:spacing w:before="4" w:after="0" w:line="451" w:lineRule="auto"/>
        <w:jc w:val="both"/>
      </w:pPr>
      <w:r>
        <w:rPr>
          <w:rFonts w:ascii="Times New Roman" w:hAnsi="Times New Roman" w:eastAsia="Times New Roman" w:cs="Times New Roman"/>
          <w:sz w:val="24"/>
        </w:rPr>
        <w:t>Work 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 </w:t>
      </w:r>
      <w:r>
        <w:rPr>
          <w:rFonts w:ascii="Times New Roman" w:hAnsi="Times New Roman" w:eastAsia="Times New Roman" w:cs="Times New Roman"/>
          <w:sz w:val="24"/>
        </w:rPr>
        <w:t>[WORK PHONE NUMBER OF 2ND SUCCESSOR AGENT]</w:t>
      </w:r>
    </w:p>
    <w:p>
      <w:pPr>
        <w:spacing w:before="4" w:after="0"/>
        <w:ind w:hanging="22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Name </w:t>
      </w:r>
      <w:r>
        <w:rPr>
          <w:rFonts w:ascii="Times New Roman" w:hAnsi="Times New Roman" w:eastAsia="Times New Roman" w:cs="Times New Roman"/>
          <w:sz w:val="24"/>
        </w:rPr>
        <w:t>[NAME OF 3RD SUCCESSOR AGENT]</w:t>
      </w:r>
    </w:p>
    <w:p>
      <w:pPr>
        <w:spacing w:before="1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>Home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Address </w:t>
      </w:r>
      <w:r>
        <w:rPr>
          <w:rFonts w:ascii="Times New Roman" w:hAnsi="Times New Roman" w:eastAsia="Times New Roman" w:cs="Times New Roman"/>
          <w:sz w:val="24"/>
        </w:rPr>
        <w:t>[HOME ADDRESS OF 3RD SUCCESSOR AGENT]</w:t>
      </w: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br/>
        <w:t>City,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State </w:t>
      </w:r>
      <w:r>
        <w:rPr>
          <w:rFonts w:ascii="Times New Roman" w:hAnsi="Times New Roman" w:eastAsia="Times New Roman" w:cs="Times New Roman"/>
          <w:sz w:val="24"/>
        </w:rPr>
        <w:t>[CITY, STATE]</w:t>
      </w: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br/>
        <w:t>Home Telephone Number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[HOME PHONE NUMBER OF 3RD SUCCESSOR AGENT]</w:t>
      </w: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br/>
        <w:t>Work Telephone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Number </w:t>
      </w:r>
      <w:r>
        <w:rPr>
          <w:rFonts w:ascii="Times New Roman" w:hAnsi="Times New Roman" w:eastAsia="Times New Roman" w:cs="Times New Roman"/>
          <w:sz w:val="24"/>
        </w:rPr>
        <w:t>[WORK PHONE NUMBER OF 3RD SUCCESSOR AGENT]</w:t>
      </w:r>
    </w:p>
    <w:p>
      <w:pPr/>
    </w:p>
    <w:p>
      <w:pPr>
        <w:spacing w:before="12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intend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create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 care,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effect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period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which,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opinion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my attending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physician,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make or communicate a choice regarding a particular health care decision. My agent 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direct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below,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known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him/her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way.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unable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determine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choice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would want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choice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based upon what my agent believes to be in my 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interest.</w:t>
      </w:r>
    </w:p>
    <w:p>
      <w:pPr/>
    </w:p>
    <w:p>
      <w:pPr/>
    </w:p>
    <w:p>
      <w:pPr>
        <w:spacing w:before="170" w:after="0"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authorize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organization,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entity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involved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disclose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release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individually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identifiable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information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medical records in accordance 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HIPAA.</w:t>
      </w:r>
    </w:p>
    <w:p>
      <w:pPr/>
    </w:p>
    <w:p>
      <w:pPr/>
    </w:p>
    <w:p>
      <w:pPr>
        <w:spacing w:before="170" w:after="0"/>
        <w:ind w:hanging="216"/>
      </w:pPr>
      <w:r>
        <w:rPr>
          <w:rFonts w:ascii="Times New Roman" w:hAnsi="Times New Roman" w:eastAsia="Times New Roman" w:cs="Times New Roman"/>
          <w:sz w:val="24"/>
        </w:rPr>
        <w:t>I do NOT want the following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treatments: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[LIST UNWANTED TREATMENTS]</w:t>
      </w:r>
    </w:p>
    <w:p>
      <w:pPr/>
    </w:p>
    <w:p>
      <w:pPr/>
    </w:p>
    <w:p>
      <w:pPr>
        <w:spacing w:before="5" w:after="0"/>
      </w:pPr>
    </w:p>
    <w:p>
      <w:pPr>
        <w:spacing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To the extent that I am permitted by law to do so, I herewith nominate my agent to serve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curator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and/or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similar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representative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capacity.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am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permitted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nomination,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then 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request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strongest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possible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terms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consider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nomination.</w:t>
      </w:r>
    </w:p>
    <w:p>
      <w:pPr/>
    </w:p>
    <w:p>
      <w:pPr/>
    </w:p>
    <w:p>
      <w:pPr>
        <w:spacing w:before="170" w:after="0"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relies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good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representations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agent,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shall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liable to me, my estate, my heirs or assigns for recognizing the agent’s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authority.</w:t>
      </w:r>
    </w:p>
    <w:p>
      <w:pPr/>
    </w:p>
    <w:p>
      <w:pPr/>
    </w:p>
    <w:p>
      <w:pPr>
        <w:spacing w:before="174" w:after="0" w:line="276" w:lineRule="auto"/>
        <w:ind w:firstLine="0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delegated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separable,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invalidity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more powers shall not affect 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others.</w:t>
      </w:r>
    </w:p>
    <w:p>
      <w:pPr>
        <w:spacing w:before="27" w:after="0"/>
      </w:pPr>
      <w:r>
        <w:rPr>
          <w:rFonts w:ascii="Times New Roman" w:hAnsi="Times New Roman" w:eastAsia="Times New Roman" w:cs="Times New Roman"/>
          <w:sz w:val="24"/>
        </w:rPr>
        <w:t>BY MY SIGNATURE I INDICATE THAT I UNDERSTAND THE PURPOSE AND EFFECT OF 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DOCUMENT.</w:t>
      </w:r>
    </w:p>
    <w:p>
      <w:pPr>
        <w:spacing w:before="7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I sign my name to this form 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At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sz w:val="24"/>
        </w:rPr>
        <w:t>Louisiana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Principal:</w:t>
      </w:r>
    </w:p>
    <w:p>
      <w:pPr/>
    </w:p>
    <w:p>
      <w:pPr/>
    </w:p>
    <w:p>
      <w:pPr>
        <w:spacing w:before="9" w:after="0"/>
      </w:pPr>
    </w:p>
    <w:p>
      <w:pPr>
        <w:spacing w:before="55" w:after="0" w:line="451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Signature</w:t>
      </w:r>
    </w:p>
    <w:p>
      <w:pPr/>
    </w:p>
    <w:p>
      <w:pPr>
        <w:spacing w:before="12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ACCEPTANCE OF APPOINTMENT AS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FOR </w:t>
      </w:r>
      <w:r>
        <w:rPr>
          <w:rFonts w:ascii="Times New Roman" w:hAnsi="Times New Roman" w:eastAsia="Times New Roman" w:cs="Times New Roman"/>
          <w:sz w:val="24"/>
        </w:rPr>
        <w:t>[NAME OF PRINCIPAL]</w:t>
      </w:r>
    </w:p>
    <w:p>
      <w:pPr>
        <w:spacing w:before="8" w:after="0"/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serve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have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 duty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consistently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desires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expressed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appointment.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gives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over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only 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 becomes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incapacitated.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good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faith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 exercising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 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understand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manner.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 choose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withdraw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time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competent,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notify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choose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withdraw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when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make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decisions,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must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notify the 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physician.</w:t>
      </w:r>
    </w:p>
    <w:p>
      <w:pPr/>
    </w:p>
    <w:p>
      <w:pPr/>
    </w:p>
    <w:p>
      <w:pPr>
        <w:spacing w:before="4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(Agent)</w:t>
      </w:r>
    </w:p>
    <w:p>
      <w:pPr/>
    </w:p>
    <w:p>
      <w:pPr/>
    </w:p>
    <w:p>
      <w:pPr>
        <w:spacing w:before="8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(Agent)</w:t>
      </w:r>
    </w:p>
    <w:p>
      <w:pPr/>
    </w:p>
    <w:p>
      <w:pPr/>
    </w:p>
    <w:p>
      <w:pPr>
        <w:spacing w:before="1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(Agent)</w:t>
      </w:r>
    </w:p>
    <w:p>
      <w:pPr/>
    </w:p>
    <w:p>
      <w:pPr/>
    </w:p>
    <w:p>
      <w:pPr>
        <w:spacing w:before="8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(Agent)</w:t>
      </w:r>
    </w:p>
    <w:p>
      <w:pPr/>
    </w:p>
    <w:p>
      <w:pPr/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WITNESSES</w:t>
      </w:r>
    </w:p>
    <w:p>
      <w:pPr>
        <w:spacing w:before="12" w:after="0"/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believe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him/her to be of 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mind.</w:t>
      </w:r>
    </w:p>
    <w:p>
      <w:pPr/>
    </w:p>
    <w:p>
      <w:pPr/>
    </w:p>
    <w:p>
      <w:pPr>
        <w:spacing w:before="11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(Witness)</w:t>
      </w:r>
    </w:p>
    <w:p>
      <w:pPr/>
    </w:p>
    <w:p>
      <w:pPr/>
    </w:p>
    <w:p>
      <w:pPr>
        <w:spacing w:before="1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(Witness)</w:t>
      </w:r>
    </w:p>
    <w:p>
      <w:pPr>
        <w:spacing w:before="39" w:after="0"/>
      </w:pPr>
      <w:r>
        <w:rPr>
          <w:rFonts w:ascii="Times New Roman" w:hAnsi="Times New Roman" w:eastAsia="Times New Roman" w:cs="Times New Roman"/>
          <w:sz w:val="24"/>
        </w:rPr>
        <w:t>NOTARIZATION</w:t>
      </w:r>
    </w:p>
    <w:p>
      <w:pPr>
        <w:spacing w:before="8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STATE OF LOUISIANA, PARISH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[PARISH]</w:t>
      </w:r>
    </w:p>
    <w:p>
      <w:pPr>
        <w:spacing w:before="1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Notary Public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Parish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aforesaid,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certify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</w:p>
    <w:p>
      <w:pPr>
        <w:spacing w:before="43" w:after="0" w:line="276" w:lineRule="auto"/>
      </w:pPr>
      <w:r>
        <w:rPr>
          <w:rFonts w:ascii="Times New Roman" w:hAnsi="Times New Roman" w:eastAsia="Times New Roman" w:cs="Times New Roman"/>
          <w:sz w:val="24"/>
        </w:rPr>
        <w:t>[NAME OF PRINCIPAL]</w:t>
      </w:r>
      <w:r>
        <w:rPr>
          <w:rFonts w:ascii="Times New Roman" w:hAnsi="Times New Roman" w:eastAsia="Times New Roman" w:cs="Times New Roman"/>
          <w:sz w:val="24"/>
        </w:rPr>
        <w:t>, who personally came and appeared before me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foregoing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Durable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Louisiana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Health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State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Parish,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Principal’s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voluntary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act.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further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certify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above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named Agent(s)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said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act,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accepting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their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appointment(s)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described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whole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above named Witnesses, signing in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presence.</w:t>
      </w:r>
    </w:p>
    <w:p>
      <w:pPr>
        <w:spacing w:before="8" w:after="0"/>
      </w:pPr>
    </w:p>
    <w:p>
      <w:pPr/>
      <w:r>
        <w:rPr>
          <w:rFonts w:ascii="Times New Roman" w:hAnsi="Times New Roman" w:eastAsia="Times New Roman" w:cs="Times New Roman"/>
          <w:sz w:val="24"/>
        </w:rPr>
        <w:t>Witness my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>
        <w:spacing w:before="8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ab/>
        <w:t xml:space="preserve"> </w:t>
        <w:tab/>
      </w:r>
    </w:p>
    <w:p>
      <w:pPr>
        <w:spacing w:before="1" w:after="0"/>
      </w:pPr>
    </w:p>
    <w:p>
      <w:pPr>
        <w:spacing w:before="55" w:after="0"/>
      </w:pPr>
      <w:r>
        <w:rPr>
          <w:rFonts w:ascii="Times New Roman" w:hAnsi="Times New Roman" w:eastAsia="Times New Roman" w:cs="Times New Roman"/>
          <w:sz w:val="24"/>
        </w:rPr>
        <w:t>NOTARY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