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Louisiana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___________________________________</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 xml:space="preserve">________________________, </w:t>
      </w:r>
      <w:r>
        <w:rPr>
          <w:rFonts w:ascii="Times New Roman" w:hAnsi="Times New Roman" w:eastAsia="Times New Roman" w:cs="Times New Roman"/>
          <w:sz w:val="24"/>
        </w:rPr>
        <w:t>resident in the City of ____________________, Parish of ____________________, State of Louisiana,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________________________, of ___________________________, Parish/County of ________________________, State of ______________________________ as Personal Representative of my estate and I request that (he/she) be appointed temporary Personal Representative if (he/she) applies. If my Personal Representative fails or ceases to so serve, then I nominate _____________________________of __________________________, Parish/County of ____________________________, State of ______________________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 xml:space="preserve">_______________________ [full name], currently of _______________________ [address], as my _______________________ [relation] whose last four (4) digits of their Social Security Number (SSN) are xxx-xx-_____ with the following property: </w:t>
      </w:r>
    </w:p>
    <w:p>
      <w:pPr>
        <w:spacing w:before="0" w:after="160"/>
      </w:pPr>
      <w:r>
        <w:rPr>
          <w:rFonts w:ascii="Times New Roman" w:hAnsi="Times New Roman" w:eastAsia="Times New Roman" w:cs="Times New Roman"/>
          <w:sz w:val="24"/>
        </w:rPr>
        <w:t>______________________________________________________________________</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Louisiana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p>
    <w:p>
      <w:pPr>
        <w:spacing w:before="0" w:after="160"/>
      </w:pPr>
      <w:r>
        <w:rPr>
          <w:rFonts w:ascii="Times New Roman" w:hAnsi="Times New Roman" w:eastAsia="Times New Roman" w:cs="Times New Roman"/>
          <w:b/>
          <w:sz w:val="24"/>
        </w:rPr>
        <w:t>XIII. NOTARIAL TESTAMENT &amp; ATTESTATION</w:t>
      </w:r>
    </w:p>
    <w:p>
      <w:pPr>
        <w:spacing w:before="0" w:after="160"/>
      </w:pPr>
    </w:p>
    <w:p>
      <w:pPr>
        <w:spacing w:before="0" w:after="160"/>
      </w:pPr>
      <w:r>
        <w:rPr>
          <w:rFonts w:ascii="Times New Roman" w:hAnsi="Times New Roman" w:eastAsia="Times New Roman" w:cs="Times New Roman"/>
          <w:sz w:val="24"/>
        </w:rPr>
        <w:t xml:space="preserve">BE IT KNOWN that I, ________________________, the undersigned Testator, do make this my Last and Will and Testament, revoking all previous wills and codicils. </w:t>
      </w:r>
    </w:p>
    <w:p>
      <w:pPr>
        <w:spacing w:before="0" w:after="160"/>
      </w:pPr>
    </w:p>
    <w:p>
      <w:pPr>
        <w:spacing w:before="0" w:after="160"/>
      </w:pPr>
      <w:r>
        <w:rPr>
          <w:rFonts w:ascii="Times New Roman" w:hAnsi="Times New Roman" w:eastAsia="Times New Roman" w:cs="Times New Roman"/>
          <w:sz w:val="24"/>
        </w:rPr>
        <w:t xml:space="preserve">IN TESTIMONY WHEREOF, the Testator </w:t>
      </w:r>
      <w:r>
        <w:rPr>
          <w:rFonts w:ascii="Times New Roman" w:hAnsi="Times New Roman" w:eastAsia="Times New Roman" w:cs="Times New Roman"/>
          <w:sz w:val="24"/>
        </w:rPr>
        <w:t>signs their name hereto and on each page hereof in the presence of the undersigned notary public and the undersigned witnesses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STATE OF LOUISIANA</w:t>
      </w:r>
    </w:p>
    <w:p>
      <w:pPr>
        <w:spacing w:before="0" w:after="160"/>
      </w:pPr>
      <w:r>
        <w:rPr>
          <w:rFonts w:ascii="Times New Roman" w:hAnsi="Times New Roman" w:eastAsia="Times New Roman" w:cs="Times New Roman"/>
          <w:sz w:val="24"/>
        </w:rPr>
        <w:t>PARISH OF ______________</w:t>
      </w:r>
    </w:p>
    <w:p>
      <w:pPr>
        <w:spacing w:before="0" w:after="160"/>
      </w:pPr>
    </w:p>
    <w:p>
      <w:pPr>
        <w:spacing w:before="0" w:after="160"/>
      </w:pPr>
      <w:r>
        <w:rPr>
          <w:rFonts w:ascii="Times New Roman" w:hAnsi="Times New Roman" w:eastAsia="Times New Roman" w:cs="Times New Roman"/>
          <w:sz w:val="24"/>
        </w:rPr>
        <w:t>The foregoing testament consists of ________ typewritten pages (this page included) and is executed under the provisions of the Louisiana Civil Code articles 1576 through 1580.1, as amended.</w:t>
      </w:r>
      <w:r>
        <w:rPr>
          <w:rFonts w:ascii="Times New Roman" w:hAnsi="Times New Roman" w:eastAsia="Times New Roman" w:cs="Times New Roman"/>
          <w:sz w:val="24"/>
        </w:rPr>
        <w:t xml:space="preserve"> In our presence, the Testator has declared or signified that this instrument is their Last Will and Testament and signed it at the end and on each other separate page, and, in the presence of the Testator and each other, we have hereunto subscribed our names on this ____ day of ________________, 20____.</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Witness Name (Print)</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Witness Signature</w:t>
        <w:tab/>
        <w:tab/>
        <w:tab/>
        <w:t xml:space="preserve">                Witness Name (Print)</w:t>
      </w:r>
    </w:p>
    <w:p>
      <w:pPr>
        <w:spacing w:before="0" w:after="160"/>
      </w:pPr>
    </w:p>
    <w:p>
      <w:pPr>
        <w:spacing w:before="0" w:after="160"/>
      </w:pPr>
      <w:r>
        <w:rPr>
          <w:rFonts w:ascii="Times New Roman" w:hAnsi="Times New Roman" w:eastAsia="Times New Roman" w:cs="Times New Roman"/>
          <w:sz w:val="24"/>
        </w:rPr>
        <w:t>__________________________________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w:t>
      </w:r>
    </w:p>
    <w:p>
      <w:pPr>
        <w:spacing w:before="0" w:after="160"/>
      </w:pPr>
      <w:r>
        <w:rPr>
          <w:rFonts w:ascii="Times New Roman" w:hAnsi="Times New Roman" w:eastAsia="Times New Roman" w:cs="Times New Roman"/>
          <w:sz w:val="24"/>
        </w:rPr>
        <w:t>Notary Public                                                 Notary Public Name (Print)</w:t>
      </w:r>
    </w:p>
    <w:p>
      <w:pPr>
        <w:spacing w:before="0" w:after="160"/>
      </w:pPr>
    </w:p>
    <w:p>
      <w:pPr>
        <w:spacing w:before="0" w:after="160"/>
      </w:pP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___________________________________</w:t>
      </w:r>
    </w:p>
    <w:p>
      <w:pPr>
        <w:spacing w:before="0" w:after="160"/>
      </w:pPr>
      <w:r>
        <w:rPr>
          <w:rFonts w:ascii="Times New Roman" w:hAnsi="Times New Roman" w:eastAsia="Times New Roman" w:cs="Times New Roman"/>
          <w:sz w:val="24"/>
        </w:rPr>
        <w:t xml:space="preserve">                                                                      </w:t>
      </w:r>
      <w:r>
        <w:rPr>
          <w:rFonts w:ascii="Times New Roman" w:hAnsi="Times New Roman" w:eastAsia="Times New Roman" w:cs="Times New Roman"/>
          <w:sz w:val="24"/>
        </w:rPr>
        <w:t>Notary Public ID No.</w:t>
      </w:r>
    </w:p>
    <w:p>
      <w:pPr>
        <w:spacing w:before="0" w:after="16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