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5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LOUISIANA DELE</w:t>
      </w:r>
      <w:r>
        <w:rPr>
          <w:rFonts w:ascii="Times New Roman" w:hAnsi="Times New Roman" w:eastAsia="Times New Roman" w:cs="Times New Roman"/>
          <w:b/>
          <w:sz w:val="24"/>
        </w:rPr>
        <w:t>G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>T</w:t>
      </w:r>
      <w:r>
        <w:rPr>
          <w:rFonts w:ascii="Times New Roman" w:hAnsi="Times New Roman" w:eastAsia="Times New Roman" w:cs="Times New Roman"/>
          <w:b/>
          <w:sz w:val="24"/>
        </w:rPr>
        <w:t>IO</w:t>
      </w:r>
      <w:r>
        <w:rPr>
          <w:rFonts w:ascii="Times New Roman" w:hAnsi="Times New Roman" w:eastAsia="Times New Roman" w:cs="Times New Roman"/>
          <w:b/>
          <w:sz w:val="24"/>
        </w:rPr>
        <w:t xml:space="preserve">N </w:t>
      </w:r>
      <w:r>
        <w:rPr>
          <w:rFonts w:ascii="Times New Roman" w:hAnsi="Times New Roman" w:eastAsia="Times New Roman" w:cs="Times New Roman"/>
          <w:b/>
          <w:sz w:val="24"/>
        </w:rPr>
        <w:t>O</w:t>
      </w:r>
      <w:r>
        <w:rPr>
          <w:rFonts w:ascii="Times New Roman" w:hAnsi="Times New Roman" w:eastAsia="Times New Roman" w:cs="Times New Roman"/>
          <w:b/>
          <w:sz w:val="24"/>
        </w:rPr>
        <w:t>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PO</w:t>
      </w:r>
      <w:r>
        <w:rPr>
          <w:rFonts w:ascii="Times New Roman" w:hAnsi="Times New Roman" w:eastAsia="Times New Roman" w:cs="Times New Roman"/>
          <w:b/>
          <w:sz w:val="24"/>
        </w:rPr>
        <w:t>W</w:t>
      </w:r>
      <w:r>
        <w:rPr>
          <w:rFonts w:ascii="Times New Roman" w:hAnsi="Times New Roman" w:eastAsia="Times New Roman" w:cs="Times New Roman"/>
          <w:b/>
          <w:sz w:val="24"/>
        </w:rPr>
        <w:t>ER</w:t>
      </w:r>
      <w:r>
        <w:rPr>
          <w:rFonts w:ascii="Times New Roman" w:hAnsi="Times New Roman" w:eastAsia="Times New Roman" w:cs="Times New Roman"/>
          <w:b/>
          <w:sz w:val="24"/>
        </w:rPr>
        <w:t xml:space="preserve">S </w:t>
      </w:r>
      <w:r>
        <w:rPr>
          <w:rFonts w:ascii="Times New Roman" w:hAnsi="Times New Roman" w:eastAsia="Times New Roman" w:cs="Times New Roman"/>
          <w:b/>
          <w:sz w:val="24"/>
        </w:rPr>
        <w:t>B</w:t>
      </w:r>
      <w:r>
        <w:rPr>
          <w:rFonts w:ascii="Times New Roman" w:hAnsi="Times New Roman" w:eastAsia="Times New Roman" w:cs="Times New Roman"/>
          <w:b/>
          <w:sz w:val="24"/>
        </w:rPr>
        <w:t xml:space="preserve">Y </w:t>
      </w:r>
      <w:r>
        <w:rPr>
          <w:rFonts w:ascii="Times New Roman" w:hAnsi="Times New Roman" w:eastAsia="Times New Roman" w:cs="Times New Roman"/>
          <w:b/>
          <w:sz w:val="24"/>
        </w:rPr>
        <w:t>P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>RE</w:t>
      </w:r>
      <w:r>
        <w:rPr>
          <w:rFonts w:ascii="Times New Roman" w:hAnsi="Times New Roman" w:eastAsia="Times New Roman" w:cs="Times New Roman"/>
          <w:b/>
          <w:sz w:val="24"/>
        </w:rPr>
        <w:t>N</w:t>
      </w:r>
      <w:r>
        <w:rPr>
          <w:rFonts w:ascii="Times New Roman" w:hAnsi="Times New Roman" w:eastAsia="Times New Roman" w:cs="Times New Roman"/>
          <w:b/>
          <w:sz w:val="24"/>
        </w:rPr>
        <w:t>T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O</w:t>
      </w:r>
      <w:r>
        <w:rPr>
          <w:rFonts w:ascii="Times New Roman" w:hAnsi="Times New Roman" w:eastAsia="Times New Roman" w:cs="Times New Roman"/>
          <w:b/>
          <w:sz w:val="24"/>
        </w:rPr>
        <w:t xml:space="preserve">R </w:t>
      </w:r>
      <w:r>
        <w:rPr>
          <w:rFonts w:ascii="Times New Roman" w:hAnsi="Times New Roman" w:eastAsia="Times New Roman" w:cs="Times New Roman"/>
          <w:b/>
          <w:sz w:val="24"/>
        </w:rPr>
        <w:t>GU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>RD</w:t>
      </w:r>
      <w:r>
        <w:rPr>
          <w:rFonts w:ascii="Times New Roman" w:hAnsi="Times New Roman" w:eastAsia="Times New Roman" w:cs="Times New Roman"/>
          <w:b/>
          <w:sz w:val="24"/>
        </w:rPr>
        <w:t>I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N </w:t>
      </w:r>
    </w:p>
    <w:p>
      <w:pPr>
        <w:spacing w:line="480" w:lineRule="auto"/>
        <w:jc w:val="center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[NAME OF PARENT/LEGAL GUARDIAN]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hose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appoint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hose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>[AGENT'S ADDRESS]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 xml:space="preserve">ney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c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t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ne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i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c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</w:t>
      </w:r>
      <w:r>
        <w:rPr>
          <w:rFonts w:ascii="Times New Roman" w:hAnsi="Times New Roman" w:eastAsia="Times New Roman" w:cs="Times New Roman"/>
          <w:sz w:val="24"/>
        </w:rPr>
        <w:t>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u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g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>g</w:t>
      </w:r>
      <w:r>
        <w:rPr>
          <w:rFonts w:ascii="Times New Roman" w:hAnsi="Times New Roman" w:eastAsia="Times New Roman" w:cs="Times New Roman"/>
          <w:sz w:val="24"/>
        </w:rPr>
        <w:t xml:space="preserve"> 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 xml:space="preserve">e </w:t>
      </w:r>
      <w:r>
        <w:rPr>
          <w:rFonts w:ascii="Times New Roman" w:hAnsi="Times New Roman" w:eastAsia="Times New Roman" w:cs="Times New Roman"/>
          <w:sz w:val="24"/>
        </w:rPr>
        <w:t>c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</w:t>
      </w:r>
      <w:r>
        <w:rPr>
          <w:rFonts w:ascii="Times New Roman" w:hAnsi="Times New Roman" w:eastAsia="Times New Roman" w:cs="Times New Roman"/>
          <w:sz w:val="24"/>
        </w:rPr>
        <w:t>s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od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p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ope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suppo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educ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ion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m</w:t>
      </w:r>
      <w:r>
        <w:rPr>
          <w:rFonts w:ascii="Times New Roman" w:hAnsi="Times New Roman" w:eastAsia="Times New Roman" w:cs="Times New Roman"/>
          <w:sz w:val="24"/>
        </w:rPr>
        <w:t>edica</w:t>
      </w:r>
      <w:r>
        <w:rPr>
          <w:rFonts w:ascii="Times New Roman" w:hAnsi="Times New Roman" w:eastAsia="Times New Roman" w:cs="Times New Roman"/>
          <w:sz w:val="24"/>
        </w:rPr>
        <w:t>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tm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discipline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 xml:space="preserve"> en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rt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t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 xml:space="preserve">y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 xml:space="preserve">d, </w:t>
      </w:r>
      <w:r>
        <w:rPr>
          <w:rFonts w:ascii="Times New Roman" w:hAnsi="Times New Roman" w:eastAsia="Times New Roman" w:cs="Times New Roman"/>
          <w:sz w:val="24"/>
        </w:rPr>
        <w:t>[NAME OF CHILD]</w:t>
      </w:r>
      <w:r>
        <w:rPr>
          <w:rFonts w:ascii="Times New Roman" w:hAnsi="Times New Roman" w:eastAsia="Times New Roman" w:cs="Times New Roman"/>
          <w:sz w:val="24"/>
        </w:rPr>
        <w:t>, bo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[BIRTH DATE]</w:t>
      </w:r>
      <w:r>
        <w:rPr>
          <w:rFonts w:ascii="Times New Roman" w:hAnsi="Times New Roman" w:eastAsia="Times New Roman" w:cs="Times New Roman"/>
          <w:sz w:val="24"/>
        </w:rPr>
        <w:t xml:space="preserve"> in the year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. I 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>u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t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ney</w:t>
      </w:r>
      <w:r>
        <w:rPr>
          <w:rFonts w:ascii="Times New Roman" w:hAnsi="Times New Roman" w:eastAsia="Times New Roman" w:cs="Times New Roman"/>
          <w:sz w:val="24"/>
        </w:rPr>
        <w:t xml:space="preserve"> i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c</w:t>
      </w:r>
      <w:r>
        <w:rPr>
          <w:rFonts w:ascii="Times New Roman" w:hAnsi="Times New Roman" w:eastAsia="Times New Roman" w:cs="Times New Roman"/>
          <w:sz w:val="24"/>
        </w:rPr>
        <w:t>t au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k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hho</w:t>
      </w:r>
      <w:r>
        <w:rPr>
          <w:rFonts w:ascii="Times New Roman" w:hAnsi="Times New Roman" w:eastAsia="Times New Roman" w:cs="Times New Roman"/>
          <w:sz w:val="24"/>
        </w:rPr>
        <w:t>l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 xml:space="preserve"> c</w:t>
      </w:r>
      <w:r>
        <w:rPr>
          <w:rFonts w:ascii="Times New Roman" w:hAnsi="Times New Roman" w:eastAsia="Times New Roman" w:cs="Times New Roman"/>
          <w:sz w:val="24"/>
        </w:rPr>
        <w:t xml:space="preserve">onsent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t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ay 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necess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v</w:t>
      </w:r>
      <w:r>
        <w:rPr>
          <w:rFonts w:ascii="Times New Roman" w:hAnsi="Times New Roman" w:eastAsia="Times New Roman" w:cs="Times New Roman"/>
          <w:sz w:val="24"/>
        </w:rPr>
        <w:t>ide</w:t>
      </w:r>
      <w:r>
        <w:rPr>
          <w:rFonts w:ascii="Times New Roman" w:hAnsi="Times New Roman" w:eastAsia="Times New Roman" w:cs="Times New Roman"/>
          <w:sz w:val="24"/>
        </w:rPr>
        <w:t xml:space="preserve"> f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r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supp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educ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edical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tm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, discipline,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or </w:t>
      </w:r>
      <w:r>
        <w:rPr>
          <w:rFonts w:ascii="Times New Roman" w:hAnsi="Times New Roman" w:eastAsia="Times New Roman" w:cs="Times New Roman"/>
          <w:sz w:val="24"/>
        </w:rPr>
        <w:t>en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en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f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ino</w:t>
      </w:r>
      <w:r>
        <w:rPr>
          <w:rFonts w:ascii="Times New Roman" w:hAnsi="Times New Roman" w:eastAsia="Times New Roman" w:cs="Times New Roman"/>
          <w:sz w:val="24"/>
        </w:rPr>
        <w:t xml:space="preserve">r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.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s</w:t>
      </w:r>
      <w:r>
        <w:rPr>
          <w:rFonts w:ascii="Times New Roman" w:hAnsi="Times New Roman" w:eastAsia="Times New Roman" w:cs="Times New Roman"/>
          <w:sz w:val="24"/>
        </w:rPr>
        <w:t xml:space="preserve"> doe</w:t>
      </w:r>
      <w:r>
        <w:rPr>
          <w:rFonts w:ascii="Times New Roman" w:hAnsi="Times New Roman" w:eastAsia="Times New Roman" w:cs="Times New Roman"/>
          <w:sz w:val="24"/>
        </w:rPr>
        <w:t>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 consen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 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ia</w:t>
      </w:r>
      <w:r>
        <w:rPr>
          <w:rFonts w:ascii="Times New Roman" w:hAnsi="Times New Roman" w:eastAsia="Times New Roman" w:cs="Times New Roman"/>
          <w:sz w:val="24"/>
        </w:rPr>
        <w:t>g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or </w:t>
      </w:r>
      <w:r>
        <w:rPr>
          <w:rFonts w:ascii="Times New Roman" w:hAnsi="Times New Roman" w:eastAsia="Times New Roman" w:cs="Times New Roman"/>
          <w:sz w:val="24"/>
        </w:rPr>
        <w:t>adop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child. 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tt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shal</w:t>
      </w:r>
      <w:r>
        <w:rPr>
          <w:rFonts w:ascii="Times New Roman" w:hAnsi="Times New Roman" w:eastAsia="Times New Roman" w:cs="Times New Roman"/>
          <w:sz w:val="24"/>
        </w:rPr>
        <w:t>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las</w:t>
      </w:r>
      <w:r>
        <w:rPr>
          <w:rFonts w:ascii="Times New Roman" w:hAnsi="Times New Roman" w:eastAsia="Times New Roman" w:cs="Times New Roman"/>
          <w:sz w:val="24"/>
        </w:rPr>
        <w:t xml:space="preserve">t 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>or a</w:t>
      </w:r>
      <w:r>
        <w:rPr>
          <w:rFonts w:ascii="Times New Roman" w:hAnsi="Times New Roman" w:eastAsia="Times New Roman" w:cs="Times New Roman"/>
          <w:sz w:val="24"/>
        </w:rPr>
        <w:t xml:space="preserve"> pe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io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r </w:t>
      </w:r>
      <w:r>
        <w:rPr>
          <w:rFonts w:ascii="Times New Roman" w:hAnsi="Times New Roman" w:eastAsia="Times New Roman" w:cs="Times New Roman"/>
          <w:sz w:val="24"/>
        </w:rPr>
        <w:t>fr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m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f e</w:t>
      </w:r>
      <w:r>
        <w:rPr>
          <w:rFonts w:ascii="Times New Roman" w:hAnsi="Times New Roman" w:eastAsia="Times New Roman" w:cs="Times New Roman"/>
          <w:sz w:val="24"/>
        </w:rPr>
        <w:t>x</w:t>
      </w:r>
      <w:r>
        <w:rPr>
          <w:rFonts w:ascii="Times New Roman" w:hAnsi="Times New Roman" w:eastAsia="Times New Roman" w:cs="Times New Roman"/>
          <w:sz w:val="24"/>
        </w:rPr>
        <w:t>ecu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ion.</w:t>
      </w:r>
    </w:p>
    <w:p>
      <w:pPr>
        <w:spacing w:before="7" w:after="0" w:line="480" w:lineRule="auto"/>
      </w:pPr>
      <w:r>
        <w:rPr>
          <w:rFonts w:ascii="Times New Roman" w:hAnsi="Times New Roman" w:eastAsia="Times New Roman" w:cs="Times New Roman"/>
          <w:sz w:val="24"/>
        </w:rPr>
        <w:t>Da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ed</w:t>
      </w:r>
      <w:r>
        <w:rPr>
          <w:rFonts w:ascii="Times New Roman" w:hAnsi="Times New Roman" w:eastAsia="Times New Roman" w:cs="Times New Roman"/>
          <w:sz w:val="24"/>
        </w:rPr>
        <w:t xml:space="preserve"> t</w:t>
      </w:r>
      <w:r>
        <w:rPr>
          <w:rFonts w:ascii="Times New Roman" w:hAnsi="Times New Roman" w:eastAsia="Times New Roman" w:cs="Times New Roman"/>
          <w:sz w:val="24"/>
        </w:rPr>
        <w:t xml:space="preserve">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7" w:after="0" w:line="480" w:lineRule="auto"/>
      </w:pPr>
    </w:p>
    <w:p>
      <w:pPr>
        <w:spacing w:before="32" w:after="0" w:line="276" w:lineRule="auto"/>
      </w:pPr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>
        <w:spacing w:before="32" w:after="0" w:line="276" w:lineRule="auto"/>
      </w:pPr>
      <w:r>
        <w:rPr>
          <w:rFonts w:ascii="Times New Roman" w:hAnsi="Times New Roman" w:eastAsia="Times New Roman" w:cs="Times New Roman"/>
          <w:sz w:val="24"/>
        </w:rPr>
        <w:t>Parent’s Si</w:t>
      </w:r>
      <w:r>
        <w:rPr>
          <w:rFonts w:ascii="Times New Roman" w:hAnsi="Times New Roman" w:eastAsia="Times New Roman" w:cs="Times New Roman"/>
          <w:sz w:val="24"/>
        </w:rPr>
        <w:t>g</w:t>
      </w:r>
      <w:r>
        <w:rPr>
          <w:rFonts w:ascii="Times New Roman" w:hAnsi="Times New Roman" w:eastAsia="Times New Roman" w:cs="Times New Roman"/>
          <w:sz w:val="24"/>
        </w:rPr>
        <w:t>na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u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</w:t>
      </w:r>
    </w:p>
    <w:p>
      <w:pPr>
        <w:spacing w:before="13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SUBSCR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>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O </w:t>
      </w:r>
      <w:r>
        <w:rPr>
          <w:rFonts w:ascii="Times New Roman" w:hAnsi="Times New Roman" w:eastAsia="Times New Roman" w:cs="Times New Roman"/>
          <w:sz w:val="24"/>
        </w:rPr>
        <w:t>b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f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h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</w:t>
      </w:r>
      <w:r>
        <w:rPr>
          <w:rFonts w:ascii="Times New Roman" w:hAnsi="Times New Roman" w:eastAsia="Times New Roman" w:cs="Times New Roman"/>
          <w:sz w:val="24"/>
        </w:rPr>
        <w:t xml:space="preserve">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[LOCATION]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480" w:lineRule="auto"/>
      </w:pPr>
    </w:p>
    <w:p>
      <w:pPr>
        <w:spacing w:before="32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__________________________________</w:t>
      </w:r>
    </w:p>
    <w:p>
      <w:pPr>
        <w:spacing w:before="32" w:after="0" w:line="360" w:lineRule="auto"/>
      </w:pP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>t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Publi</w:t>
      </w:r>
      <w:r>
        <w:rPr>
          <w:rFonts w:ascii="Times New Roman" w:hAnsi="Times New Roman" w:eastAsia="Times New Roman" w:cs="Times New Roman"/>
          <w:sz w:val="24"/>
        </w:rPr>
        <w:t>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1" w:after="0" w:line="360" w:lineRule="auto"/>
      </w:pPr>
      <w:r>
        <w:rPr>
          <w:rFonts w:ascii="Times New Roman" w:hAnsi="Times New Roman" w:eastAsia="Times New Roman" w:cs="Times New Roman"/>
          <w:sz w:val="24"/>
        </w:rPr>
        <w:t>M</w:t>
      </w:r>
      <w:r>
        <w:rPr>
          <w:rFonts w:ascii="Times New Roman" w:hAnsi="Times New Roman" w:eastAsia="Times New Roman" w:cs="Times New Roman"/>
          <w:sz w:val="24"/>
        </w:rPr>
        <w:t>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</w:t>
      </w:r>
      <w:r>
        <w:rPr>
          <w:rFonts w:ascii="Times New Roman" w:hAnsi="Times New Roman" w:eastAsia="Times New Roman" w:cs="Times New Roman"/>
          <w:sz w:val="24"/>
        </w:rPr>
        <w:t>mm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</w:t>
      </w:r>
      <w:r>
        <w:rPr>
          <w:rFonts w:ascii="Times New Roman" w:hAnsi="Times New Roman" w:eastAsia="Times New Roman" w:cs="Times New Roman"/>
          <w:sz w:val="24"/>
        </w:rPr>
        <w:t>x</w:t>
      </w:r>
      <w:r>
        <w:rPr>
          <w:rFonts w:ascii="Times New Roman" w:hAnsi="Times New Roman" w:eastAsia="Times New Roman" w:cs="Times New Roman"/>
          <w:sz w:val="24"/>
        </w:rPr>
        <w:t>pi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es: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1" w:after="0" w:line="360" w:lineRule="auto"/>
      </w:pPr>
      <w:r>
        <w:rPr>
          <w:rFonts w:ascii="Times New Roman" w:hAnsi="Times New Roman" w:eastAsia="Times New Roman" w:cs="Times New Roman"/>
          <w:sz w:val="24"/>
        </w:rPr>
        <w:t>Pursuant to Louisiana Civil Code Chapter 2. Mandate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