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jc w:val="center"/>
      </w:pPr>
    </w:p>
    <w:p>
      <w:pPr>
        <w:jc w:val="center"/>
      </w:pPr>
    </w:p>
    <w:p>
      <w:pPr>
        <w:jc w:val="center"/>
      </w:pPr>
      <w:r>
        <w:rPr>
          <w:rFonts w:ascii="Times New Roman" w:hAnsi="Times New Roman" w:eastAsia="Times New Roman" w:cs="Times New Roman"/>
          <w:sz w:val="24"/>
        </w:rPr>
        <w:t>LOUISIANA MOTOR VEHICLE POWER OF ATTORNEY</w:t>
      </w:r>
    </w:p>
    <w:p>
      <w:pPr>
        <w:jc w:val="center"/>
      </w:pPr>
    </w:p>
    <w:p>
      <w:pPr>
        <w:jc w:val="center"/>
      </w:pPr>
    </w:p>
    <w:p>
      <w:pPr>
        <w:jc w:val="center"/>
      </w:pPr>
    </w:p>
    <w:p>
      <w:pPr/>
      <w:r>
        <w:rPr>
          <w:rFonts w:ascii="Times New Roman" w:hAnsi="Times New Roman" w:eastAsia="Times New Roman" w:cs="Times New Roman"/>
          <w:sz w:val="24"/>
        </w:rPr>
        <w:t xml:space="preserve">STATE OF LOUISIANA </w:t>
      </w:r>
    </w:p>
    <w:p>
      <w:pPr/>
      <w:r>
        <w:rPr>
          <w:rFonts w:ascii="Times New Roman" w:hAnsi="Times New Roman" w:eastAsia="Times New Roman" w:cs="Times New Roman"/>
          <w:sz w:val="24"/>
        </w:rPr>
        <w:t>PARISH OF ORLEANS</w:t>
      </w:r>
    </w:p>
    <w:p>
      <w:pPr/>
    </w:p>
    <w:p>
      <w:pPr/>
      <w:r>
        <w:rPr>
          <w:rFonts w:ascii="Times New Roman" w:hAnsi="Times New Roman" w:eastAsia="Times New Roman" w:cs="Times New Roman"/>
          <w:sz w:val="24"/>
        </w:rPr>
        <w:tab/>
        <w:t xml:space="preserve">I, </w:t>
      </w:r>
      <w:r>
        <w:rPr>
          <w:rFonts w:ascii="Times New Roman" w:hAnsi="Times New Roman" w:eastAsia="Times New Roman" w:cs="Times New Roman"/>
          <w:sz w:val="24"/>
        </w:rPr>
        <w:t>[NAME OF PRINCIPAL]</w:t>
      </w:r>
      <w:r>
        <w:rPr>
          <w:rFonts w:ascii="Times New Roman" w:hAnsi="Times New Roman" w:eastAsia="Times New Roman" w:cs="Times New Roman"/>
          <w:sz w:val="24"/>
        </w:rPr>
        <w:t xml:space="preserve">, a resident of the full age of majority of the Parish of Orleans, of the State of Louisiana, do hereby make, name, constitute and appoint </w:t>
      </w:r>
      <w:r>
        <w:rPr>
          <w:rFonts w:ascii="Times New Roman" w:hAnsi="Times New Roman" w:eastAsia="Times New Roman" w:cs="Times New Roman"/>
          <w:sz w:val="24"/>
        </w:rPr>
        <w:t>[NAME OF AGENT]</w:t>
      </w:r>
      <w:r>
        <w:rPr>
          <w:rFonts w:ascii="Times New Roman" w:hAnsi="Times New Roman" w:eastAsia="Times New Roman" w:cs="Times New Roman"/>
          <w:sz w:val="24"/>
        </w:rPr>
        <w:t xml:space="preserve">, a resident of the full age of majority of </w:t>
      </w:r>
      <w:r>
        <w:rPr>
          <w:rFonts w:ascii="Times New Roman" w:hAnsi="Times New Roman" w:eastAsia="Times New Roman" w:cs="Times New Roman"/>
          <w:sz w:val="24"/>
        </w:rPr>
        <w:t>[AGE]</w:t>
      </w:r>
      <w:r>
        <w:rPr>
          <w:rFonts w:ascii="Times New Roman" w:hAnsi="Times New Roman" w:eastAsia="Times New Roman" w:cs="Times New Roman"/>
          <w:sz w:val="24"/>
        </w:rPr>
        <w:t xml:space="preserve">, to be my true and lawful agent and attorney in fact for me in the name, place, and stead to apply for duplicate title and/or to sell or transfer on behalf, for not less than $ </w:t>
      </w:r>
      <w:r>
        <w:rPr>
          <w:rFonts w:ascii="Times New Roman" w:hAnsi="Times New Roman" w:eastAsia="Times New Roman" w:cs="Times New Roman"/>
          <w:sz w:val="24"/>
        </w:rPr>
        <w:t>[DOLLAR AMOUNT]</w:t>
      </w:r>
      <w:r>
        <w:rPr>
          <w:rFonts w:ascii="Times New Roman" w:hAnsi="Times New Roman" w:eastAsia="Times New Roman" w:cs="Times New Roman"/>
          <w:sz w:val="24"/>
        </w:rPr>
        <w:t xml:space="preserve"> the following title motor vehicle.  </w:t>
      </w:r>
    </w:p>
    <w:p>
      <w:pPr/>
    </w:p>
    <w:p>
      <w:pPr/>
      <w:r>
        <w:rPr>
          <w:rFonts w:ascii="Times New Roman" w:hAnsi="Times New Roman" w:eastAsia="Times New Roman" w:cs="Times New Roman"/>
          <w:sz w:val="24"/>
        </w:rPr>
        <w:t xml:space="preserve">Year </w:t>
      </w:r>
      <w:r>
        <w:rPr>
          <w:rFonts w:ascii="Times New Roman" w:hAnsi="Times New Roman" w:eastAsia="Times New Roman" w:cs="Times New Roman"/>
          <w:sz w:val="24"/>
        </w:rPr>
        <w:t>[YEAR OF VEHICLE]</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Make </w:t>
      </w:r>
      <w:r>
        <w:rPr>
          <w:rFonts w:ascii="Times New Roman" w:hAnsi="Times New Roman" w:eastAsia="Times New Roman" w:cs="Times New Roman"/>
          <w:sz w:val="24"/>
        </w:rPr>
        <w:t>[MAKE]</w:t>
      </w:r>
      <w:r>
        <w:rPr>
          <w:rFonts w:ascii="Times New Roman" w:hAnsi="Times New Roman" w:eastAsia="Times New Roman" w:cs="Times New Roman"/>
          <w:sz w:val="24"/>
        </w:rPr>
        <w:tab/>
      </w:r>
    </w:p>
    <w:p>
      <w:pPr/>
      <w:r>
        <w:rPr>
          <w:rFonts w:ascii="Times New Roman" w:hAnsi="Times New Roman" w:eastAsia="Times New Roman" w:cs="Times New Roman"/>
          <w:sz w:val="24"/>
        </w:rPr>
        <w:t>Model</w:t>
        <w:tab/>
      </w:r>
      <w:r>
        <w:rPr>
          <w:rFonts w:ascii="Times New Roman" w:hAnsi="Times New Roman" w:eastAsia="Times New Roman" w:cs="Times New Roman"/>
          <w:sz w:val="24"/>
        </w:rPr>
        <w:t>[MODEL]</w:t>
      </w:r>
      <w:r>
        <w:rPr>
          <w:rFonts w:ascii="Times New Roman" w:hAnsi="Times New Roman" w:eastAsia="Times New Roman" w:cs="Times New Roman"/>
          <w:sz w:val="24"/>
        </w:rPr>
        <w:tab/>
      </w:r>
    </w:p>
    <w:p>
      <w:pPr/>
      <w:r>
        <w:rPr>
          <w:rFonts w:ascii="Times New Roman" w:hAnsi="Times New Roman" w:eastAsia="Times New Roman" w:cs="Times New Roman"/>
          <w:sz w:val="24"/>
        </w:rPr>
        <w:t xml:space="preserve">Body Type </w:t>
      </w:r>
      <w:r>
        <w:rPr>
          <w:rFonts w:ascii="Times New Roman" w:hAnsi="Times New Roman" w:eastAsia="Times New Roman" w:cs="Times New Roman"/>
          <w:sz w:val="24"/>
        </w:rPr>
        <w:t>[BODY TYPE]</w:t>
      </w:r>
    </w:p>
    <w:p>
      <w:pPr/>
      <w:r>
        <w:rPr>
          <w:rFonts w:ascii="Times New Roman" w:hAnsi="Times New Roman" w:eastAsia="Times New Roman" w:cs="Times New Roman"/>
          <w:sz w:val="24"/>
        </w:rPr>
        <w:t xml:space="preserve">VIN # </w:t>
      </w:r>
      <w:r>
        <w:rPr>
          <w:rFonts w:ascii="Times New Roman" w:hAnsi="Times New Roman" w:eastAsia="Times New Roman" w:cs="Times New Roman"/>
          <w:sz w:val="24"/>
        </w:rPr>
        <w:t>[VIN NUMBER]</w:t>
      </w:r>
    </w:p>
    <w:p>
      <w:pPr/>
    </w:p>
    <w:p>
      <w:pPr/>
      <w:r>
        <w:rPr>
          <w:rFonts w:ascii="Times New Roman" w:hAnsi="Times New Roman" w:eastAsia="Times New Roman" w:cs="Times New Roman"/>
          <w:sz w:val="24"/>
        </w:rPr>
        <w:tab/>
        <w:t>And, I give and grant to my agent and attorney in fact power and authority to sign all papers and documents, and to issue all receipts, and to do all acts necessary and proper to accomplish the purpose of this power of attorney, and any and all of the duties hereinabove specified, with the same validity as I myself might do were I personally present and acting for myself, and further, I hereby ratify and confirm whatever my attorney in fact may do by virtue of this power of attorney.</w:t>
      </w:r>
    </w:p>
    <w:p>
      <w:pPr/>
    </w:p>
    <w:p>
      <w:pPr/>
      <w:r>
        <w:rPr>
          <w:rFonts w:ascii="Times New Roman" w:hAnsi="Times New Roman" w:eastAsia="Times New Roman" w:cs="Times New Roman"/>
          <w:sz w:val="24"/>
        </w:rPr>
        <w:t xml:space="preserve">Date: </w:t>
      </w:r>
      <w:r>
        <w:rPr>
          <w:rFonts w:ascii="Times New Roman" w:hAnsi="Times New Roman" w:eastAsia="Times New Roman" w:cs="Times New Roman"/>
          <w:sz w:val="24"/>
        </w:rPr>
        <w:t>[DATE]</w:t>
      </w:r>
      <w:r>
        <w:rPr>
          <w:rFonts w:ascii="Times New Roman" w:hAnsi="Times New Roman" w:eastAsia="Times New Roman" w:cs="Times New Roman"/>
          <w:sz w:val="24"/>
        </w:rPr>
        <w:tab/>
        <w:tab/>
        <w:t xml:space="preserve">Titled Owner: </w:t>
      </w:r>
      <w:r>
        <w:rPr>
          <w:rFonts w:ascii="Times New Roman" w:hAnsi="Times New Roman" w:eastAsia="Times New Roman" w:cs="Times New Roman"/>
          <w:sz w:val="24"/>
        </w:rPr>
        <w:t>________________________</w:t>
      </w:r>
    </w:p>
    <w:p>
      <w:pPr/>
    </w:p>
    <w:p>
      <w:pPr/>
      <w:r>
        <w:rPr>
          <w:rFonts w:ascii="Times New Roman" w:hAnsi="Times New Roman" w:eastAsia="Times New Roman" w:cs="Times New Roman"/>
          <w:sz w:val="24"/>
        </w:rPr>
        <w:t xml:space="preserve">Subscribed and sworn before me this </w:t>
      </w:r>
      <w:r>
        <w:rPr>
          <w:rFonts w:ascii="Times New Roman" w:hAnsi="Times New Roman" w:eastAsia="Times New Roman" w:cs="Times New Roman"/>
          <w:sz w:val="24"/>
        </w:rPr>
        <w:t>[#]</w:t>
      </w:r>
      <w:r>
        <w:rPr>
          <w:rFonts w:ascii="Times New Roman" w:hAnsi="Times New Roman" w:eastAsia="Times New Roman" w:cs="Times New Roman"/>
          <w:sz w:val="24"/>
        </w:rPr>
        <w:t xml:space="preserve"> day of </w:t>
      </w:r>
      <w:r>
        <w:rPr>
          <w:rFonts w:ascii="Times New Roman" w:hAnsi="Times New Roman" w:eastAsia="Times New Roman" w:cs="Times New Roman"/>
          <w:sz w:val="24"/>
        </w:rPr>
        <w:t>[MONTH, YEAR]</w:t>
      </w:r>
      <w:r>
        <w:rPr>
          <w:rFonts w:ascii="Times New Roman" w:hAnsi="Times New Roman" w:eastAsia="Times New Roman" w:cs="Times New Roman"/>
          <w:sz w:val="24"/>
        </w:rPr>
        <w:t>.</w:t>
      </w:r>
    </w:p>
    <w:p>
      <w:pPr/>
    </w:p>
    <w:p>
      <w:pPr/>
      <w:r>
        <w:rPr>
          <w:rFonts w:ascii="Times New Roman" w:hAnsi="Times New Roman" w:eastAsia="Times New Roman" w:cs="Times New Roman"/>
          <w:sz w:val="24"/>
        </w:rPr>
        <w:t>_________________________________</w:t>
      </w:r>
    </w:p>
    <w:p>
      <w:pPr/>
    </w:p>
    <w:p>
      <w:pPr/>
      <w:r>
        <w:rPr>
          <w:rFonts w:ascii="Times New Roman" w:hAnsi="Times New Roman" w:eastAsia="Times New Roman" w:cs="Times New Roman"/>
          <w:sz w:val="24"/>
        </w:rPr>
        <w:t>Notary Public</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