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______________________ COURT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Plaintiff,_____________________________</w:t>
        <w:tab/>
        <w:tab/>
        <w:tab/>
        <w:t>Number 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Versus</w:t>
        <w:tab/>
        <w:tab/>
        <w:tab/>
        <w:tab/>
        <w:tab/>
        <w:tab/>
        <w:tab/>
        <w:tab/>
        <w:t>Division 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Defendant,___________________________</w:t>
        <w:tab/>
        <w:tab/>
        <w:tab/>
        <w:t>Judge 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</w:t>
      </w:r>
    </w:p>
    <w:p>
      <w:pPr/>
    </w:p>
    <w:p>
      <w:pPr/>
    </w:p>
    <w:p>
      <w:pPr/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O R D E R</w:t>
      </w: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TO SHOW CAUSE</w:t>
      </w:r>
    </w:p>
    <w:p>
      <w:pPr>
        <w:jc w:val="center"/>
      </w:pPr>
    </w:p>
    <w:p>
      <w:pPr/>
      <w:r>
        <w:rPr>
          <w:rFonts w:ascii="Times New Roman" w:hAnsi="Times New Roman" w:eastAsia="Times New Roman" w:cs="Times New Roman"/>
          <w:sz w:val="24"/>
        </w:rPr>
        <w:t>TO:  Defendant ______________________,</w:t>
      </w:r>
    </w:p>
    <w:p>
      <w:pPr/>
    </w:p>
    <w:p>
      <w:pPr>
        <w:ind w:firstLine="720"/>
      </w:pPr>
      <w:r>
        <w:rPr>
          <w:rFonts w:ascii="Times New Roman" w:hAnsi="Times New Roman" w:eastAsia="Times New Roman" w:cs="Times New Roman"/>
          <w:sz w:val="24"/>
        </w:rPr>
        <w:t>YOU ARE COMMANDED to appear ____________________________ LA. on the _______day of _______________, _________ at ___________ to show cause why you should not be evicted from the premises described in paragraph 1 of the above petition.</w:t>
        <w:tab/>
        <w:tab/>
      </w:r>
    </w:p>
    <w:p>
      <w:pPr/>
      <w:r>
        <w:rPr>
          <w:rFonts w:ascii="Times New Roman" w:hAnsi="Times New Roman" w:eastAsia="Times New Roman" w:cs="Times New Roman"/>
          <w:sz w:val="24"/>
        </w:rPr>
        <w:tab/>
      </w:r>
    </w:p>
    <w:p>
      <w:pPr>
        <w:ind w:firstLine="720"/>
      </w:pPr>
      <w:r>
        <w:rPr>
          <w:rFonts w:ascii="Times New Roman" w:hAnsi="Times New Roman" w:eastAsia="Times New Roman" w:cs="Times New Roman"/>
          <w:sz w:val="24"/>
        </w:rPr>
        <w:tab/>
        <w:t>______________, LA. this _____day of ____________, _________.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>By:_______________________________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ab/>
        <w:tab/>
        <w:tab/>
        <w:tab/>
        <w:tab/>
        <w:tab/>
        <w:tab/>
        <w:tab/>
        <w:tab/>
        <w:t>Deputy Clerk</w:t>
      </w:r>
    </w:p>
    <w:p>
      <w:pPr>
        <w:spacing w:before="0" w:after="200"/>
      </w:pP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