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________________________________ COURT</w:t>
      </w:r>
    </w:p>
    <w:p>
      <w:pPr>
        <w:jc w:val="center"/>
      </w:pPr>
    </w:p>
    <w:p>
      <w:pPr/>
      <w:r>
        <w:rPr>
          <w:rFonts w:ascii="Times New Roman" w:hAnsi="Times New Roman" w:eastAsia="Times New Roman" w:cs="Times New Roman"/>
          <w:sz w:val="24"/>
        </w:rPr>
        <w:t>Plaintiff,_____________________________</w:t>
        <w:tab/>
        <w:tab/>
        <w:tab/>
        <w:t>Number 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Versus</w:t>
        <w:tab/>
        <w:tab/>
        <w:tab/>
        <w:tab/>
        <w:tab/>
        <w:tab/>
        <w:tab/>
        <w:tab/>
        <w:t>Division 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Defendant,___________________________</w:t>
        <w:tab/>
        <w:tab/>
        <w:tab/>
        <w:t>Judge _____________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PETITION FOR EVICTION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>The petition for eviction of ______________________________, plaintiff appearing through ______________________, agent, against____________________________, defendant, represents: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1.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Plaintiff represents that he/she is the owner lessor</w:t>
      </w:r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agent</w:t>
      </w:r>
      <w:r>
        <w:rPr>
          <w:rFonts w:ascii="Times New Roman" w:hAnsi="Times New Roman" w:eastAsia="Times New Roman" w:cs="Times New Roman"/>
          <w:sz w:val="24"/>
        </w:rPr>
        <w:t>☐</w:t>
      </w:r>
      <w:r>
        <w:rPr>
          <w:rFonts w:ascii="Times New Roman" w:hAnsi="Times New Roman" w:eastAsia="Times New Roman" w:cs="Times New Roman"/>
          <w:sz w:val="24"/>
        </w:rPr>
        <w:t xml:space="preserve"> of the property located at:</w:t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_________________________________________________________________________________.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2.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Defendant, ___________________is the occupant of the premises described in paragraph 1.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3.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Plaintiff requests that defendant be evicted from the premises for the following reason(s):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the term of the lease has expired.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non-payment of rent.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action of the occupant described below: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other reason described below: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__________________________________________________________________________________________________________________________________________________________________.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4.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The following action relative to notice to vacate has occurred: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Notice to vacate was given on ________________________.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Notice to vacate has not been given.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Notice to vacate has been waived as per paragraph _____ of the lease.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5.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Plaintiff has attached the following: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Copy of the notice to vacate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Copy of the lease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Authority of the Owner’s Agent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Soldier’s and Sailor’s Relief Act Affidavit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☐ </w:t>
      </w:r>
      <w:r>
        <w:rPr>
          <w:rFonts w:ascii="Times New Roman" w:hAnsi="Times New Roman" w:eastAsia="Times New Roman" w:cs="Times New Roman"/>
          <w:sz w:val="24"/>
        </w:rPr>
        <w:t>Court information sheet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>WHEREFORE, plaintiff prays that defendant be ordered to show cause why they should not be evicted.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>RESPECTFULLY SUBMITTED this ______day of _________________, 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>NAME 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ADDRESS____________________________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CITY _______________________________</w:t>
        <w:tab/>
        <w:tab/>
        <w:tab/>
        <w:t>_______________________________</w:t>
        <w:tab/>
        <w:t xml:space="preserve">                        PHONE _____________________________</w:t>
        <w:tab/>
        <w:tab/>
        <w:tab/>
        <w:tab/>
        <w:tab/>
        <w:t xml:space="preserve">Plaintiff 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O R D E R</w:t>
      </w:r>
    </w:p>
    <w:p>
      <w:pPr/>
      <w:r>
        <w:rPr>
          <w:rFonts w:ascii="Times New Roman" w:hAnsi="Times New Roman" w:eastAsia="Times New Roman" w:cs="Times New Roman"/>
          <w:sz w:val="24"/>
        </w:rPr>
        <w:t>TO:  Defendant ______________________,</w:t>
      </w:r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 xml:space="preserve">YOU ARE COMMANDED to appear at ________________________________________, </w:t>
      </w:r>
      <w:r>
        <w:rPr>
          <w:rFonts w:ascii="Times New Roman" w:hAnsi="Times New Roman" w:eastAsia="Times New Roman" w:cs="Times New Roman"/>
          <w:sz w:val="24"/>
        </w:rPr>
        <w:t>LA. on the _______day of _______________, _________ at ___________ to show cause why you should not be evicted from the premises described in paragraph 1 of the above petition.</w:t>
        <w:tab/>
        <w:tab/>
        <w:tab/>
        <w:tab/>
        <w:t>___________________, LA this _____day of ____________, _________.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</w:r>
    </w:p>
    <w:p>
      <w:pPr/>
      <w:r>
        <w:rPr>
          <w:rFonts w:ascii="Times New Roman" w:hAnsi="Times New Roman" w:eastAsia="Times New Roman" w:cs="Times New Roman"/>
          <w:sz w:val="24"/>
        </w:rPr>
        <w:t>_______________________, Clerk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By:_______________________________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ab/>
        <w:tab/>
        <w:tab/>
        <w:tab/>
        <w:tab/>
        <w:tab/>
        <w:tab/>
        <w:tab/>
        <w:t xml:space="preserve">    Deputy Clerk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